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08080" w14:textId="46AFED97" w:rsidR="005C07BC" w:rsidRPr="00B42DA2" w:rsidRDefault="005C07BC" w:rsidP="005C07BC">
      <w:pPr>
        <w:spacing w:after="0" w:line="240" w:lineRule="auto"/>
        <w:jc w:val="right"/>
        <w:rPr>
          <w:rFonts w:asciiTheme="majorHAnsi" w:hAnsiTheme="majorHAnsi" w:cstheme="majorHAnsi"/>
          <w:i/>
          <w:iCs/>
          <w:sz w:val="18"/>
          <w:szCs w:val="18"/>
        </w:rPr>
      </w:pPr>
      <w:proofErr w:type="spellStart"/>
      <w:r w:rsidRPr="00B42DA2">
        <w:rPr>
          <w:rFonts w:asciiTheme="majorHAnsi" w:hAnsiTheme="majorHAnsi" w:cstheme="majorHAnsi"/>
          <w:i/>
          <w:iCs/>
          <w:sz w:val="18"/>
          <w:szCs w:val="18"/>
        </w:rPr>
        <w:t>Załącznik</w:t>
      </w:r>
      <w:proofErr w:type="spellEnd"/>
      <w:r w:rsidRPr="00B42DA2">
        <w:rPr>
          <w:rFonts w:asciiTheme="majorHAnsi" w:hAnsiTheme="majorHAnsi" w:cstheme="majorHAnsi"/>
          <w:i/>
          <w:iCs/>
          <w:sz w:val="18"/>
          <w:szCs w:val="18"/>
        </w:rPr>
        <w:t xml:space="preserve"> nr </w:t>
      </w:r>
      <w:r w:rsidR="00B93A24">
        <w:rPr>
          <w:rFonts w:asciiTheme="majorHAnsi" w:hAnsiTheme="majorHAnsi" w:cstheme="majorHAnsi"/>
          <w:i/>
          <w:iCs/>
          <w:sz w:val="18"/>
          <w:szCs w:val="18"/>
        </w:rPr>
        <w:t xml:space="preserve">1 </w:t>
      </w:r>
      <w:r w:rsidRPr="00B42DA2">
        <w:rPr>
          <w:rFonts w:asciiTheme="majorHAnsi" w:hAnsiTheme="majorHAnsi" w:cstheme="majorHAnsi"/>
          <w:i/>
          <w:iCs/>
          <w:sz w:val="18"/>
          <w:szCs w:val="18"/>
        </w:rPr>
        <w:t xml:space="preserve">do </w:t>
      </w:r>
      <w:proofErr w:type="spellStart"/>
      <w:r w:rsidRPr="00B42DA2">
        <w:rPr>
          <w:rFonts w:asciiTheme="majorHAnsi" w:hAnsiTheme="majorHAnsi" w:cstheme="majorHAnsi"/>
          <w:i/>
          <w:iCs/>
          <w:sz w:val="18"/>
          <w:szCs w:val="18"/>
        </w:rPr>
        <w:t>Uchwały</w:t>
      </w:r>
      <w:proofErr w:type="spellEnd"/>
      <w:r w:rsidRPr="00B42DA2">
        <w:rPr>
          <w:rFonts w:asciiTheme="majorHAnsi" w:hAnsiTheme="majorHAnsi" w:cstheme="majorHAnsi"/>
          <w:i/>
          <w:iCs/>
          <w:sz w:val="18"/>
          <w:szCs w:val="18"/>
        </w:rPr>
        <w:t xml:space="preserve"> nr 1/2026/2027 </w:t>
      </w:r>
    </w:p>
    <w:p w14:paraId="29BE82DF" w14:textId="690F77FE" w:rsidR="005C07BC" w:rsidRPr="00B42DA2" w:rsidRDefault="005C07BC" w:rsidP="005C07BC">
      <w:pPr>
        <w:spacing w:after="0" w:line="240" w:lineRule="auto"/>
        <w:jc w:val="right"/>
        <w:rPr>
          <w:rFonts w:asciiTheme="majorHAnsi" w:eastAsia="Calibri" w:hAnsiTheme="majorHAnsi" w:cstheme="majorHAnsi"/>
          <w:i/>
          <w:iCs/>
          <w:color w:val="92D050"/>
          <w:kern w:val="2"/>
          <w:sz w:val="18"/>
          <w:szCs w:val="18"/>
          <w:lang w:val="pl-PL"/>
          <w14:ligatures w14:val="standardContextual"/>
        </w:rPr>
      </w:pPr>
      <w:r>
        <w:rPr>
          <w:i/>
          <w:sz w:val="18"/>
        </w:rPr>
        <w:t xml:space="preserve">Rady </w:t>
      </w:r>
      <w:proofErr w:type="spellStart"/>
      <w:r>
        <w:rPr>
          <w:i/>
          <w:sz w:val="18"/>
        </w:rPr>
        <w:t>Pedagogicznej</w:t>
      </w:r>
      <w:proofErr w:type="spellEnd"/>
      <w:r>
        <w:rPr>
          <w:i/>
          <w:sz w:val="18"/>
        </w:rPr>
        <w:t xml:space="preserve"> </w:t>
      </w:r>
      <w:proofErr w:type="spellStart"/>
      <w:r w:rsidR="00CB1708">
        <w:rPr>
          <w:i/>
          <w:sz w:val="18"/>
        </w:rPr>
        <w:t>Zespołu</w:t>
      </w:r>
      <w:proofErr w:type="spellEnd"/>
      <w:r w:rsidR="00CB1708">
        <w:rPr>
          <w:i/>
          <w:sz w:val="18"/>
        </w:rPr>
        <w:t xml:space="preserve"> </w:t>
      </w:r>
      <w:proofErr w:type="spellStart"/>
      <w:r w:rsidR="00CB1708">
        <w:rPr>
          <w:i/>
          <w:sz w:val="18"/>
        </w:rPr>
        <w:t>Szkolno</w:t>
      </w:r>
      <w:proofErr w:type="spellEnd"/>
      <w:r w:rsidR="00CB1708">
        <w:rPr>
          <w:i/>
          <w:sz w:val="18"/>
        </w:rPr>
        <w:t xml:space="preserve"> – </w:t>
      </w:r>
      <w:proofErr w:type="spellStart"/>
      <w:r w:rsidR="00CB1708">
        <w:rPr>
          <w:i/>
          <w:sz w:val="18"/>
        </w:rPr>
        <w:t>Przedszkolnego</w:t>
      </w:r>
      <w:proofErr w:type="spellEnd"/>
      <w:r w:rsidR="00CB1708">
        <w:rPr>
          <w:i/>
          <w:sz w:val="18"/>
        </w:rPr>
        <w:t xml:space="preserve"> w Niskowej</w:t>
      </w:r>
      <w:r>
        <w:rPr>
          <w:i/>
          <w:sz w:val="18"/>
        </w:rPr>
        <w:t xml:space="preserve"> z </w:t>
      </w:r>
      <w:proofErr w:type="spellStart"/>
      <w:r>
        <w:rPr>
          <w:i/>
          <w:sz w:val="18"/>
        </w:rPr>
        <w:t>dnia</w:t>
      </w:r>
      <w:proofErr w:type="spellEnd"/>
      <w:r>
        <w:rPr>
          <w:i/>
          <w:sz w:val="18"/>
        </w:rPr>
        <w:t xml:space="preserve"> </w:t>
      </w:r>
      <w:r w:rsidR="00CB1708">
        <w:rPr>
          <w:i/>
          <w:sz w:val="18"/>
        </w:rPr>
        <w:t>14.09.2026</w:t>
      </w:r>
      <w:r>
        <w:rPr>
          <w:i/>
          <w:sz w:val="18"/>
        </w:rPr>
        <w:t xml:space="preserve"> r.</w:t>
      </w:r>
    </w:p>
    <w:p w14:paraId="560415B8" w14:textId="77777777" w:rsidR="00700F04" w:rsidRDefault="00700F04" w:rsidP="00700F04">
      <w:pPr>
        <w:spacing w:after="0" w:line="240" w:lineRule="auto"/>
        <w:jc w:val="left"/>
        <w:rPr>
          <w:rFonts w:ascii="Merriweather" w:eastAsia="Calibri" w:hAnsi="Merriweather" w:cs="Mangal"/>
          <w:bCs/>
          <w:color w:val="92D050"/>
          <w:kern w:val="2"/>
          <w:sz w:val="18"/>
          <w:szCs w:val="18"/>
          <w:lang w:val="pl-PL"/>
          <w14:ligatures w14:val="standardContextual"/>
        </w:rPr>
      </w:pPr>
    </w:p>
    <w:p w14:paraId="5F7C12AD" w14:textId="77777777" w:rsidR="00700F04" w:rsidRDefault="00700F04" w:rsidP="00700F04">
      <w:pPr>
        <w:spacing w:after="0" w:line="240" w:lineRule="auto"/>
        <w:jc w:val="left"/>
        <w:rPr>
          <w:rFonts w:ascii="Merriweather" w:eastAsia="Calibri" w:hAnsi="Merriweather" w:cs="Mangal"/>
          <w:bCs/>
          <w:color w:val="92D050"/>
          <w:kern w:val="2"/>
          <w:sz w:val="18"/>
          <w:szCs w:val="18"/>
          <w:lang w:val="pl-PL"/>
          <w14:ligatures w14:val="standardContextual"/>
        </w:rPr>
      </w:pPr>
    </w:p>
    <w:p w14:paraId="3BED43BC" w14:textId="77777777" w:rsidR="00700F04" w:rsidRDefault="00700F04" w:rsidP="00700F04">
      <w:pPr>
        <w:spacing w:after="0" w:line="240" w:lineRule="auto"/>
        <w:jc w:val="left"/>
        <w:rPr>
          <w:rFonts w:ascii="Merriweather" w:eastAsia="Calibri" w:hAnsi="Merriweather" w:cs="Mangal"/>
          <w:bCs/>
          <w:color w:val="92D050"/>
          <w:kern w:val="2"/>
          <w:sz w:val="18"/>
          <w:szCs w:val="18"/>
          <w:lang w:val="pl-PL"/>
          <w14:ligatures w14:val="standardContextual"/>
        </w:rPr>
      </w:pPr>
    </w:p>
    <w:p w14:paraId="1D4AC234" w14:textId="77777777" w:rsidR="00700F04" w:rsidRDefault="00700F04" w:rsidP="005C07BC">
      <w:pPr>
        <w:spacing w:after="0" w:line="240" w:lineRule="auto"/>
        <w:ind w:right="284"/>
        <w:rPr>
          <w:rFonts w:ascii="Papyrus" w:eastAsia="Calibri" w:hAnsi="Papyrus" w:cs="Times New Roman"/>
          <w:b/>
          <w:color w:val="4472C4"/>
          <w:sz w:val="56"/>
          <w:szCs w:val="56"/>
          <w:lang w:val="pl-PL" w:eastAsia="pl-PL"/>
        </w:rPr>
      </w:pPr>
    </w:p>
    <w:p w14:paraId="1CE97CD8" w14:textId="77777777" w:rsidR="00CB1708" w:rsidRPr="00AB15B1" w:rsidRDefault="00700F04" w:rsidP="00CB1708">
      <w:pPr>
        <w:spacing w:after="0" w:line="240" w:lineRule="auto"/>
        <w:ind w:right="284"/>
        <w:jc w:val="center"/>
        <w:rPr>
          <w:rFonts w:ascii="Algerian" w:eastAsia="Calibri" w:hAnsi="Algerian" w:cs="Times New Roman"/>
          <w:b/>
          <w:color w:val="632423" w:themeColor="accent2" w:themeShade="80"/>
          <w:sz w:val="56"/>
          <w:szCs w:val="56"/>
          <w:lang w:val="pl-PL" w:eastAsia="pl-PL"/>
        </w:rPr>
      </w:pPr>
      <w:r w:rsidRPr="00AB15B1">
        <w:rPr>
          <w:rFonts w:ascii="Algerian" w:eastAsia="Calibri" w:hAnsi="Algerian" w:cs="Times New Roman"/>
          <w:b/>
          <w:color w:val="632423" w:themeColor="accent2" w:themeShade="80"/>
          <w:sz w:val="56"/>
          <w:szCs w:val="56"/>
          <w:lang w:val="pl-PL" w:eastAsia="pl-PL"/>
        </w:rPr>
        <w:t>S TA T U T</w:t>
      </w:r>
      <w:r w:rsidR="00CB1708" w:rsidRPr="00AB15B1">
        <w:rPr>
          <w:rFonts w:ascii="Algerian" w:eastAsia="Calibri" w:hAnsi="Algerian" w:cs="Times New Roman"/>
          <w:b/>
          <w:color w:val="632423" w:themeColor="accent2" w:themeShade="80"/>
          <w:sz w:val="56"/>
          <w:szCs w:val="56"/>
          <w:lang w:val="pl-PL" w:eastAsia="pl-PL"/>
        </w:rPr>
        <w:t xml:space="preserve"> </w:t>
      </w:r>
    </w:p>
    <w:p w14:paraId="36E4452C" w14:textId="77777777" w:rsidR="00AB15B1" w:rsidRDefault="00CB1708" w:rsidP="00CB1708">
      <w:pPr>
        <w:spacing w:after="0" w:line="240" w:lineRule="auto"/>
        <w:ind w:right="284"/>
        <w:jc w:val="center"/>
        <w:rPr>
          <w:rFonts w:ascii="Algerian" w:eastAsia="Calibri" w:hAnsi="Algerian" w:cs="Calibri"/>
          <w:b/>
          <w:color w:val="632423" w:themeColor="accent2" w:themeShade="80"/>
          <w:sz w:val="56"/>
          <w:szCs w:val="56"/>
          <w:lang w:val="pl-PL" w:eastAsia="pl-PL"/>
        </w:rPr>
      </w:pPr>
      <w:r w:rsidRPr="00AB15B1">
        <w:rPr>
          <w:rFonts w:ascii="Algerian" w:eastAsia="Calibri" w:hAnsi="Algerian" w:cs="Times New Roman"/>
          <w:b/>
          <w:color w:val="632423" w:themeColor="accent2" w:themeShade="80"/>
          <w:sz w:val="56"/>
          <w:szCs w:val="56"/>
          <w:lang w:val="pl-PL" w:eastAsia="pl-PL"/>
        </w:rPr>
        <w:t>ZESPO</w:t>
      </w:r>
      <w:r w:rsidRPr="00AB15B1">
        <w:rPr>
          <w:rFonts w:ascii="Calibri" w:eastAsia="Calibri" w:hAnsi="Calibri" w:cs="Calibri"/>
          <w:b/>
          <w:color w:val="632423" w:themeColor="accent2" w:themeShade="80"/>
          <w:sz w:val="56"/>
          <w:szCs w:val="56"/>
          <w:lang w:val="pl-PL" w:eastAsia="pl-PL"/>
        </w:rPr>
        <w:t>Ł</w:t>
      </w:r>
      <w:r w:rsidRPr="00AB15B1">
        <w:rPr>
          <w:rFonts w:ascii="Algerian" w:eastAsia="Calibri" w:hAnsi="Algerian" w:cs="Calibri"/>
          <w:b/>
          <w:color w:val="632423" w:themeColor="accent2" w:themeShade="80"/>
          <w:sz w:val="56"/>
          <w:szCs w:val="56"/>
          <w:lang w:val="pl-PL" w:eastAsia="pl-PL"/>
        </w:rPr>
        <w:t xml:space="preserve">U </w:t>
      </w:r>
    </w:p>
    <w:p w14:paraId="6B50D6CF" w14:textId="77777777" w:rsidR="00AB15B1" w:rsidRDefault="00CB1708" w:rsidP="00CB1708">
      <w:pPr>
        <w:spacing w:after="0" w:line="240" w:lineRule="auto"/>
        <w:ind w:right="284"/>
        <w:jc w:val="center"/>
        <w:rPr>
          <w:rFonts w:ascii="Algerian" w:eastAsia="Calibri" w:hAnsi="Algerian" w:cs="Calibri"/>
          <w:b/>
          <w:color w:val="632423" w:themeColor="accent2" w:themeShade="80"/>
          <w:sz w:val="56"/>
          <w:szCs w:val="56"/>
          <w:lang w:val="pl-PL" w:eastAsia="pl-PL"/>
        </w:rPr>
      </w:pPr>
      <w:r w:rsidRPr="00AB15B1">
        <w:rPr>
          <w:rFonts w:ascii="Algerian" w:eastAsia="Calibri" w:hAnsi="Algerian" w:cs="Calibri"/>
          <w:b/>
          <w:color w:val="632423" w:themeColor="accent2" w:themeShade="80"/>
          <w:sz w:val="56"/>
          <w:szCs w:val="56"/>
          <w:lang w:val="pl-PL" w:eastAsia="pl-PL"/>
        </w:rPr>
        <w:t xml:space="preserve">SZKOLNO </w:t>
      </w:r>
      <w:r w:rsidRPr="00AB15B1">
        <w:rPr>
          <w:rFonts w:ascii="Algerian" w:eastAsia="Calibri" w:hAnsi="Algerian" w:cs="Algerian"/>
          <w:b/>
          <w:color w:val="632423" w:themeColor="accent2" w:themeShade="80"/>
          <w:sz w:val="56"/>
          <w:szCs w:val="56"/>
          <w:lang w:val="pl-PL" w:eastAsia="pl-PL"/>
        </w:rPr>
        <w:t>–</w:t>
      </w:r>
      <w:r w:rsidRPr="00AB15B1">
        <w:rPr>
          <w:rFonts w:ascii="Algerian" w:eastAsia="Calibri" w:hAnsi="Algerian" w:cs="Calibri"/>
          <w:b/>
          <w:color w:val="632423" w:themeColor="accent2" w:themeShade="80"/>
          <w:sz w:val="56"/>
          <w:szCs w:val="56"/>
          <w:lang w:val="pl-PL" w:eastAsia="pl-PL"/>
        </w:rPr>
        <w:t xml:space="preserve"> PRZEDSZKOLNEGO </w:t>
      </w:r>
    </w:p>
    <w:p w14:paraId="0DF79AA4" w14:textId="6E3E690C" w:rsidR="00700F04" w:rsidRPr="00AB15B1" w:rsidRDefault="00CB1708" w:rsidP="00CB1708">
      <w:pPr>
        <w:spacing w:after="0" w:line="240" w:lineRule="auto"/>
        <w:ind w:right="284"/>
        <w:jc w:val="center"/>
        <w:rPr>
          <w:rFonts w:ascii="Algerian" w:eastAsia="Calibri" w:hAnsi="Algerian" w:cs="Calibri"/>
          <w:b/>
          <w:color w:val="632423" w:themeColor="accent2" w:themeShade="80"/>
          <w:sz w:val="56"/>
          <w:szCs w:val="56"/>
          <w:lang w:val="pl-PL" w:eastAsia="pl-PL"/>
        </w:rPr>
      </w:pPr>
      <w:r w:rsidRPr="00AB15B1">
        <w:rPr>
          <w:rFonts w:ascii="Algerian" w:eastAsia="Calibri" w:hAnsi="Algerian" w:cs="Calibri"/>
          <w:b/>
          <w:color w:val="632423" w:themeColor="accent2" w:themeShade="80"/>
          <w:sz w:val="56"/>
          <w:szCs w:val="56"/>
          <w:lang w:val="pl-PL" w:eastAsia="pl-PL"/>
        </w:rPr>
        <w:t>W NISKOWEJ</w:t>
      </w:r>
    </w:p>
    <w:p w14:paraId="6EF42FFC" w14:textId="499AF563" w:rsidR="00700F04" w:rsidRPr="00AB15B1" w:rsidRDefault="00700F04" w:rsidP="00700F04">
      <w:pPr>
        <w:spacing w:after="0" w:line="360" w:lineRule="auto"/>
        <w:rPr>
          <w:rFonts w:ascii="Times New Roman" w:eastAsia="Calibri" w:hAnsi="Times New Roman" w:cs="Times New Roman"/>
          <w:color w:val="632423" w:themeColor="accent2" w:themeShade="80"/>
          <w:kern w:val="2"/>
          <w:sz w:val="22"/>
          <w:lang w:val="pl-PL"/>
          <w14:ligatures w14:val="standardContextual"/>
        </w:rPr>
      </w:pPr>
      <w:r w:rsidRPr="00AB15B1">
        <w:rPr>
          <w:rFonts w:ascii="Times New Roman" w:eastAsia="Calibri" w:hAnsi="Times New Roman" w:cs="Times New Roman"/>
          <w:color w:val="632423" w:themeColor="accent2" w:themeShade="80"/>
          <w:kern w:val="2"/>
          <w:sz w:val="22"/>
          <w:lang w:val="pl-PL"/>
          <w14:ligatures w14:val="standardContextual"/>
        </w:rPr>
        <w:t xml:space="preserve">Stan prawny na </w:t>
      </w:r>
      <w:r w:rsidR="00B93A24" w:rsidRPr="00AB15B1">
        <w:rPr>
          <w:rFonts w:ascii="Times New Roman" w:eastAsia="Calibri" w:hAnsi="Times New Roman" w:cs="Times New Roman"/>
          <w:color w:val="632423" w:themeColor="accent2" w:themeShade="80"/>
          <w:kern w:val="2"/>
          <w:sz w:val="22"/>
          <w:lang w:val="pl-PL"/>
          <w14:ligatures w14:val="standardContextual"/>
        </w:rPr>
        <w:t>14</w:t>
      </w:r>
      <w:r w:rsidRPr="00AB15B1">
        <w:rPr>
          <w:rFonts w:ascii="Times New Roman" w:eastAsia="Calibri" w:hAnsi="Times New Roman" w:cs="Times New Roman"/>
          <w:color w:val="632423" w:themeColor="accent2" w:themeShade="80"/>
          <w:kern w:val="2"/>
          <w:sz w:val="22"/>
          <w:lang w:val="pl-PL"/>
          <w14:ligatures w14:val="standardContextual"/>
        </w:rPr>
        <w:t xml:space="preserve">.09.2026 r.  </w:t>
      </w:r>
    </w:p>
    <w:p w14:paraId="28E1CF68" w14:textId="77777777" w:rsidR="00700F04" w:rsidRPr="00AB15B1" w:rsidRDefault="00700F04" w:rsidP="00700F04">
      <w:pPr>
        <w:spacing w:after="0" w:line="240" w:lineRule="auto"/>
        <w:rPr>
          <w:rFonts w:ascii="Times New Roman" w:eastAsia="Calibri" w:hAnsi="Times New Roman" w:cs="Times New Roman"/>
          <w:b/>
          <w:bCs/>
          <w:color w:val="632423" w:themeColor="accent2" w:themeShade="80"/>
          <w:kern w:val="2"/>
          <w:sz w:val="22"/>
          <w:lang w:val="pl-PL"/>
          <w14:ligatures w14:val="standardContextual"/>
        </w:rPr>
      </w:pPr>
      <w:r w:rsidRPr="00AB15B1">
        <w:rPr>
          <w:rFonts w:ascii="Times New Roman" w:eastAsia="Calibri" w:hAnsi="Times New Roman" w:cs="Times New Roman"/>
          <w:b/>
          <w:bCs/>
          <w:color w:val="632423" w:themeColor="accent2" w:themeShade="80"/>
          <w:kern w:val="2"/>
          <w:sz w:val="22"/>
          <w:lang w:val="pl-PL"/>
          <w14:ligatures w14:val="standardContextual"/>
        </w:rPr>
        <w:t>Spis treści:</w:t>
      </w:r>
    </w:p>
    <w:p w14:paraId="79DEA22B" w14:textId="77777777" w:rsidR="00700F04" w:rsidRPr="00AB15B1" w:rsidRDefault="00700F04" w:rsidP="00700F04">
      <w:pPr>
        <w:spacing w:after="0" w:line="240" w:lineRule="auto"/>
        <w:jc w:val="left"/>
        <w:rPr>
          <w:rFonts w:ascii="Times New Roman" w:eastAsia="Calibri" w:hAnsi="Times New Roman" w:cs="Times New Roman"/>
          <w:color w:val="365F91" w:themeColor="accent1" w:themeShade="BF"/>
          <w:kern w:val="2"/>
          <w:sz w:val="22"/>
          <w:lang w:val="pl-PL"/>
          <w14:ligatures w14:val="standardContextual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1 </w:t>
      </w:r>
      <w:proofErr w:type="spellStart"/>
      <w:r w:rsidRPr="00AB15B1">
        <w:rPr>
          <w:rFonts w:ascii="Times New Roman" w:hAnsi="Times New Roman" w:cs="Times New Roman"/>
          <w:sz w:val="22"/>
        </w:rPr>
        <w:t>Postanowienia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ogólne</w:t>
      </w:r>
      <w:proofErr w:type="spellEnd"/>
    </w:p>
    <w:p w14:paraId="6D004035" w14:textId="77777777" w:rsidR="00700F04" w:rsidRPr="00AB15B1" w:rsidRDefault="00700F04" w:rsidP="00700F04">
      <w:pPr>
        <w:spacing w:after="0" w:line="240" w:lineRule="auto"/>
        <w:jc w:val="left"/>
        <w:rPr>
          <w:rFonts w:ascii="Times New Roman" w:eastAsia="Calibri" w:hAnsi="Times New Roman" w:cs="Times New Roman"/>
          <w:color w:val="365F91" w:themeColor="accent1" w:themeShade="BF"/>
          <w:kern w:val="2"/>
          <w:sz w:val="22"/>
          <w:lang w:val="pl-PL"/>
          <w14:ligatures w14:val="standardContextual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2 Cele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zadania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</w:p>
    <w:p w14:paraId="3DAC235F" w14:textId="77777777" w:rsidR="00700F04" w:rsidRPr="00AB15B1" w:rsidRDefault="00700F04" w:rsidP="00700F04">
      <w:pPr>
        <w:spacing w:after="0" w:line="240" w:lineRule="auto"/>
        <w:jc w:val="left"/>
        <w:rPr>
          <w:rFonts w:ascii="Times New Roman" w:eastAsia="Calibri" w:hAnsi="Times New Roman" w:cs="Times New Roman"/>
          <w:color w:val="365F91" w:themeColor="accent1" w:themeShade="BF"/>
          <w:kern w:val="2"/>
          <w:sz w:val="22"/>
          <w:lang w:val="pl-PL"/>
          <w14:ligatures w14:val="standardContextual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3 </w:t>
      </w:r>
      <w:proofErr w:type="spellStart"/>
      <w:r w:rsidRPr="00AB15B1">
        <w:rPr>
          <w:rFonts w:ascii="Times New Roman" w:hAnsi="Times New Roman" w:cs="Times New Roman"/>
          <w:sz w:val="22"/>
        </w:rPr>
        <w:t>Organy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ich </w:t>
      </w:r>
      <w:proofErr w:type="spellStart"/>
      <w:r w:rsidRPr="00AB15B1">
        <w:rPr>
          <w:rFonts w:ascii="Times New Roman" w:hAnsi="Times New Roman" w:cs="Times New Roman"/>
          <w:sz w:val="22"/>
        </w:rPr>
        <w:t>kompetencje</w:t>
      </w:r>
      <w:proofErr w:type="spellEnd"/>
    </w:p>
    <w:p w14:paraId="0FD5BF91" w14:textId="77777777" w:rsidR="00700F04" w:rsidRPr="00AB15B1" w:rsidRDefault="00700F04" w:rsidP="00700F04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365F91" w:themeColor="accent1" w:themeShade="BF"/>
          <w:kern w:val="2"/>
          <w:sz w:val="22"/>
          <w:lang w:val="pl-PL"/>
          <w14:ligatures w14:val="standardContextual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4 Organizacja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</w:p>
    <w:p w14:paraId="1622DF2A" w14:textId="77777777" w:rsidR="00700F04" w:rsidRPr="00AB15B1" w:rsidRDefault="00700F04" w:rsidP="00700F04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365F91" w:themeColor="accent1" w:themeShade="BF"/>
          <w:kern w:val="2"/>
          <w:sz w:val="22"/>
          <w:lang w:val="pl-PL"/>
          <w14:ligatures w14:val="standardContextual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5 </w:t>
      </w:r>
      <w:proofErr w:type="spellStart"/>
      <w:r w:rsidRPr="00AB15B1">
        <w:rPr>
          <w:rFonts w:ascii="Times New Roman" w:hAnsi="Times New Roman" w:cs="Times New Roman"/>
          <w:sz w:val="22"/>
        </w:rPr>
        <w:t>Wewnątrzszkolny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system </w:t>
      </w:r>
      <w:proofErr w:type="spellStart"/>
      <w:r w:rsidRPr="00AB15B1">
        <w:rPr>
          <w:rFonts w:ascii="Times New Roman" w:hAnsi="Times New Roman" w:cs="Times New Roman"/>
          <w:sz w:val="22"/>
        </w:rPr>
        <w:t>doradztwa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zawodowego</w:t>
      </w:r>
      <w:proofErr w:type="spellEnd"/>
    </w:p>
    <w:p w14:paraId="52D81EA8" w14:textId="77777777" w:rsidR="00700F04" w:rsidRPr="00AB15B1" w:rsidRDefault="00700F04" w:rsidP="00700F04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365F91" w:themeColor="accent1" w:themeShade="BF"/>
          <w:kern w:val="2"/>
          <w:sz w:val="22"/>
          <w:lang w:val="pl-PL"/>
          <w14:ligatures w14:val="standardContextual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6 </w:t>
      </w:r>
      <w:proofErr w:type="spellStart"/>
      <w:r w:rsidRPr="00AB15B1">
        <w:rPr>
          <w:rFonts w:ascii="Times New Roman" w:hAnsi="Times New Roman" w:cs="Times New Roman"/>
          <w:sz w:val="22"/>
        </w:rPr>
        <w:t>Wolontariat</w:t>
      </w:r>
      <w:proofErr w:type="spellEnd"/>
    </w:p>
    <w:p w14:paraId="481CE90C" w14:textId="77777777" w:rsidR="00700F04" w:rsidRPr="00AB15B1" w:rsidRDefault="00700F04" w:rsidP="00700F04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365F91" w:themeColor="accent1" w:themeShade="BF"/>
          <w:kern w:val="2"/>
          <w:sz w:val="22"/>
          <w:lang w:val="pl-PL"/>
          <w14:ligatures w14:val="standardContextual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7 </w:t>
      </w:r>
      <w:proofErr w:type="spellStart"/>
      <w:r w:rsidRPr="00AB15B1">
        <w:rPr>
          <w:rFonts w:ascii="Times New Roman" w:hAnsi="Times New Roman" w:cs="Times New Roman"/>
          <w:sz w:val="22"/>
        </w:rPr>
        <w:t>Formy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</w:p>
    <w:p w14:paraId="18255F48" w14:textId="77777777" w:rsidR="00700F04" w:rsidRPr="00AB15B1" w:rsidRDefault="00700F04" w:rsidP="00700F04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365F91" w:themeColor="accent1" w:themeShade="BF"/>
          <w:kern w:val="2"/>
          <w:sz w:val="22"/>
          <w:lang w:val="pl-PL"/>
          <w14:ligatures w14:val="standardContextual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8 Organizacja </w:t>
      </w:r>
      <w:proofErr w:type="spellStart"/>
      <w:r w:rsidRPr="00AB15B1">
        <w:rPr>
          <w:rFonts w:ascii="Times New Roman" w:hAnsi="Times New Roman" w:cs="Times New Roman"/>
          <w:sz w:val="22"/>
        </w:rPr>
        <w:t>biblioteki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szkolnej</w:t>
      </w:r>
      <w:proofErr w:type="spellEnd"/>
    </w:p>
    <w:p w14:paraId="6CC5128A" w14:textId="77777777" w:rsidR="00700F04" w:rsidRPr="00AB15B1" w:rsidRDefault="00700F04" w:rsidP="00700F04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365F91" w:themeColor="accent1" w:themeShade="BF"/>
          <w:kern w:val="2"/>
          <w:sz w:val="22"/>
          <w:lang w:val="pl-PL"/>
          <w14:ligatures w14:val="standardContextual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9 Organizacja </w:t>
      </w:r>
      <w:proofErr w:type="spellStart"/>
      <w:r w:rsidRPr="00AB15B1">
        <w:rPr>
          <w:rFonts w:ascii="Times New Roman" w:hAnsi="Times New Roman" w:cs="Times New Roman"/>
          <w:sz w:val="22"/>
        </w:rPr>
        <w:t>świetlicy</w:t>
      </w:r>
      <w:proofErr w:type="spellEnd"/>
    </w:p>
    <w:p w14:paraId="5F65199D" w14:textId="77777777" w:rsidR="00700F04" w:rsidRPr="00AB15B1" w:rsidRDefault="00700F04" w:rsidP="00700F04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365F91" w:themeColor="accent1" w:themeShade="BF"/>
          <w:kern w:val="2"/>
          <w:sz w:val="22"/>
          <w:lang w:val="pl-PL"/>
          <w14:ligatures w14:val="standardContextual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10 Organizacja </w:t>
      </w:r>
      <w:proofErr w:type="spellStart"/>
      <w:r w:rsidRPr="00AB15B1">
        <w:rPr>
          <w:rFonts w:ascii="Times New Roman" w:hAnsi="Times New Roman" w:cs="Times New Roman"/>
          <w:sz w:val="22"/>
        </w:rPr>
        <w:t>żywienia</w:t>
      </w:r>
      <w:proofErr w:type="spellEnd"/>
    </w:p>
    <w:p w14:paraId="44948203" w14:textId="77777777" w:rsidR="00700F04" w:rsidRPr="00AB15B1" w:rsidRDefault="00700F04" w:rsidP="00700F04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365F91" w:themeColor="accent1" w:themeShade="BF"/>
          <w:kern w:val="2"/>
          <w:sz w:val="22"/>
          <w:lang w:val="pl-PL"/>
          <w14:ligatures w14:val="standardContextual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11 </w:t>
      </w:r>
      <w:proofErr w:type="spellStart"/>
      <w:r w:rsidRPr="00AB15B1">
        <w:rPr>
          <w:rFonts w:ascii="Times New Roman" w:hAnsi="Times New Roman" w:cs="Times New Roman"/>
          <w:sz w:val="22"/>
        </w:rPr>
        <w:t>Współdziałanie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poradniami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instytucjami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wspierającymi</w:t>
      </w:r>
      <w:proofErr w:type="spellEnd"/>
    </w:p>
    <w:p w14:paraId="104C8F19" w14:textId="77777777" w:rsidR="00700F04" w:rsidRPr="00AB15B1" w:rsidRDefault="00700F04" w:rsidP="00700F04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365F91" w:themeColor="accent1" w:themeShade="BF"/>
          <w:kern w:val="2"/>
          <w:sz w:val="22"/>
          <w:lang w:val="pl-PL"/>
          <w14:ligatures w14:val="standardContextual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12 </w:t>
      </w:r>
      <w:proofErr w:type="spellStart"/>
      <w:r w:rsidRPr="00AB15B1">
        <w:rPr>
          <w:rFonts w:ascii="Times New Roman" w:hAnsi="Times New Roman" w:cs="Times New Roman"/>
          <w:sz w:val="22"/>
        </w:rPr>
        <w:t>Współdziałanie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rodzicami</w:t>
      </w:r>
      <w:proofErr w:type="spellEnd"/>
    </w:p>
    <w:p w14:paraId="641A7C09" w14:textId="77777777" w:rsidR="00700F04" w:rsidRPr="00AB15B1" w:rsidRDefault="00700F04" w:rsidP="00700F04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365F91" w:themeColor="accent1" w:themeShade="BF"/>
          <w:kern w:val="2"/>
          <w:sz w:val="22"/>
          <w:lang w:val="pl-PL"/>
          <w14:ligatures w14:val="standardContextual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13 </w:t>
      </w:r>
      <w:proofErr w:type="spellStart"/>
      <w:r w:rsidRPr="00AB15B1">
        <w:rPr>
          <w:rFonts w:ascii="Times New Roman" w:hAnsi="Times New Roman" w:cs="Times New Roman"/>
          <w:sz w:val="22"/>
        </w:rPr>
        <w:t>Współdziałanie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Pr="00AB15B1">
        <w:rPr>
          <w:rFonts w:ascii="Times New Roman" w:hAnsi="Times New Roman" w:cs="Times New Roman"/>
          <w:sz w:val="22"/>
        </w:rPr>
        <w:t>stowarzyszeniami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organizacjami</w:t>
      </w:r>
      <w:proofErr w:type="spellEnd"/>
    </w:p>
    <w:p w14:paraId="671549D2" w14:textId="77777777" w:rsidR="00700F04" w:rsidRPr="00AB15B1" w:rsidRDefault="00700F04" w:rsidP="00700F04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365F91" w:themeColor="accent1" w:themeShade="BF"/>
          <w:kern w:val="2"/>
          <w:sz w:val="22"/>
          <w:lang w:val="pl-PL"/>
          <w14:ligatures w14:val="standardContextual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14 Organizacja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edukacyjnych</w:t>
      </w:r>
      <w:proofErr w:type="spellEnd"/>
    </w:p>
    <w:p w14:paraId="36BDF45A" w14:textId="77777777" w:rsidR="00700F04" w:rsidRPr="00AB15B1" w:rsidRDefault="00700F04" w:rsidP="00700F04">
      <w:pPr>
        <w:spacing w:after="0" w:line="240" w:lineRule="auto"/>
        <w:jc w:val="left"/>
        <w:rPr>
          <w:rFonts w:ascii="Times New Roman" w:eastAsia="Calibri" w:hAnsi="Times New Roman" w:cs="Times New Roman"/>
          <w:b/>
          <w:bCs/>
          <w:color w:val="365F91" w:themeColor="accent1" w:themeShade="BF"/>
          <w:kern w:val="2"/>
          <w:sz w:val="22"/>
          <w:lang w:val="pl-PL"/>
          <w14:ligatures w14:val="standardContextual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15 Organizacja </w:t>
      </w:r>
      <w:proofErr w:type="spellStart"/>
      <w:r w:rsidRPr="00AB15B1">
        <w:rPr>
          <w:rFonts w:ascii="Times New Roman" w:hAnsi="Times New Roman" w:cs="Times New Roman"/>
          <w:sz w:val="22"/>
        </w:rPr>
        <w:t>oddziału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przedszkolnego</w:t>
      </w:r>
      <w:proofErr w:type="spellEnd"/>
    </w:p>
    <w:p w14:paraId="3053EC39" w14:textId="77777777" w:rsidR="00700F04" w:rsidRPr="00AB15B1" w:rsidRDefault="00700F04" w:rsidP="00700F04">
      <w:pPr>
        <w:spacing w:after="0" w:line="240" w:lineRule="auto"/>
        <w:jc w:val="left"/>
        <w:rPr>
          <w:rFonts w:ascii="Times New Roman" w:eastAsia="Calibri" w:hAnsi="Times New Roman" w:cs="Times New Roman"/>
          <w:b/>
          <w:bCs/>
          <w:color w:val="365F91" w:themeColor="accent1" w:themeShade="BF"/>
          <w:kern w:val="2"/>
          <w:sz w:val="22"/>
          <w:lang w:val="pl-PL"/>
          <w14:ligatures w14:val="standardContextual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16 </w:t>
      </w:r>
      <w:proofErr w:type="spellStart"/>
      <w:r w:rsidRPr="00AB15B1">
        <w:rPr>
          <w:rFonts w:ascii="Times New Roman" w:hAnsi="Times New Roman" w:cs="Times New Roman"/>
          <w:sz w:val="22"/>
        </w:rPr>
        <w:t>Zadania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pracowników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</w:p>
    <w:p w14:paraId="1E9A2425" w14:textId="77777777" w:rsidR="00700F04" w:rsidRPr="00AB15B1" w:rsidRDefault="00700F04" w:rsidP="00700F04">
      <w:pPr>
        <w:spacing w:after="0" w:line="240" w:lineRule="auto"/>
        <w:jc w:val="left"/>
        <w:rPr>
          <w:rFonts w:ascii="Times New Roman" w:eastAsia="Calibri" w:hAnsi="Times New Roman" w:cs="Times New Roman"/>
          <w:color w:val="365F91" w:themeColor="accent1" w:themeShade="BF"/>
          <w:kern w:val="2"/>
          <w:sz w:val="22"/>
          <w:lang w:val="pl-PL"/>
          <w14:ligatures w14:val="standardContextual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17 </w:t>
      </w:r>
      <w:proofErr w:type="spellStart"/>
      <w:r w:rsidRPr="00AB15B1">
        <w:rPr>
          <w:rFonts w:ascii="Times New Roman" w:hAnsi="Times New Roman" w:cs="Times New Roman"/>
          <w:sz w:val="22"/>
        </w:rPr>
        <w:t>Szczegółowe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warunki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oceniania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wewnątrzszkolnego</w:t>
      </w:r>
      <w:proofErr w:type="spellEnd"/>
    </w:p>
    <w:p w14:paraId="1A696654" w14:textId="77777777" w:rsidR="00700F04" w:rsidRPr="00AB15B1" w:rsidRDefault="00700F04" w:rsidP="00700F04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365F91" w:themeColor="accent1" w:themeShade="BF"/>
          <w:kern w:val="2"/>
          <w:sz w:val="22"/>
          <w:lang w:val="pl-PL"/>
          <w14:ligatures w14:val="standardContextual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18 Prawa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</w:p>
    <w:p w14:paraId="5887518C" w14:textId="77777777" w:rsidR="00700F04" w:rsidRPr="00AB15B1" w:rsidRDefault="00700F04" w:rsidP="00700F04">
      <w:pPr>
        <w:spacing w:after="0" w:line="240" w:lineRule="auto"/>
        <w:jc w:val="left"/>
        <w:rPr>
          <w:rFonts w:ascii="Times New Roman" w:eastAsia="Calibri" w:hAnsi="Times New Roman" w:cs="Times New Roman"/>
          <w:color w:val="365F91" w:themeColor="accent1" w:themeShade="BF"/>
          <w:kern w:val="2"/>
          <w:sz w:val="22"/>
          <w:lang w:val="pl-PL"/>
          <w14:ligatures w14:val="standardContextual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19 </w:t>
      </w:r>
      <w:proofErr w:type="spellStart"/>
      <w:r w:rsidRPr="00AB15B1">
        <w:rPr>
          <w:rFonts w:ascii="Times New Roman" w:hAnsi="Times New Roman" w:cs="Times New Roman"/>
          <w:sz w:val="22"/>
        </w:rPr>
        <w:t>Nagrody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 </w:t>
      </w:r>
      <w:proofErr w:type="spellStart"/>
      <w:r w:rsidRPr="00AB15B1">
        <w:rPr>
          <w:rFonts w:ascii="Times New Roman" w:hAnsi="Times New Roman" w:cs="Times New Roman"/>
          <w:sz w:val="22"/>
        </w:rPr>
        <w:t>kary</w:t>
      </w:r>
      <w:proofErr w:type="spellEnd"/>
    </w:p>
    <w:p w14:paraId="5A504811" w14:textId="77777777" w:rsidR="00700F04" w:rsidRPr="00AB15B1" w:rsidRDefault="00700F04" w:rsidP="00700F04">
      <w:pPr>
        <w:spacing w:after="0" w:line="240" w:lineRule="auto"/>
        <w:jc w:val="left"/>
        <w:rPr>
          <w:rFonts w:ascii="Times New Roman" w:eastAsia="Calibri" w:hAnsi="Times New Roman" w:cs="Times New Roman"/>
          <w:color w:val="365F91" w:themeColor="accent1" w:themeShade="BF"/>
          <w:kern w:val="2"/>
          <w:sz w:val="22"/>
          <w:lang w:val="pl-PL"/>
          <w14:ligatures w14:val="standardContextual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20 </w:t>
      </w:r>
      <w:proofErr w:type="spellStart"/>
      <w:r w:rsidRPr="00AB15B1">
        <w:rPr>
          <w:rFonts w:ascii="Times New Roman" w:hAnsi="Times New Roman" w:cs="Times New Roman"/>
          <w:sz w:val="22"/>
        </w:rPr>
        <w:t>Ceremoniał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sztandar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logo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</w:p>
    <w:p w14:paraId="13F763B4" w14:textId="7864C4EF" w:rsidR="002E6799" w:rsidRPr="00AB15B1" w:rsidRDefault="00700F04" w:rsidP="00A060FF">
      <w:pPr>
        <w:spacing w:after="0" w:line="240" w:lineRule="auto"/>
        <w:jc w:val="left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21 </w:t>
      </w:r>
      <w:proofErr w:type="spellStart"/>
      <w:r w:rsidRPr="00AB15B1">
        <w:rPr>
          <w:rFonts w:ascii="Times New Roman" w:hAnsi="Times New Roman" w:cs="Times New Roman"/>
          <w:sz w:val="22"/>
        </w:rPr>
        <w:t>Przepisy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końcowe</w:t>
      </w:r>
      <w:proofErr w:type="spellEnd"/>
    </w:p>
    <w:p w14:paraId="544AB33F" w14:textId="2ED02478" w:rsidR="00AB15B1" w:rsidRDefault="00AB15B1" w:rsidP="002E6799">
      <w:pPr>
        <w:pStyle w:val="Rozdzial"/>
        <w:spacing w:before="0" w:after="0" w:line="360" w:lineRule="auto"/>
        <w:rPr>
          <w:rFonts w:ascii="Merriweather" w:hAnsi="Merriweather"/>
          <w:sz w:val="18"/>
        </w:rPr>
      </w:pPr>
      <w:r>
        <w:rPr>
          <w:rFonts w:ascii="Merriweather" w:hAnsi="Merriweather"/>
          <w:sz w:val="18"/>
        </w:rPr>
        <w:lastRenderedPageBreak/>
        <w:t xml:space="preserve">                                                                                                                                                                                 </w:t>
      </w:r>
    </w:p>
    <w:p w14:paraId="2310DDFC" w14:textId="77777777" w:rsidR="00AB15B1" w:rsidRDefault="00AB15B1" w:rsidP="002E6799">
      <w:pPr>
        <w:pStyle w:val="Rozdzial"/>
        <w:spacing w:before="0" w:after="0" w:line="360" w:lineRule="auto"/>
        <w:rPr>
          <w:rFonts w:ascii="Merriweather" w:hAnsi="Merriweather"/>
          <w:sz w:val="18"/>
        </w:rPr>
      </w:pPr>
    </w:p>
    <w:p w14:paraId="330C3C98" w14:textId="77777777" w:rsidR="00AB15B1" w:rsidRDefault="00AB15B1" w:rsidP="002E6799">
      <w:pPr>
        <w:pStyle w:val="Rozdzial"/>
        <w:spacing w:before="0" w:after="0" w:line="360" w:lineRule="auto"/>
        <w:rPr>
          <w:rFonts w:ascii="Merriweather" w:hAnsi="Merriweather"/>
          <w:sz w:val="18"/>
        </w:rPr>
      </w:pPr>
    </w:p>
    <w:p w14:paraId="5CE5C4A3" w14:textId="10C5ED00" w:rsidR="00AB15B1" w:rsidRDefault="00AB15B1" w:rsidP="002E6799">
      <w:pPr>
        <w:pStyle w:val="Rozdzial"/>
        <w:spacing w:before="0" w:after="0" w:line="360" w:lineRule="auto"/>
        <w:rPr>
          <w:rFonts w:ascii="Merriweather" w:hAnsi="Merriweather"/>
          <w:sz w:val="18"/>
        </w:rPr>
      </w:pPr>
      <w:r>
        <w:rPr>
          <w:noProof/>
        </w:rPr>
        <w:drawing>
          <wp:inline distT="0" distB="0" distL="0" distR="0" wp14:anchorId="4152B820" wp14:editId="56DA5399">
            <wp:extent cx="1691640" cy="1691640"/>
            <wp:effectExtent l="0" t="0" r="3810" b="3810"/>
            <wp:docPr id="113703907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4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5DB39" w14:textId="77777777" w:rsidR="00AB15B1" w:rsidRDefault="00AB15B1" w:rsidP="00AB15B1">
      <w:pPr>
        <w:pStyle w:val="Rozdzial"/>
        <w:spacing w:before="0" w:after="0" w:line="240" w:lineRule="auto"/>
        <w:rPr>
          <w:rFonts w:ascii="Times New Roman" w:hAnsi="Times New Roman" w:cs="Times New Roman"/>
          <w:sz w:val="22"/>
        </w:rPr>
      </w:pPr>
    </w:p>
    <w:p w14:paraId="65919C43" w14:textId="77777777" w:rsidR="00AB15B1" w:rsidRDefault="00AB15B1" w:rsidP="00AB15B1">
      <w:pPr>
        <w:pStyle w:val="Rozdzial"/>
        <w:spacing w:before="0" w:after="0" w:line="240" w:lineRule="auto"/>
        <w:rPr>
          <w:rFonts w:ascii="Times New Roman" w:hAnsi="Times New Roman" w:cs="Times New Roman"/>
          <w:sz w:val="22"/>
        </w:rPr>
      </w:pPr>
    </w:p>
    <w:p w14:paraId="00E36B07" w14:textId="77777777" w:rsidR="00AB15B1" w:rsidRPr="00AB15B1" w:rsidRDefault="00AB15B1" w:rsidP="00AB15B1">
      <w:pPr>
        <w:pStyle w:val="Rozdzial"/>
        <w:spacing w:before="0" w:after="0" w:line="240" w:lineRule="auto"/>
        <w:rPr>
          <w:rFonts w:ascii="Times New Roman" w:hAnsi="Times New Roman" w:cs="Times New Roman"/>
          <w:sz w:val="22"/>
        </w:rPr>
      </w:pPr>
    </w:p>
    <w:p w14:paraId="292B0C0F" w14:textId="20A03A4D" w:rsidR="00151DB5" w:rsidRPr="00AB15B1" w:rsidRDefault="00700F04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1</w:t>
      </w:r>
    </w:p>
    <w:p w14:paraId="226F858A" w14:textId="51BBB567" w:rsidR="00F8193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Postanowienia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ogólne</w:t>
      </w:r>
      <w:proofErr w:type="spellEnd"/>
    </w:p>
    <w:p w14:paraId="2B62B3E2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1.</w:t>
      </w:r>
    </w:p>
    <w:p w14:paraId="049BBA26" w14:textId="463C703E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Zespół</w:t>
      </w:r>
      <w:proofErr w:type="spellEnd"/>
      <w:r w:rsidR="00CB170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Szkolno</w:t>
      </w:r>
      <w:proofErr w:type="spellEnd"/>
      <w:r w:rsidR="00CB1708"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Przedszkolny</w:t>
      </w:r>
      <w:proofErr w:type="spellEnd"/>
      <w:r w:rsidR="00CB1708" w:rsidRPr="00AB15B1">
        <w:rPr>
          <w:rFonts w:ascii="Times New Roman" w:hAnsi="Times New Roman" w:cs="Times New Roman"/>
          <w:sz w:val="22"/>
        </w:rPr>
        <w:t xml:space="preserve"> w Niskowej</w:t>
      </w:r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zwan</w:t>
      </w:r>
      <w:r w:rsidR="00CB1708" w:rsidRPr="00AB15B1">
        <w:rPr>
          <w:rFonts w:ascii="Times New Roman" w:hAnsi="Times New Roman" w:cs="Times New Roman"/>
          <w:sz w:val="22"/>
        </w:rPr>
        <w:t>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dalej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„</w:t>
      </w:r>
      <w:proofErr w:type="spellStart"/>
      <w:r w:rsidRPr="00AB15B1">
        <w:rPr>
          <w:rFonts w:ascii="Times New Roman" w:hAnsi="Times New Roman" w:cs="Times New Roman"/>
          <w:sz w:val="22"/>
        </w:rPr>
        <w:t>Szkołą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”, jest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nie</w:t>
      </w:r>
      <w:r w:rsidRPr="00AB15B1">
        <w:rPr>
          <w:rFonts w:ascii="Times New Roman" w:hAnsi="Times New Roman" w:cs="Times New Roman"/>
          <w:sz w:val="22"/>
        </w:rPr>
        <w:t>publiczną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podstawową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540FD7F" w14:textId="7C06FB9C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Siedziba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r w:rsidR="00D01621" w:rsidRPr="00AB15B1">
        <w:rPr>
          <w:rFonts w:ascii="Times New Roman" w:hAnsi="Times New Roman" w:cs="Times New Roman"/>
          <w:sz w:val="22"/>
        </w:rPr>
        <w:t xml:space="preserve">jest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miejscowość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</w:t>
      </w:r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Niskowa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.</w:t>
      </w:r>
    </w:p>
    <w:p w14:paraId="0949EC19" w14:textId="4E69C7BF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Organem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prowadzącym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Szkołę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Stowarzyszenie</w:t>
      </w:r>
      <w:proofErr w:type="spellEnd"/>
      <w:r w:rsidR="00CB170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Rozwoju</w:t>
      </w:r>
      <w:proofErr w:type="spellEnd"/>
      <w:r w:rsidR="00CB170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Wsi</w:t>
      </w:r>
      <w:proofErr w:type="spellEnd"/>
      <w:r w:rsidR="00CB1708" w:rsidRPr="00AB15B1">
        <w:rPr>
          <w:rFonts w:ascii="Times New Roman" w:hAnsi="Times New Roman" w:cs="Times New Roman"/>
          <w:sz w:val="22"/>
        </w:rPr>
        <w:t xml:space="preserve"> w Niskowej</w:t>
      </w:r>
      <w:r w:rsidRPr="00AB15B1">
        <w:rPr>
          <w:rFonts w:ascii="Times New Roman" w:hAnsi="Times New Roman" w:cs="Times New Roman"/>
          <w:sz w:val="22"/>
        </w:rPr>
        <w:t>.</w:t>
      </w:r>
    </w:p>
    <w:p w14:paraId="73F33154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4. </w:t>
      </w:r>
      <w:proofErr w:type="spellStart"/>
      <w:r w:rsidRPr="00AB15B1">
        <w:rPr>
          <w:rFonts w:ascii="Times New Roman" w:hAnsi="Times New Roman" w:cs="Times New Roman"/>
          <w:sz w:val="22"/>
        </w:rPr>
        <w:t>Nadzór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pedagogiczny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Małopolski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Kurator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Oświaty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3B850D6" w14:textId="77777777" w:rsidR="008859D9" w:rsidRPr="00AB15B1" w:rsidRDefault="00B610B3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5. </w:t>
      </w:r>
      <w:proofErr w:type="spellStart"/>
      <w:r w:rsidRPr="00AB15B1">
        <w:rPr>
          <w:rFonts w:ascii="Times New Roman" w:hAnsi="Times New Roman" w:cs="Times New Roman"/>
          <w:sz w:val="22"/>
        </w:rPr>
        <w:t>Ilekroć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Statucie jest </w:t>
      </w:r>
      <w:proofErr w:type="spellStart"/>
      <w:r w:rsidRPr="00AB15B1">
        <w:rPr>
          <w:rFonts w:ascii="Times New Roman" w:hAnsi="Times New Roman" w:cs="Times New Roman"/>
          <w:sz w:val="22"/>
        </w:rPr>
        <w:t>mowa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o:</w:t>
      </w:r>
    </w:p>
    <w:p w14:paraId="6101FC2E" w14:textId="09B7689C" w:rsidR="008859D9" w:rsidRPr="00AB15B1" w:rsidRDefault="00B610B3" w:rsidP="00AB15B1">
      <w:pPr>
        <w:pStyle w:val="Punkt"/>
        <w:spacing w:after="0" w:line="240" w:lineRule="auto"/>
        <w:ind w:left="284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Szkole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należy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to </w:t>
      </w:r>
      <w:proofErr w:type="spellStart"/>
      <w:r w:rsidRPr="00AB15B1">
        <w:rPr>
          <w:rFonts w:ascii="Times New Roman" w:hAnsi="Times New Roman" w:cs="Times New Roman"/>
          <w:sz w:val="22"/>
        </w:rPr>
        <w:t>rozumieć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Zespół</w:t>
      </w:r>
      <w:proofErr w:type="spellEnd"/>
      <w:r w:rsidR="00CB170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Szkolno</w:t>
      </w:r>
      <w:proofErr w:type="spellEnd"/>
      <w:r w:rsidR="00CB1708"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Przedszkolny</w:t>
      </w:r>
      <w:proofErr w:type="spellEnd"/>
      <w:r w:rsidR="00CB1708" w:rsidRPr="00AB15B1">
        <w:rPr>
          <w:rFonts w:ascii="Times New Roman" w:hAnsi="Times New Roman" w:cs="Times New Roman"/>
          <w:sz w:val="22"/>
        </w:rPr>
        <w:t xml:space="preserve"> w Niskowej</w:t>
      </w:r>
      <w:r w:rsidRPr="00AB15B1">
        <w:rPr>
          <w:rFonts w:ascii="Times New Roman" w:hAnsi="Times New Roman" w:cs="Times New Roman"/>
          <w:sz w:val="22"/>
        </w:rPr>
        <w:t>;</w:t>
      </w:r>
    </w:p>
    <w:p w14:paraId="243453C5" w14:textId="44958253" w:rsidR="008859D9" w:rsidRPr="00AB15B1" w:rsidRDefault="00B610B3" w:rsidP="00AB15B1">
      <w:pPr>
        <w:pStyle w:val="Punkt"/>
        <w:spacing w:after="0" w:line="240" w:lineRule="auto"/>
        <w:ind w:left="284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Dyrektorze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należy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to </w:t>
      </w:r>
      <w:proofErr w:type="spellStart"/>
      <w:r w:rsidRPr="00AB15B1">
        <w:rPr>
          <w:rFonts w:ascii="Times New Roman" w:hAnsi="Times New Roman" w:cs="Times New Roman"/>
          <w:sz w:val="22"/>
        </w:rPr>
        <w:t>rozumieć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="00CB170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4E6C" w:rsidRPr="00AB15B1">
        <w:rPr>
          <w:rFonts w:ascii="Times New Roman" w:hAnsi="Times New Roman" w:cs="Times New Roman"/>
          <w:sz w:val="22"/>
        </w:rPr>
        <w:t>i</w:t>
      </w:r>
      <w:proofErr w:type="spellEnd"/>
      <w:r w:rsidR="00CB170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Przedszkola</w:t>
      </w:r>
      <w:proofErr w:type="spellEnd"/>
      <w:r w:rsidR="002C4E6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4E6C" w:rsidRPr="00AB15B1">
        <w:rPr>
          <w:rFonts w:ascii="Times New Roman" w:hAnsi="Times New Roman" w:cs="Times New Roman"/>
          <w:sz w:val="22"/>
        </w:rPr>
        <w:t>Zespołu</w:t>
      </w:r>
      <w:proofErr w:type="spellEnd"/>
      <w:r w:rsidR="002C4E6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4E6C" w:rsidRPr="00AB15B1">
        <w:rPr>
          <w:rFonts w:ascii="Times New Roman" w:hAnsi="Times New Roman" w:cs="Times New Roman"/>
          <w:sz w:val="22"/>
        </w:rPr>
        <w:t>Szkolno</w:t>
      </w:r>
      <w:proofErr w:type="spellEnd"/>
      <w:r w:rsidR="002C4E6C"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="002C4E6C" w:rsidRPr="00AB15B1">
        <w:rPr>
          <w:rFonts w:ascii="Times New Roman" w:hAnsi="Times New Roman" w:cs="Times New Roman"/>
          <w:sz w:val="22"/>
        </w:rPr>
        <w:t>Przedszkolnego</w:t>
      </w:r>
      <w:proofErr w:type="spellEnd"/>
      <w:r w:rsidR="002C4E6C" w:rsidRPr="00AB15B1">
        <w:rPr>
          <w:rFonts w:ascii="Times New Roman" w:hAnsi="Times New Roman" w:cs="Times New Roman"/>
          <w:sz w:val="22"/>
        </w:rPr>
        <w:t xml:space="preserve"> w Niskowej</w:t>
      </w:r>
      <w:r w:rsidRPr="00AB15B1">
        <w:rPr>
          <w:rFonts w:ascii="Times New Roman" w:hAnsi="Times New Roman" w:cs="Times New Roman"/>
          <w:sz w:val="22"/>
        </w:rPr>
        <w:t>;</w:t>
      </w:r>
    </w:p>
    <w:p w14:paraId="067E64FE" w14:textId="77777777" w:rsidR="008859D9" w:rsidRPr="00AB15B1" w:rsidRDefault="00B610B3" w:rsidP="00AB15B1">
      <w:pPr>
        <w:pStyle w:val="Punkt"/>
        <w:spacing w:after="0" w:line="240" w:lineRule="auto"/>
        <w:ind w:left="284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uczniu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należy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to </w:t>
      </w:r>
      <w:proofErr w:type="spellStart"/>
      <w:r w:rsidRPr="00AB15B1">
        <w:rPr>
          <w:rFonts w:ascii="Times New Roman" w:hAnsi="Times New Roman" w:cs="Times New Roman"/>
          <w:sz w:val="22"/>
        </w:rPr>
        <w:t>rozumieć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uczennicę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39F50F22" w14:textId="2D893A60" w:rsidR="008859D9" w:rsidRPr="00AB15B1" w:rsidRDefault="00B610B3" w:rsidP="00AB15B1">
      <w:pPr>
        <w:pStyle w:val="Punkt"/>
        <w:spacing w:after="0" w:line="240" w:lineRule="auto"/>
        <w:ind w:left="284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4) </w:t>
      </w:r>
      <w:proofErr w:type="spellStart"/>
      <w:r w:rsidRPr="00AB15B1">
        <w:rPr>
          <w:rFonts w:ascii="Times New Roman" w:hAnsi="Times New Roman" w:cs="Times New Roman"/>
          <w:sz w:val="22"/>
        </w:rPr>
        <w:t>nauczycielu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należy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to </w:t>
      </w:r>
      <w:proofErr w:type="spellStart"/>
      <w:r w:rsidRPr="00AB15B1">
        <w:rPr>
          <w:rFonts w:ascii="Times New Roman" w:hAnsi="Times New Roman" w:cs="Times New Roman"/>
          <w:sz w:val="22"/>
        </w:rPr>
        <w:t>rozumieć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nauczycielkę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zatrudnionego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Szkole</w:t>
      </w:r>
      <w:proofErr w:type="spellEnd"/>
      <w:r w:rsidR="00CB1708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Przedszkolu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0952614C" w14:textId="77777777" w:rsidR="008859D9" w:rsidRPr="00AB15B1" w:rsidRDefault="00B610B3" w:rsidP="00AB15B1">
      <w:pPr>
        <w:pStyle w:val="Punkt"/>
        <w:spacing w:after="0" w:line="240" w:lineRule="auto"/>
        <w:ind w:left="284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5) </w:t>
      </w:r>
      <w:proofErr w:type="spellStart"/>
      <w:r w:rsidRPr="00AB15B1">
        <w:rPr>
          <w:rFonts w:ascii="Times New Roman" w:hAnsi="Times New Roman" w:cs="Times New Roman"/>
          <w:sz w:val="22"/>
        </w:rPr>
        <w:t>rodzicach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należy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to </w:t>
      </w:r>
      <w:proofErr w:type="spellStart"/>
      <w:r w:rsidRPr="00AB15B1">
        <w:rPr>
          <w:rFonts w:ascii="Times New Roman" w:hAnsi="Times New Roman" w:cs="Times New Roman"/>
          <w:sz w:val="22"/>
        </w:rPr>
        <w:t>rozumieć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opiekunów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osoby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sprawujące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nim </w:t>
      </w:r>
      <w:proofErr w:type="spellStart"/>
      <w:r w:rsidRPr="00AB15B1">
        <w:rPr>
          <w:rFonts w:ascii="Times New Roman" w:hAnsi="Times New Roman" w:cs="Times New Roman"/>
          <w:sz w:val="22"/>
        </w:rPr>
        <w:t>pieczę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zastępczą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386B6133" w14:textId="2FF3EB80" w:rsidR="008859D9" w:rsidRPr="00AB15B1" w:rsidRDefault="00B610B3" w:rsidP="00AB15B1">
      <w:pPr>
        <w:pStyle w:val="Punkt"/>
        <w:spacing w:after="0" w:line="240" w:lineRule="auto"/>
        <w:ind w:left="284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6)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przedszkolu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należy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to </w:t>
      </w:r>
      <w:proofErr w:type="spellStart"/>
      <w:r w:rsidRPr="00AB15B1">
        <w:rPr>
          <w:rFonts w:ascii="Times New Roman" w:hAnsi="Times New Roman" w:cs="Times New Roman"/>
          <w:sz w:val="22"/>
        </w:rPr>
        <w:t>rozumieć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przedszkole</w:t>
      </w:r>
      <w:proofErr w:type="spellEnd"/>
      <w:r w:rsidR="00CB170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i</w:t>
      </w:r>
      <w:proofErr w:type="spellEnd"/>
      <w:r w:rsidR="00CB170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przedszkolnego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zorganizowany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Zespole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0A7CAB09" w14:textId="592F1166" w:rsidR="008859D9" w:rsidRPr="00AB15B1" w:rsidRDefault="00B610B3" w:rsidP="00AB15B1">
      <w:pPr>
        <w:pStyle w:val="Punkt"/>
        <w:spacing w:after="0" w:line="240" w:lineRule="auto"/>
        <w:ind w:left="284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7) </w:t>
      </w:r>
      <w:proofErr w:type="spellStart"/>
      <w:r w:rsidRPr="00AB15B1">
        <w:rPr>
          <w:rFonts w:ascii="Times New Roman" w:hAnsi="Times New Roman" w:cs="Times New Roman"/>
          <w:sz w:val="22"/>
        </w:rPr>
        <w:t>organie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prowadzącym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należy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to </w:t>
      </w:r>
      <w:proofErr w:type="spellStart"/>
      <w:r w:rsidRPr="00AB15B1">
        <w:rPr>
          <w:rFonts w:ascii="Times New Roman" w:hAnsi="Times New Roman" w:cs="Times New Roman"/>
          <w:sz w:val="22"/>
        </w:rPr>
        <w:t>rozumieć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Stowarzyszenie</w:t>
      </w:r>
      <w:proofErr w:type="spellEnd"/>
      <w:r w:rsidR="00CB170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Rozwoju</w:t>
      </w:r>
      <w:proofErr w:type="spellEnd"/>
      <w:r w:rsidR="00CB170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Wsi</w:t>
      </w:r>
      <w:proofErr w:type="spellEnd"/>
      <w:r w:rsidR="00CB170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Niskowa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>.</w:t>
      </w:r>
    </w:p>
    <w:p w14:paraId="370A4212" w14:textId="77777777" w:rsidR="00151DB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2</w:t>
      </w:r>
      <w:r w:rsidR="00151DB5"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</w:p>
    <w:p w14:paraId="6143E383" w14:textId="622ACB2F" w:rsidR="00F8193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Cele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zadania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="00CB1708" w:rsidRPr="00AB15B1">
        <w:rPr>
          <w:rFonts w:ascii="Times New Roman" w:hAnsi="Times New Roman" w:cs="Times New Roman"/>
          <w:color w:val="632423" w:themeColor="accent2" w:themeShade="80"/>
          <w:sz w:val="22"/>
        </w:rPr>
        <w:t>Zespołu</w:t>
      </w:r>
      <w:proofErr w:type="spellEnd"/>
    </w:p>
    <w:p w14:paraId="047C0850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2.</w:t>
      </w:r>
    </w:p>
    <w:p w14:paraId="255791DF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zadania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dydaktyczne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wychowawcze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opiekuńcze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kierując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dobrem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poszanowaniem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godności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równego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traktowania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B83E351" w14:textId="67EE8CA2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Celem jest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7DB462F4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zapewnienie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warunków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zdobywania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wiedzy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umiejętności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rozwoju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zainteresowań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uzdolnień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0C452441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wspieranie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rozwoju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tym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udzielanie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psychologiczno-pedagogicznej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zapewnianie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niepełnosprawnościami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warunków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kształcenia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opieki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wsparcia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538C7D98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kształtowanie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postaw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obywatelskich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społecznych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prozdrowotnych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4FBB21F6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4) </w:t>
      </w:r>
      <w:proofErr w:type="spellStart"/>
      <w:r w:rsidRPr="00AB15B1">
        <w:rPr>
          <w:rFonts w:ascii="Times New Roman" w:hAnsi="Times New Roman" w:cs="Times New Roman"/>
          <w:sz w:val="22"/>
        </w:rPr>
        <w:t>umożliwianie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podtrzymywania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tożsamości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narodowej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etnicznej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językowej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religijnej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5912A9DD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5) </w:t>
      </w:r>
      <w:proofErr w:type="spellStart"/>
      <w:r w:rsidRPr="00AB15B1">
        <w:rPr>
          <w:rFonts w:ascii="Times New Roman" w:hAnsi="Times New Roman" w:cs="Times New Roman"/>
          <w:sz w:val="22"/>
        </w:rPr>
        <w:t>zapewnianie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higienicznych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warunków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wychowania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opieki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C0B78C6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3.</w:t>
      </w:r>
    </w:p>
    <w:p w14:paraId="1F251694" w14:textId="0570335D" w:rsidR="00F81935" w:rsidRPr="00AB15B1" w:rsidRDefault="004A2529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color w:val="000000"/>
          <w:sz w:val="22"/>
        </w:rPr>
        <w:t>1</w:t>
      </w:r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Szkoła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realizuje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cele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zadania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przez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>:</w:t>
      </w:r>
    </w:p>
    <w:p w14:paraId="6CDFECA7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organizowanie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obowiązkowych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służących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rozwojowi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6586A80B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rozpoznawanie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możliwości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indywidualizowanie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wsparcia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79E9A50E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lastRenderedPageBreak/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zapewnianie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niepełnosprawnościami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warunków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ich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posiadanej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dokumentacji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136DFBFB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4) </w:t>
      </w:r>
      <w:proofErr w:type="spellStart"/>
      <w:r w:rsidRPr="00AB15B1">
        <w:rPr>
          <w:rFonts w:ascii="Times New Roman" w:hAnsi="Times New Roman" w:cs="Times New Roman"/>
          <w:sz w:val="22"/>
        </w:rPr>
        <w:t>prowadzenie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wychowawczych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profilaktycznych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prozdrowotnych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służących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bezpieczeństwu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7D688341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5) </w:t>
      </w:r>
      <w:proofErr w:type="spellStart"/>
      <w:r w:rsidRPr="00AB15B1">
        <w:rPr>
          <w:rFonts w:ascii="Times New Roman" w:hAnsi="Times New Roman" w:cs="Times New Roman"/>
          <w:sz w:val="22"/>
        </w:rPr>
        <w:t>współpracę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rodzicami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poradniami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instytucjami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wspierającymi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2D8041DC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6) </w:t>
      </w:r>
      <w:proofErr w:type="spellStart"/>
      <w:r w:rsidRPr="00AB15B1">
        <w:rPr>
          <w:rFonts w:ascii="Times New Roman" w:hAnsi="Times New Roman" w:cs="Times New Roman"/>
          <w:sz w:val="22"/>
        </w:rPr>
        <w:t>tworzenie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warunków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aktywności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Samorządu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Uczniowskiego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wyrażania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opinii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sprawach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ich </w:t>
      </w:r>
      <w:proofErr w:type="spellStart"/>
      <w:r w:rsidRPr="00AB15B1">
        <w:rPr>
          <w:rFonts w:ascii="Times New Roman" w:hAnsi="Times New Roman" w:cs="Times New Roman"/>
          <w:sz w:val="22"/>
        </w:rPr>
        <w:t>dotyczących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2C6B6878" w14:textId="77777777" w:rsidR="0082167B" w:rsidRPr="00AB15B1" w:rsidRDefault="00494DD9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7) </w:t>
      </w:r>
      <w:proofErr w:type="spellStart"/>
      <w:r w:rsidRPr="00AB15B1">
        <w:rPr>
          <w:rFonts w:ascii="Times New Roman" w:hAnsi="Times New Roman" w:cs="Times New Roman"/>
          <w:sz w:val="22"/>
        </w:rPr>
        <w:t>organizowanie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umożliwiających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podtrzymywanie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tożsamości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narodowej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etnicznej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językowej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religijnej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AB15B1">
        <w:rPr>
          <w:rFonts w:ascii="Times New Roman" w:hAnsi="Times New Roman" w:cs="Times New Roman"/>
          <w:sz w:val="22"/>
        </w:rPr>
        <w:t>poszanowaniem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wolności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sumienia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przekonań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F938B60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4.</w:t>
      </w:r>
    </w:p>
    <w:p w14:paraId="4A56BC2A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Program </w:t>
      </w:r>
      <w:proofErr w:type="spellStart"/>
      <w:r w:rsidRPr="00AB15B1">
        <w:rPr>
          <w:rFonts w:ascii="Times New Roman" w:hAnsi="Times New Roman" w:cs="Times New Roman"/>
          <w:sz w:val="22"/>
        </w:rPr>
        <w:t>wychowawczo-profilaktyczny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konkretyzuje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profilaktyczne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5EF4D4F" w14:textId="77777777" w:rsidR="00151DB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3</w:t>
      </w:r>
      <w:r w:rsidR="00151DB5"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</w:p>
    <w:p w14:paraId="7C7D6C5F" w14:textId="1F9583D5" w:rsidR="00F8193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Organy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ich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kompetencje</w:t>
      </w:r>
      <w:proofErr w:type="spellEnd"/>
    </w:p>
    <w:p w14:paraId="72B385E6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5.</w:t>
      </w:r>
    </w:p>
    <w:p w14:paraId="6C24BF77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Organami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są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58D21C42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0F92FCB3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Rada </w:t>
      </w:r>
      <w:proofErr w:type="spellStart"/>
      <w:r w:rsidRPr="00AB15B1">
        <w:rPr>
          <w:rFonts w:ascii="Times New Roman" w:hAnsi="Times New Roman" w:cs="Times New Roman"/>
          <w:sz w:val="22"/>
        </w:rPr>
        <w:t>Pedagogiczna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14F52803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Samorząd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Uczniowski;</w:t>
      </w:r>
    </w:p>
    <w:p w14:paraId="1C0CAB6C" w14:textId="44410FE0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4) Rada </w:t>
      </w:r>
      <w:proofErr w:type="spellStart"/>
      <w:r w:rsidRPr="00AB15B1">
        <w:rPr>
          <w:rFonts w:ascii="Times New Roman" w:hAnsi="Times New Roman" w:cs="Times New Roman"/>
          <w:sz w:val="22"/>
        </w:rPr>
        <w:t>Rodziców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>.</w:t>
      </w:r>
    </w:p>
    <w:p w14:paraId="1C71BBB1" w14:textId="75C37D48" w:rsidR="00B32898" w:rsidRPr="00AB15B1" w:rsidRDefault="00B32898" w:rsidP="00AB15B1">
      <w:pPr>
        <w:pStyle w:val="Punkt"/>
        <w:spacing w:after="0" w:line="240" w:lineRule="auto"/>
        <w:ind w:left="0" w:firstLine="0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W </w:t>
      </w:r>
      <w:proofErr w:type="spellStart"/>
      <w:r w:rsidRPr="00AB15B1">
        <w:rPr>
          <w:rFonts w:ascii="Times New Roman" w:hAnsi="Times New Roman" w:cs="Times New Roman"/>
          <w:sz w:val="22"/>
        </w:rPr>
        <w:t>Szkole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utworzono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Rad</w:t>
      </w:r>
      <w:r w:rsidR="00FE3691" w:rsidRPr="00AB15B1">
        <w:rPr>
          <w:rFonts w:ascii="Times New Roman" w:hAnsi="Times New Roman" w:cs="Times New Roman"/>
          <w:sz w:val="22"/>
        </w:rPr>
        <w:t>y</w:t>
      </w:r>
      <w:r w:rsidRPr="00AB15B1">
        <w:rPr>
          <w:rFonts w:ascii="Times New Roman" w:hAnsi="Times New Roman" w:cs="Times New Roman"/>
          <w:sz w:val="22"/>
        </w:rPr>
        <w:t xml:space="preserve"> Szkoły. </w:t>
      </w:r>
    </w:p>
    <w:p w14:paraId="344C4A51" w14:textId="6B2F2B67" w:rsidR="00F81935" w:rsidRPr="00AB15B1" w:rsidRDefault="00B32898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>3</w:t>
      </w:r>
      <w:r w:rsidR="00435BE5"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Organy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współdziałają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poszanowaniem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swoich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kompetencji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samodzielności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Regulaminy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organów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nie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mogą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być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sprzeczne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Statutem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>.</w:t>
      </w:r>
    </w:p>
    <w:p w14:paraId="6DCBC3EA" w14:textId="38960B4E" w:rsidR="00F81935" w:rsidRPr="00AB15B1" w:rsidRDefault="00B32898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>4</w:t>
      </w:r>
      <w:r w:rsidR="00435BE5"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Warunki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współdziałania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organów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sposób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rozwiązywania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sporów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określają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§ 10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§ 11.</w:t>
      </w:r>
    </w:p>
    <w:p w14:paraId="5A9A4FB2" w14:textId="77777777" w:rsidR="00FE3691" w:rsidRPr="00AB15B1" w:rsidRDefault="00FE3691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AB15B1">
        <w:rPr>
          <w:rFonts w:ascii="Times New Roman" w:hAnsi="Times New Roman" w:cs="Times New Roman"/>
          <w:sz w:val="22"/>
          <w:lang w:val="pl-PL"/>
        </w:rPr>
        <w:t>5. W przypadku tworzenia Rady Szkoły wybory jej członków przeprowadza się odrębnie w każdej z grup uprawnionych do wyboru swoich przedstawicieli, w głosowaniu tajnym i bezpośrednim. Kandydowanie wymaga zgody kandydata. Wybrani zostają kandydaci, którzy otrzymali kolejno największą liczbę ważnie oddanych głosów.</w:t>
      </w:r>
    </w:p>
    <w:p w14:paraId="041D093B" w14:textId="2112597C" w:rsidR="00FE3691" w:rsidRPr="00AB15B1" w:rsidRDefault="00FE3691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AB15B1">
        <w:rPr>
          <w:rFonts w:ascii="Times New Roman" w:hAnsi="Times New Roman" w:cs="Times New Roman"/>
          <w:sz w:val="22"/>
          <w:lang w:val="pl-PL"/>
        </w:rPr>
        <w:t>6. W przypadku uzyskania równej liczby głosów mającej wpływ na wynik wyborów przeprowadza się ponowne głosowanie między tymi kandydatami. Wybory uzupełniające przeprowadza się w tej samej grupie i w takim samym trybie.</w:t>
      </w:r>
    </w:p>
    <w:p w14:paraId="3D27D494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6.</w:t>
      </w:r>
    </w:p>
    <w:p w14:paraId="3C13133F" w14:textId="7A36870B" w:rsidR="008859D9" w:rsidRPr="00AB15B1" w:rsidRDefault="00B610B3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kieruje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B1708" w:rsidRPr="00AB15B1">
        <w:rPr>
          <w:rFonts w:ascii="Times New Roman" w:hAnsi="Times New Roman" w:cs="Times New Roman"/>
          <w:sz w:val="22"/>
        </w:rPr>
        <w:t>Zespołem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reprezentuje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r w:rsidR="00CB1708" w:rsidRPr="00AB15B1">
        <w:rPr>
          <w:rFonts w:ascii="Times New Roman" w:hAnsi="Times New Roman" w:cs="Times New Roman"/>
          <w:sz w:val="22"/>
        </w:rPr>
        <w:t>go</w:t>
      </w:r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zewnątrz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realizuje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zadania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kompetencje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wynikające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zapewnia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zgodne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Pr="00AB15B1">
        <w:rPr>
          <w:rFonts w:ascii="Times New Roman" w:hAnsi="Times New Roman" w:cs="Times New Roman"/>
          <w:sz w:val="22"/>
        </w:rPr>
        <w:t>Statutem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funkcjonowanie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2D63DCA" w14:textId="77777777" w:rsidR="008859D9" w:rsidRPr="00AB15B1" w:rsidRDefault="00B610B3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300D496C" w14:textId="77777777" w:rsidR="008859D9" w:rsidRPr="00AB15B1" w:rsidRDefault="00B610B3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organizuje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poszanowaniem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kompetencji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08C68250" w14:textId="77777777" w:rsidR="008859D9" w:rsidRPr="00AB15B1" w:rsidRDefault="00B610B3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zapewnia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pracownikom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warunki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zajęciach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organizowanych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Szkołę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4281F4E1" w14:textId="18E7A357" w:rsidR="008859D9" w:rsidRPr="00AB15B1" w:rsidRDefault="00B610B3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wykonuje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zadania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zakresu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wynikającym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przepisów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0E9C2FF6" w14:textId="77777777" w:rsidR="008859D9" w:rsidRPr="00AB15B1" w:rsidRDefault="00B610B3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4) </w:t>
      </w:r>
      <w:proofErr w:type="spellStart"/>
      <w:r w:rsidRPr="00AB15B1">
        <w:rPr>
          <w:rFonts w:ascii="Times New Roman" w:hAnsi="Times New Roman" w:cs="Times New Roman"/>
          <w:sz w:val="22"/>
        </w:rPr>
        <w:t>organizuje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wspierające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rozwój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zdrowie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tym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higienę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cyfrową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profilaktykę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uzależnień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18E8AA24" w14:textId="77777777" w:rsidR="008859D9" w:rsidRPr="00AB15B1" w:rsidRDefault="00B610B3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5) </w:t>
      </w:r>
      <w:proofErr w:type="spellStart"/>
      <w:r w:rsidRPr="00AB15B1">
        <w:rPr>
          <w:rFonts w:ascii="Times New Roman" w:hAnsi="Times New Roman" w:cs="Times New Roman"/>
          <w:sz w:val="22"/>
        </w:rPr>
        <w:t>realizuje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uchwały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Rady </w:t>
      </w:r>
      <w:proofErr w:type="spellStart"/>
      <w:r w:rsidRPr="00AB15B1">
        <w:rPr>
          <w:rFonts w:ascii="Times New Roman" w:hAnsi="Times New Roman" w:cs="Times New Roman"/>
          <w:sz w:val="22"/>
        </w:rPr>
        <w:t>Pedagogicznej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podjęte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ramach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kompetencji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stanowiących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30D3DC47" w14:textId="18F4337C" w:rsidR="008859D9" w:rsidRPr="00AB15B1" w:rsidRDefault="00B610B3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6) </w:t>
      </w:r>
      <w:proofErr w:type="spellStart"/>
      <w:r w:rsidRPr="00AB15B1">
        <w:rPr>
          <w:rFonts w:ascii="Times New Roman" w:hAnsi="Times New Roman" w:cs="Times New Roman"/>
          <w:sz w:val="22"/>
        </w:rPr>
        <w:t>wykonuje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zadania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pracodawcy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4AB66848" w14:textId="77777777" w:rsidR="008859D9" w:rsidRPr="00AB15B1" w:rsidRDefault="00B610B3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7) </w:t>
      </w:r>
      <w:proofErr w:type="spellStart"/>
      <w:r w:rsidRPr="00AB15B1">
        <w:rPr>
          <w:rFonts w:ascii="Times New Roman" w:hAnsi="Times New Roman" w:cs="Times New Roman"/>
          <w:sz w:val="22"/>
        </w:rPr>
        <w:t>zapewnia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realizację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zaleceń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wynikających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orzeczeń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potrzebie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kształcenia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specjalnego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52CB7FDA" w14:textId="77777777" w:rsidR="008859D9" w:rsidRPr="00AB15B1" w:rsidRDefault="00B610B3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8) </w:t>
      </w:r>
      <w:proofErr w:type="spellStart"/>
      <w:r w:rsidRPr="00AB15B1">
        <w:rPr>
          <w:rFonts w:ascii="Times New Roman" w:hAnsi="Times New Roman" w:cs="Times New Roman"/>
          <w:sz w:val="22"/>
        </w:rPr>
        <w:t>zapewnia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warunki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wykonywania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ich </w:t>
      </w:r>
      <w:proofErr w:type="spellStart"/>
      <w:r w:rsidRPr="00AB15B1">
        <w:rPr>
          <w:rFonts w:ascii="Times New Roman" w:hAnsi="Times New Roman" w:cs="Times New Roman"/>
          <w:sz w:val="22"/>
        </w:rPr>
        <w:t>zadań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dostęp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niezbędnych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zakresie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ich </w:t>
      </w:r>
      <w:proofErr w:type="spellStart"/>
      <w:r w:rsidRPr="00AB15B1">
        <w:rPr>
          <w:rFonts w:ascii="Times New Roman" w:hAnsi="Times New Roman" w:cs="Times New Roman"/>
          <w:sz w:val="22"/>
        </w:rPr>
        <w:t>kompetencji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AB15B1">
        <w:rPr>
          <w:rFonts w:ascii="Times New Roman" w:hAnsi="Times New Roman" w:cs="Times New Roman"/>
          <w:sz w:val="22"/>
        </w:rPr>
        <w:t>zachowaniem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ochrony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prawnie </w:t>
      </w:r>
      <w:proofErr w:type="spellStart"/>
      <w:r w:rsidRPr="00AB15B1">
        <w:rPr>
          <w:rFonts w:ascii="Times New Roman" w:hAnsi="Times New Roman" w:cs="Times New Roman"/>
          <w:sz w:val="22"/>
        </w:rPr>
        <w:t>chronionych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63F4A509" w14:textId="77777777" w:rsidR="008859D9" w:rsidRPr="00AB15B1" w:rsidRDefault="00B610B3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9) </w:t>
      </w:r>
      <w:proofErr w:type="spellStart"/>
      <w:r w:rsidRPr="00AB15B1">
        <w:rPr>
          <w:rFonts w:ascii="Times New Roman" w:hAnsi="Times New Roman" w:cs="Times New Roman"/>
          <w:sz w:val="22"/>
        </w:rPr>
        <w:t>zapewnia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udostępnianie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aktualnego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ujednoliconego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tekstu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Statutu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B6C381D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7.</w:t>
      </w:r>
    </w:p>
    <w:p w14:paraId="41B19550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Rada </w:t>
      </w:r>
      <w:proofErr w:type="spellStart"/>
      <w:r w:rsidRPr="00AB15B1">
        <w:rPr>
          <w:rFonts w:ascii="Times New Roman" w:hAnsi="Times New Roman" w:cs="Times New Roman"/>
          <w:sz w:val="22"/>
        </w:rPr>
        <w:t>Pedagogiczna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54BA03AA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zatwierdza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plany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7F2B7648" w14:textId="1DEAE031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podejmuje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uchwały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sprawie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wyników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klasyfikacji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promocji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eksperymentów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pedagogicznych</w:t>
      </w:r>
      <w:proofErr w:type="spellEnd"/>
      <w:r w:rsidR="00A060F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060FF" w:rsidRPr="00AB15B1">
        <w:rPr>
          <w:rFonts w:ascii="Times New Roman" w:hAnsi="Times New Roman" w:cs="Times New Roman"/>
          <w:sz w:val="22"/>
        </w:rPr>
        <w:t>na</w:t>
      </w:r>
      <w:proofErr w:type="spellEnd"/>
      <w:r w:rsidR="00A060F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060FF" w:rsidRPr="00AB15B1">
        <w:rPr>
          <w:rFonts w:ascii="Times New Roman" w:hAnsi="Times New Roman" w:cs="Times New Roman"/>
          <w:sz w:val="22"/>
        </w:rPr>
        <w:t>zasadach</w:t>
      </w:r>
      <w:proofErr w:type="spellEnd"/>
      <w:r w:rsidR="00A060F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060FF"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="00A060FF"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A060FF" w:rsidRPr="00AB15B1">
        <w:rPr>
          <w:rFonts w:ascii="Times New Roman" w:hAnsi="Times New Roman" w:cs="Times New Roman"/>
          <w:sz w:val="22"/>
        </w:rPr>
        <w:t>przepisach</w:t>
      </w:r>
      <w:proofErr w:type="spellEnd"/>
      <w:r w:rsidR="00A060F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060FF"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48D9F61A" w14:textId="361923DE" w:rsidR="00F81935" w:rsidRPr="00AB15B1" w:rsidRDefault="00CB1708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>3</w:t>
      </w:r>
      <w:r w:rsidR="00494DD9" w:rsidRPr="00AB15B1">
        <w:rPr>
          <w:rFonts w:ascii="Times New Roman" w:hAnsi="Times New Roman" w:cs="Times New Roman"/>
          <w:sz w:val="22"/>
        </w:rPr>
        <w:t xml:space="preserve">) </w:t>
      </w:r>
      <w:proofErr w:type="spellStart"/>
      <w:r w:rsidR="00494DD9" w:rsidRPr="00AB15B1">
        <w:rPr>
          <w:rFonts w:ascii="Times New Roman" w:hAnsi="Times New Roman" w:cs="Times New Roman"/>
          <w:sz w:val="22"/>
        </w:rPr>
        <w:t>opiniuje</w:t>
      </w:r>
      <w:proofErr w:type="spellEnd"/>
      <w:r w:rsidR="00494DD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94DD9" w:rsidRPr="00AB15B1">
        <w:rPr>
          <w:rFonts w:ascii="Times New Roman" w:hAnsi="Times New Roman" w:cs="Times New Roman"/>
          <w:sz w:val="22"/>
        </w:rPr>
        <w:t>organizację</w:t>
      </w:r>
      <w:proofErr w:type="spellEnd"/>
      <w:r w:rsidR="00494DD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94DD9" w:rsidRPr="00AB15B1">
        <w:rPr>
          <w:rFonts w:ascii="Times New Roman" w:hAnsi="Times New Roman" w:cs="Times New Roman"/>
          <w:sz w:val="22"/>
        </w:rPr>
        <w:t>pracy</w:t>
      </w:r>
      <w:proofErr w:type="spellEnd"/>
      <w:r w:rsidR="00494DD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94DD9"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94DD9" w:rsidRPr="00AB15B1">
        <w:rPr>
          <w:rFonts w:ascii="Times New Roman" w:hAnsi="Times New Roman" w:cs="Times New Roman"/>
          <w:sz w:val="22"/>
        </w:rPr>
        <w:t>oraz</w:t>
      </w:r>
      <w:proofErr w:type="spellEnd"/>
      <w:r w:rsidR="00494DD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94DD9" w:rsidRPr="00AB15B1">
        <w:rPr>
          <w:rFonts w:ascii="Times New Roman" w:hAnsi="Times New Roman" w:cs="Times New Roman"/>
          <w:sz w:val="22"/>
        </w:rPr>
        <w:t>wnioski</w:t>
      </w:r>
      <w:proofErr w:type="spellEnd"/>
      <w:r w:rsidR="00494DD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94DD9" w:rsidRPr="00AB15B1">
        <w:rPr>
          <w:rFonts w:ascii="Times New Roman" w:hAnsi="Times New Roman" w:cs="Times New Roman"/>
          <w:sz w:val="22"/>
        </w:rPr>
        <w:t>i</w:t>
      </w:r>
      <w:proofErr w:type="spellEnd"/>
      <w:r w:rsidR="00494DD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94DD9" w:rsidRPr="00AB15B1">
        <w:rPr>
          <w:rFonts w:ascii="Times New Roman" w:hAnsi="Times New Roman" w:cs="Times New Roman"/>
          <w:sz w:val="22"/>
        </w:rPr>
        <w:t>propozycje</w:t>
      </w:r>
      <w:proofErr w:type="spellEnd"/>
      <w:r w:rsidR="00494DD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94DD9" w:rsidRPr="00AB15B1">
        <w:rPr>
          <w:rFonts w:ascii="Times New Roman" w:hAnsi="Times New Roman" w:cs="Times New Roman"/>
          <w:sz w:val="22"/>
        </w:rPr>
        <w:t>Dyrektora</w:t>
      </w:r>
      <w:proofErr w:type="spellEnd"/>
      <w:r w:rsidR="00494DD9"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494DD9" w:rsidRPr="00AB15B1">
        <w:rPr>
          <w:rFonts w:ascii="Times New Roman" w:hAnsi="Times New Roman" w:cs="Times New Roman"/>
          <w:sz w:val="22"/>
        </w:rPr>
        <w:t>sprawach</w:t>
      </w:r>
      <w:proofErr w:type="spellEnd"/>
      <w:r w:rsidR="00494DD9"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="00494DD9" w:rsidRPr="00AB15B1">
        <w:rPr>
          <w:rFonts w:ascii="Times New Roman" w:hAnsi="Times New Roman" w:cs="Times New Roman"/>
          <w:sz w:val="22"/>
        </w:rPr>
        <w:t>których</w:t>
      </w:r>
      <w:proofErr w:type="spellEnd"/>
      <w:r w:rsidR="00494DD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94DD9" w:rsidRPr="00AB15B1">
        <w:rPr>
          <w:rFonts w:ascii="Times New Roman" w:hAnsi="Times New Roman" w:cs="Times New Roman"/>
          <w:sz w:val="22"/>
        </w:rPr>
        <w:t>przepisy</w:t>
      </w:r>
      <w:proofErr w:type="spellEnd"/>
      <w:r w:rsidR="00494DD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94DD9" w:rsidRPr="00AB15B1">
        <w:rPr>
          <w:rFonts w:ascii="Times New Roman" w:hAnsi="Times New Roman" w:cs="Times New Roman"/>
          <w:sz w:val="22"/>
        </w:rPr>
        <w:t>wymagają</w:t>
      </w:r>
      <w:proofErr w:type="spellEnd"/>
      <w:r w:rsidR="00494DD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94DD9" w:rsidRPr="00AB15B1">
        <w:rPr>
          <w:rFonts w:ascii="Times New Roman" w:hAnsi="Times New Roman" w:cs="Times New Roman"/>
          <w:sz w:val="22"/>
        </w:rPr>
        <w:t>opinii</w:t>
      </w:r>
      <w:proofErr w:type="spellEnd"/>
      <w:r w:rsidR="00494DD9" w:rsidRPr="00AB15B1">
        <w:rPr>
          <w:rFonts w:ascii="Times New Roman" w:hAnsi="Times New Roman" w:cs="Times New Roman"/>
          <w:sz w:val="22"/>
        </w:rPr>
        <w:t xml:space="preserve"> Rady </w:t>
      </w:r>
      <w:proofErr w:type="spellStart"/>
      <w:r w:rsidR="00494DD9" w:rsidRPr="00AB15B1">
        <w:rPr>
          <w:rFonts w:ascii="Times New Roman" w:hAnsi="Times New Roman" w:cs="Times New Roman"/>
          <w:sz w:val="22"/>
        </w:rPr>
        <w:t>Pedagogicznej</w:t>
      </w:r>
      <w:proofErr w:type="spellEnd"/>
      <w:r w:rsidR="00494DD9" w:rsidRPr="00AB15B1">
        <w:rPr>
          <w:rFonts w:ascii="Times New Roman" w:hAnsi="Times New Roman" w:cs="Times New Roman"/>
          <w:sz w:val="22"/>
        </w:rPr>
        <w:t>.</w:t>
      </w:r>
    </w:p>
    <w:p w14:paraId="6CC32633" w14:textId="707F1F7D" w:rsidR="00F81935" w:rsidRPr="00AB15B1" w:rsidRDefault="00FE3691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>2</w:t>
      </w:r>
      <w:r w:rsidR="00435BE5" w:rsidRPr="00AB15B1">
        <w:rPr>
          <w:rFonts w:ascii="Times New Roman" w:hAnsi="Times New Roman" w:cs="Times New Roman"/>
          <w:sz w:val="22"/>
        </w:rPr>
        <w:t xml:space="preserve">. Rada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Pedagogiczna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działa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na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podstawie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regulaminu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Osoby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uczestniczące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jej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zebraniach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zachowują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poufność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których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ujawnienie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mogłoby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naruszać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prawa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lub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dobra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osobiste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innych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osób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>.</w:t>
      </w:r>
    </w:p>
    <w:p w14:paraId="159D5BCE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lastRenderedPageBreak/>
        <w:t>§ 8.</w:t>
      </w:r>
    </w:p>
    <w:p w14:paraId="50D7A941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Samorząd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Uczniowski </w:t>
      </w:r>
      <w:proofErr w:type="spellStart"/>
      <w:r w:rsidRPr="00AB15B1">
        <w:rPr>
          <w:rFonts w:ascii="Times New Roman" w:hAnsi="Times New Roman" w:cs="Times New Roman"/>
          <w:sz w:val="22"/>
        </w:rPr>
        <w:t>tworzą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wszyscy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uczniowie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Samorząd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przedstawiać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wnioski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we </w:t>
      </w:r>
      <w:proofErr w:type="spellStart"/>
      <w:r w:rsidRPr="00AB15B1">
        <w:rPr>
          <w:rFonts w:ascii="Times New Roman" w:hAnsi="Times New Roman" w:cs="Times New Roman"/>
          <w:sz w:val="22"/>
        </w:rPr>
        <w:t>wszystkich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dotyczących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organizować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działalność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kulturalną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oświatową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sportową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rozrywkową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redagować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gazetę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szkolną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wybierać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nauczyciela-opiekuna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podejmować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porozumieniu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Dyrektorem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zakresie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wolontariatu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C84FE06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Organy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Samorządu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wybierane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ogół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głosowaniu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równym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tajnym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powszechnym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regulaminie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Samorządu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Samorząd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Pr="00AB15B1">
        <w:rPr>
          <w:rFonts w:ascii="Times New Roman" w:hAnsi="Times New Roman" w:cs="Times New Roman"/>
          <w:sz w:val="22"/>
        </w:rPr>
        <w:t>swojego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składu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wyłonić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Radę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Wolontariatu.</w:t>
      </w:r>
    </w:p>
    <w:p w14:paraId="15121D19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zapewnia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Samorządowi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warunki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2F317BA" w14:textId="77777777" w:rsidR="0082167B" w:rsidRPr="00AB15B1" w:rsidRDefault="00494DD9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4. </w:t>
      </w:r>
      <w:proofErr w:type="spellStart"/>
      <w:r w:rsidRPr="00AB15B1">
        <w:rPr>
          <w:rFonts w:ascii="Times New Roman" w:hAnsi="Times New Roman" w:cs="Times New Roman"/>
          <w:sz w:val="22"/>
        </w:rPr>
        <w:t>Wnioski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Samorządu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mogą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dotyczyć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wymaganiach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jawnego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uzasadnionego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oceniania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organizacji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życia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szkolnego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rozwijania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zainteresowań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2E23DFE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9.</w:t>
      </w:r>
    </w:p>
    <w:p w14:paraId="6C712A30" w14:textId="0780495F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Rada </w:t>
      </w:r>
      <w:proofErr w:type="spellStart"/>
      <w:r w:rsidRPr="00AB15B1">
        <w:rPr>
          <w:rFonts w:ascii="Times New Roman" w:hAnsi="Times New Roman" w:cs="Times New Roman"/>
          <w:sz w:val="22"/>
        </w:rPr>
        <w:t>Rodziców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reprezentuje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ogół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wykonuje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kompetencje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przepisach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uchwala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porozumieniu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Radą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Pedagogiczną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program </w:t>
      </w:r>
      <w:proofErr w:type="spellStart"/>
      <w:r w:rsidRPr="00AB15B1">
        <w:rPr>
          <w:rFonts w:ascii="Times New Roman" w:hAnsi="Times New Roman" w:cs="Times New Roman"/>
          <w:sz w:val="22"/>
        </w:rPr>
        <w:t>wychowawczo-profilaktyczny</w:t>
      </w:r>
      <w:proofErr w:type="spellEnd"/>
      <w:r w:rsidR="002C4E6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występować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organów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wnioskami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opiniami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020D25FF" w14:textId="1F007E3C" w:rsidR="00B96087" w:rsidRPr="00AB15B1" w:rsidRDefault="00B9608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W </w:t>
      </w:r>
      <w:proofErr w:type="spellStart"/>
      <w:r w:rsidRPr="00AB15B1">
        <w:rPr>
          <w:rFonts w:ascii="Times New Roman" w:hAnsi="Times New Roman" w:cs="Times New Roman"/>
          <w:sz w:val="22"/>
        </w:rPr>
        <w:t>razie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braku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porozumienia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terminie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30 </w:t>
      </w:r>
      <w:proofErr w:type="spellStart"/>
      <w:r w:rsidRPr="00AB15B1">
        <w:rPr>
          <w:rFonts w:ascii="Times New Roman" w:hAnsi="Times New Roman" w:cs="Times New Roman"/>
          <w:sz w:val="22"/>
        </w:rPr>
        <w:t>dni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od </w:t>
      </w:r>
      <w:proofErr w:type="spellStart"/>
      <w:r w:rsidRPr="00AB15B1">
        <w:rPr>
          <w:rFonts w:ascii="Times New Roman" w:hAnsi="Times New Roman" w:cs="Times New Roman"/>
          <w:sz w:val="22"/>
        </w:rPr>
        <w:t>rozpoczęcia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szkolnego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program </w:t>
      </w:r>
      <w:proofErr w:type="spellStart"/>
      <w:r w:rsidRPr="00AB15B1">
        <w:rPr>
          <w:rFonts w:ascii="Times New Roman" w:hAnsi="Times New Roman" w:cs="Times New Roman"/>
          <w:sz w:val="22"/>
        </w:rPr>
        <w:t>ustala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uzgodnieniu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organem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sprawującym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nadzór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pedagogiczny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C6C6973" w14:textId="62C9B187" w:rsidR="00F81935" w:rsidRPr="00AB15B1" w:rsidRDefault="00B9608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>3</w:t>
      </w:r>
      <w:r w:rsidR="00435BE5" w:rsidRPr="00AB15B1">
        <w:rPr>
          <w:rFonts w:ascii="Times New Roman" w:hAnsi="Times New Roman" w:cs="Times New Roman"/>
          <w:sz w:val="22"/>
        </w:rPr>
        <w:t xml:space="preserve">. Rada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Rodziców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działa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na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podstawie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własnego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regulaminu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współdziała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pozostałymi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organami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sprawach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dotyczących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uczniów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funkcjonowania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Szkoły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>.</w:t>
      </w:r>
    </w:p>
    <w:p w14:paraId="76163DE9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10.</w:t>
      </w:r>
    </w:p>
    <w:p w14:paraId="4E520B61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Organy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współdziałają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wymianę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opinii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wniosków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razie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wspólne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narady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konsultacje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C8B6C45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Organ, do </w:t>
      </w:r>
      <w:proofErr w:type="spellStart"/>
      <w:r w:rsidRPr="00AB15B1">
        <w:rPr>
          <w:rFonts w:ascii="Times New Roman" w:hAnsi="Times New Roman" w:cs="Times New Roman"/>
          <w:sz w:val="22"/>
        </w:rPr>
        <w:t>którego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skierowano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wniosek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stanowisko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udziela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bez </w:t>
      </w:r>
      <w:proofErr w:type="spellStart"/>
      <w:r w:rsidRPr="00AB15B1">
        <w:rPr>
          <w:rFonts w:ascii="Times New Roman" w:hAnsi="Times New Roman" w:cs="Times New Roman"/>
          <w:sz w:val="22"/>
        </w:rPr>
        <w:t>zbędnej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zwłoki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to </w:t>
      </w:r>
      <w:proofErr w:type="spellStart"/>
      <w:r w:rsidRPr="00AB15B1">
        <w:rPr>
          <w:rFonts w:ascii="Times New Roman" w:hAnsi="Times New Roman" w:cs="Times New Roman"/>
          <w:sz w:val="22"/>
        </w:rPr>
        <w:t>posiedzenia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kolegialnego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najbliższym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posiedzeniu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chyba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charakter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wcześniejszego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BC55959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zapewnia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warunki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bez </w:t>
      </w:r>
      <w:proofErr w:type="spellStart"/>
      <w:r w:rsidRPr="00AB15B1">
        <w:rPr>
          <w:rFonts w:ascii="Times New Roman" w:hAnsi="Times New Roman" w:cs="Times New Roman"/>
          <w:sz w:val="22"/>
        </w:rPr>
        <w:t>ingerowania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ich </w:t>
      </w:r>
      <w:proofErr w:type="spellStart"/>
      <w:r w:rsidRPr="00AB15B1">
        <w:rPr>
          <w:rFonts w:ascii="Times New Roman" w:hAnsi="Times New Roman" w:cs="Times New Roman"/>
          <w:sz w:val="22"/>
        </w:rPr>
        <w:t>kompetencje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D0193B4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11.</w:t>
      </w:r>
    </w:p>
    <w:p w14:paraId="708C6190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Spór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między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rozwiązuje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najpierw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bezpośrednie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uzgodnienie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stanowisk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Organ </w:t>
      </w:r>
      <w:proofErr w:type="spellStart"/>
      <w:r w:rsidRPr="00AB15B1">
        <w:rPr>
          <w:rFonts w:ascii="Times New Roman" w:hAnsi="Times New Roman" w:cs="Times New Roman"/>
          <w:sz w:val="22"/>
        </w:rPr>
        <w:t>inicjujący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spór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przedstawia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drugiemu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przedmiot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proponowany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rozwiązania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487D735" w14:textId="15BBE846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r w:rsidR="00D01621" w:rsidRPr="00AB15B1">
        <w:rPr>
          <w:rFonts w:ascii="Times New Roman" w:hAnsi="Times New Roman" w:cs="Times New Roman"/>
          <w:sz w:val="22"/>
        </w:rPr>
        <w:t xml:space="preserve">W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razie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braku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porozumienia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strony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mogą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, za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wspólną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zgodą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skorzystać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mediacji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Mediatorem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może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być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Dyrektor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jeżeli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nie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stroną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sporu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albo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inna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bezstronna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osoba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zaakceptowana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przez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01621" w:rsidRPr="00AB15B1">
        <w:rPr>
          <w:rFonts w:ascii="Times New Roman" w:hAnsi="Times New Roman" w:cs="Times New Roman"/>
          <w:sz w:val="22"/>
        </w:rPr>
        <w:t>strony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>.</w:t>
      </w:r>
    </w:p>
    <w:p w14:paraId="7A57FCDE" w14:textId="57E7FDDD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spór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zostanie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rozwiązany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Szkole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zainteresowany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organ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zwrócić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podmiotu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właściwego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Pr="00AB15B1">
        <w:rPr>
          <w:rFonts w:ascii="Times New Roman" w:hAnsi="Times New Roman" w:cs="Times New Roman"/>
          <w:sz w:val="22"/>
        </w:rPr>
        <w:t>względu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przedmiot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</w:p>
    <w:p w14:paraId="1C8CD114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12.</w:t>
      </w:r>
    </w:p>
    <w:p w14:paraId="2635667E" w14:textId="066CA48F" w:rsidR="00D608FA" w:rsidRPr="00AB15B1" w:rsidRDefault="002C4E6C" w:rsidP="00AB15B1">
      <w:pPr>
        <w:pStyle w:val="Ustep"/>
        <w:spacing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>1</w:t>
      </w:r>
      <w:r w:rsidR="00D608FA"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D608FA" w:rsidRPr="00AB15B1">
        <w:rPr>
          <w:rFonts w:ascii="Times New Roman" w:hAnsi="Times New Roman" w:cs="Times New Roman"/>
          <w:sz w:val="22"/>
        </w:rPr>
        <w:t>Dyrektor</w:t>
      </w:r>
      <w:proofErr w:type="spellEnd"/>
      <w:r w:rsidR="00D608FA" w:rsidRPr="00AB15B1">
        <w:rPr>
          <w:rFonts w:ascii="Times New Roman" w:hAnsi="Times New Roman" w:cs="Times New Roman"/>
          <w:sz w:val="22"/>
        </w:rPr>
        <w:t xml:space="preserve">, za </w:t>
      </w:r>
      <w:proofErr w:type="spellStart"/>
      <w:r w:rsidR="00D608FA" w:rsidRPr="00AB15B1">
        <w:rPr>
          <w:rFonts w:ascii="Times New Roman" w:hAnsi="Times New Roman" w:cs="Times New Roman"/>
          <w:sz w:val="22"/>
        </w:rPr>
        <w:t>zgodą</w:t>
      </w:r>
      <w:proofErr w:type="spellEnd"/>
      <w:r w:rsidR="00D608FA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608FA" w:rsidRPr="00AB15B1">
        <w:rPr>
          <w:rFonts w:ascii="Times New Roman" w:hAnsi="Times New Roman" w:cs="Times New Roman"/>
          <w:sz w:val="22"/>
        </w:rPr>
        <w:t>organu</w:t>
      </w:r>
      <w:proofErr w:type="spellEnd"/>
      <w:r w:rsidR="00D608FA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608FA" w:rsidRPr="00AB15B1">
        <w:rPr>
          <w:rFonts w:ascii="Times New Roman" w:hAnsi="Times New Roman" w:cs="Times New Roman"/>
          <w:sz w:val="22"/>
        </w:rPr>
        <w:t>prowadzącego</w:t>
      </w:r>
      <w:proofErr w:type="spellEnd"/>
      <w:r w:rsidR="00D608FA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D608FA" w:rsidRPr="00AB15B1">
        <w:rPr>
          <w:rFonts w:ascii="Times New Roman" w:hAnsi="Times New Roman" w:cs="Times New Roman"/>
          <w:sz w:val="22"/>
        </w:rPr>
        <w:t>może</w:t>
      </w:r>
      <w:proofErr w:type="spellEnd"/>
      <w:r w:rsidR="00D608FA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608FA" w:rsidRPr="00AB15B1">
        <w:rPr>
          <w:rFonts w:ascii="Times New Roman" w:hAnsi="Times New Roman" w:cs="Times New Roman"/>
          <w:sz w:val="22"/>
        </w:rPr>
        <w:t>tworzyć</w:t>
      </w:r>
      <w:proofErr w:type="spellEnd"/>
      <w:r w:rsidR="00D608FA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608FA" w:rsidRPr="00AB15B1">
        <w:rPr>
          <w:rFonts w:ascii="Times New Roman" w:hAnsi="Times New Roman" w:cs="Times New Roman"/>
          <w:sz w:val="22"/>
        </w:rPr>
        <w:t>dodatkowe</w:t>
      </w:r>
      <w:proofErr w:type="spellEnd"/>
      <w:r w:rsidR="00D608FA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608FA" w:rsidRPr="00AB15B1">
        <w:rPr>
          <w:rFonts w:ascii="Times New Roman" w:hAnsi="Times New Roman" w:cs="Times New Roman"/>
          <w:sz w:val="22"/>
        </w:rPr>
        <w:t>stanowiska</w:t>
      </w:r>
      <w:proofErr w:type="spellEnd"/>
      <w:r w:rsidR="00D608FA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608FA" w:rsidRPr="00AB15B1">
        <w:rPr>
          <w:rFonts w:ascii="Times New Roman" w:hAnsi="Times New Roman" w:cs="Times New Roman"/>
          <w:sz w:val="22"/>
        </w:rPr>
        <w:t>wicedyrektorów</w:t>
      </w:r>
      <w:proofErr w:type="spellEnd"/>
      <w:r w:rsidR="00D608FA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608FA" w:rsidRPr="00AB15B1">
        <w:rPr>
          <w:rFonts w:ascii="Times New Roman" w:hAnsi="Times New Roman" w:cs="Times New Roman"/>
          <w:sz w:val="22"/>
        </w:rPr>
        <w:t>lub</w:t>
      </w:r>
      <w:proofErr w:type="spellEnd"/>
      <w:r w:rsidR="00D608FA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608FA" w:rsidRPr="00AB15B1">
        <w:rPr>
          <w:rFonts w:ascii="Times New Roman" w:hAnsi="Times New Roman" w:cs="Times New Roman"/>
          <w:sz w:val="22"/>
        </w:rPr>
        <w:t>inne</w:t>
      </w:r>
      <w:proofErr w:type="spellEnd"/>
      <w:r w:rsidR="00D608FA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608FA" w:rsidRPr="00AB15B1">
        <w:rPr>
          <w:rFonts w:ascii="Times New Roman" w:hAnsi="Times New Roman" w:cs="Times New Roman"/>
          <w:sz w:val="22"/>
        </w:rPr>
        <w:t>stanowiska</w:t>
      </w:r>
      <w:proofErr w:type="spellEnd"/>
      <w:r w:rsidR="00D608FA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608FA" w:rsidRPr="00AB15B1">
        <w:rPr>
          <w:rFonts w:ascii="Times New Roman" w:hAnsi="Times New Roman" w:cs="Times New Roman"/>
          <w:sz w:val="22"/>
        </w:rPr>
        <w:t>kierownicze</w:t>
      </w:r>
      <w:proofErr w:type="spellEnd"/>
      <w:r w:rsidR="00D608FA" w:rsidRPr="00AB15B1">
        <w:rPr>
          <w:rFonts w:ascii="Times New Roman" w:hAnsi="Times New Roman" w:cs="Times New Roman"/>
          <w:sz w:val="22"/>
        </w:rPr>
        <w:t>.</w:t>
      </w:r>
    </w:p>
    <w:p w14:paraId="22E4FC9A" w14:textId="77777777" w:rsidR="00151DB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4</w:t>
      </w:r>
      <w:r w:rsidR="00151DB5"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</w:p>
    <w:p w14:paraId="16147774" w14:textId="08759BC1" w:rsidR="00F8193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Organizacja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szkoły</w:t>
      </w:r>
      <w:proofErr w:type="spellEnd"/>
    </w:p>
    <w:p w14:paraId="2A376440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13.</w:t>
      </w:r>
    </w:p>
    <w:p w14:paraId="2A0DAD30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przepisów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rozwijające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zainteresowania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uzdolnienia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rewalidacyjne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AB15B1">
        <w:rPr>
          <w:rFonts w:ascii="Times New Roman" w:hAnsi="Times New Roman" w:cs="Times New Roman"/>
          <w:sz w:val="22"/>
        </w:rPr>
        <w:t>zakresu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psychologiczno-pedagogicznej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doradztwa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zawodowego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religii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etyki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zdrowotnej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03137BC" w14:textId="48FB78DC" w:rsidR="00EA06F7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r w:rsidR="00EA06F7" w:rsidRPr="00AB15B1">
        <w:rPr>
          <w:rFonts w:ascii="Times New Roman" w:hAnsi="Times New Roman" w:cs="Times New Roman"/>
          <w:sz w:val="22"/>
        </w:rPr>
        <w:t xml:space="preserve">W </w:t>
      </w:r>
      <w:proofErr w:type="spellStart"/>
      <w:r w:rsidR="00EA06F7" w:rsidRPr="00AB15B1">
        <w:rPr>
          <w:rFonts w:ascii="Times New Roman" w:hAnsi="Times New Roman" w:cs="Times New Roman"/>
          <w:sz w:val="22"/>
        </w:rPr>
        <w:t>Szkole</w:t>
      </w:r>
      <w:proofErr w:type="spellEnd"/>
      <w:r w:rsidR="00EA06F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A06F7" w:rsidRPr="00AB15B1">
        <w:rPr>
          <w:rFonts w:ascii="Times New Roman" w:hAnsi="Times New Roman" w:cs="Times New Roman"/>
          <w:sz w:val="22"/>
        </w:rPr>
        <w:t>działają</w:t>
      </w:r>
      <w:proofErr w:type="spellEnd"/>
      <w:r w:rsidR="00EA06F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A06F7" w:rsidRPr="00AB15B1">
        <w:rPr>
          <w:rFonts w:ascii="Times New Roman" w:hAnsi="Times New Roman" w:cs="Times New Roman"/>
          <w:sz w:val="22"/>
        </w:rPr>
        <w:t>oddziały</w:t>
      </w:r>
      <w:proofErr w:type="spellEnd"/>
      <w:r w:rsidR="00EA06F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A06F7" w:rsidRPr="00AB15B1">
        <w:rPr>
          <w:rFonts w:ascii="Times New Roman" w:hAnsi="Times New Roman" w:cs="Times New Roman"/>
          <w:sz w:val="22"/>
        </w:rPr>
        <w:t>ogólnodostępne</w:t>
      </w:r>
      <w:proofErr w:type="spellEnd"/>
      <w:r w:rsidR="00EA06F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A06F7" w:rsidRPr="00AB15B1">
        <w:rPr>
          <w:rFonts w:ascii="Times New Roman" w:hAnsi="Times New Roman" w:cs="Times New Roman"/>
          <w:sz w:val="22"/>
        </w:rPr>
        <w:t>i</w:t>
      </w:r>
      <w:proofErr w:type="spellEnd"/>
      <w:r w:rsidR="00EA06F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4E6C" w:rsidRPr="00AB15B1">
        <w:rPr>
          <w:rFonts w:ascii="Times New Roman" w:hAnsi="Times New Roman" w:cs="Times New Roman"/>
          <w:sz w:val="22"/>
        </w:rPr>
        <w:t>przedszkole</w:t>
      </w:r>
      <w:proofErr w:type="spellEnd"/>
      <w:r w:rsidR="00EA06F7" w:rsidRPr="00AB15B1">
        <w:rPr>
          <w:rFonts w:ascii="Times New Roman" w:hAnsi="Times New Roman" w:cs="Times New Roman"/>
          <w:sz w:val="22"/>
        </w:rPr>
        <w:t>.</w:t>
      </w:r>
    </w:p>
    <w:p w14:paraId="1A9153D0" w14:textId="3BD331FB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Organizacja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uwzględnia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wiek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potrzeby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możliwości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dostępności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4491C5E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14.</w:t>
      </w:r>
    </w:p>
    <w:p w14:paraId="13D218C5" w14:textId="71670253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Organizację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danym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szkolnym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tygodniowy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rozkład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E0CF024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pomieszczeniach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obiektach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miejscach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ich </w:t>
      </w:r>
      <w:proofErr w:type="spellStart"/>
      <w:r w:rsidRPr="00AB15B1">
        <w:rPr>
          <w:rFonts w:ascii="Times New Roman" w:hAnsi="Times New Roman" w:cs="Times New Roman"/>
          <w:sz w:val="22"/>
        </w:rPr>
        <w:t>celu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zapewniających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bezpieczeństwo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1658638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Kształcenie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wykorzystaniem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metod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technik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kształcenia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odległość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§ 17–20.</w:t>
      </w:r>
    </w:p>
    <w:p w14:paraId="3EDAF6F9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15.</w:t>
      </w:r>
    </w:p>
    <w:p w14:paraId="7141861F" w14:textId="64C68FE3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Dla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potrzeb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organizacji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pracy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dydaktycznej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i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klasyfikacji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ustala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się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dwa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półrocza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: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pierwsze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trwa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od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rozpoczęcia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zajęć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dydaktyczno-wychowawczych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do 31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stycznia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drugie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od 1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lutego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zakończenia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zajęć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dydaktyczno-wychowawczych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>.</w:t>
      </w:r>
    </w:p>
    <w:p w14:paraId="79C34107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lastRenderedPageBreak/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Klasyfikację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śródroczną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przeprowadza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roku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styczniu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później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niż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końca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pierwszego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półrocza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2A2ADCA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16.</w:t>
      </w:r>
    </w:p>
    <w:p w14:paraId="45F20F26" w14:textId="7DD1C8BA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dzienniki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postaci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elektronicznej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za </w:t>
      </w:r>
      <w:proofErr w:type="spellStart"/>
      <w:r w:rsidRPr="00AB15B1">
        <w:rPr>
          <w:rFonts w:ascii="Times New Roman" w:hAnsi="Times New Roman" w:cs="Times New Roman"/>
          <w:sz w:val="22"/>
        </w:rPr>
        <w:t>zgodą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prowadzącego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  <w:r w:rsidR="002C4E6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4E6C" w:rsidRPr="00AB15B1">
        <w:rPr>
          <w:rFonts w:ascii="Times New Roman" w:hAnsi="Times New Roman" w:cs="Times New Roman"/>
          <w:sz w:val="22"/>
        </w:rPr>
        <w:t>Ponadto</w:t>
      </w:r>
      <w:proofErr w:type="spellEnd"/>
      <w:r w:rsidR="002C4E6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4E6C" w:rsidRPr="00AB15B1">
        <w:rPr>
          <w:rFonts w:ascii="Times New Roman" w:hAnsi="Times New Roman" w:cs="Times New Roman"/>
          <w:sz w:val="22"/>
        </w:rPr>
        <w:t>prowadzone</w:t>
      </w:r>
      <w:proofErr w:type="spellEnd"/>
      <w:r w:rsidR="002C4E6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4E6C" w:rsidRPr="00AB15B1">
        <w:rPr>
          <w:rFonts w:ascii="Times New Roman" w:hAnsi="Times New Roman" w:cs="Times New Roman"/>
          <w:sz w:val="22"/>
        </w:rPr>
        <w:t>są</w:t>
      </w:r>
      <w:proofErr w:type="spellEnd"/>
      <w:r w:rsidR="002C4E6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4E6C" w:rsidRPr="00AB15B1">
        <w:rPr>
          <w:rFonts w:ascii="Times New Roman" w:hAnsi="Times New Roman" w:cs="Times New Roman"/>
          <w:sz w:val="22"/>
        </w:rPr>
        <w:t>dzienniki</w:t>
      </w:r>
      <w:proofErr w:type="spellEnd"/>
      <w:r w:rsidR="002C4E6C"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2C4E6C" w:rsidRPr="00AB15B1">
        <w:rPr>
          <w:rFonts w:ascii="Times New Roman" w:hAnsi="Times New Roman" w:cs="Times New Roman"/>
          <w:sz w:val="22"/>
        </w:rPr>
        <w:t>formie</w:t>
      </w:r>
      <w:proofErr w:type="spellEnd"/>
      <w:r w:rsidR="002C4E6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4E6C" w:rsidRPr="00AB15B1">
        <w:rPr>
          <w:rFonts w:ascii="Times New Roman" w:hAnsi="Times New Roman" w:cs="Times New Roman"/>
          <w:sz w:val="22"/>
        </w:rPr>
        <w:t>papierowej</w:t>
      </w:r>
      <w:proofErr w:type="spellEnd"/>
      <w:r w:rsidR="002C4E6C" w:rsidRPr="00AB15B1">
        <w:rPr>
          <w:rFonts w:ascii="Times New Roman" w:hAnsi="Times New Roman" w:cs="Times New Roman"/>
          <w:sz w:val="22"/>
        </w:rPr>
        <w:t xml:space="preserve"> m.in. </w:t>
      </w:r>
      <w:proofErr w:type="spellStart"/>
      <w:r w:rsidR="002C4E6C" w:rsidRPr="00AB15B1">
        <w:rPr>
          <w:rFonts w:ascii="Times New Roman" w:hAnsi="Times New Roman" w:cs="Times New Roman"/>
          <w:sz w:val="22"/>
        </w:rPr>
        <w:t>do</w:t>
      </w:r>
      <w:proofErr w:type="spellEnd"/>
      <w:r w:rsidR="002C4E6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4E6C" w:rsidRPr="00AB15B1">
        <w:rPr>
          <w:rFonts w:ascii="Times New Roman" w:hAnsi="Times New Roman" w:cs="Times New Roman"/>
          <w:sz w:val="22"/>
        </w:rPr>
        <w:t>zajęć</w:t>
      </w:r>
      <w:proofErr w:type="spellEnd"/>
      <w:r w:rsidR="002C4E6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4E6C" w:rsidRPr="00AB15B1">
        <w:rPr>
          <w:rFonts w:ascii="Times New Roman" w:hAnsi="Times New Roman" w:cs="Times New Roman"/>
          <w:sz w:val="22"/>
        </w:rPr>
        <w:t>specjalistycznych</w:t>
      </w:r>
      <w:proofErr w:type="spellEnd"/>
      <w:r w:rsidR="002C4E6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4E6C" w:rsidRPr="00AB15B1">
        <w:rPr>
          <w:rFonts w:ascii="Times New Roman" w:hAnsi="Times New Roman" w:cs="Times New Roman"/>
          <w:sz w:val="22"/>
        </w:rPr>
        <w:t>i</w:t>
      </w:r>
      <w:proofErr w:type="spellEnd"/>
      <w:r w:rsidR="002C4E6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2C4E6C" w:rsidRPr="00AB15B1">
        <w:rPr>
          <w:rFonts w:ascii="Times New Roman" w:hAnsi="Times New Roman" w:cs="Times New Roman"/>
          <w:sz w:val="22"/>
        </w:rPr>
        <w:t>świetlicy</w:t>
      </w:r>
      <w:proofErr w:type="spellEnd"/>
      <w:r w:rsidR="002C4E6C" w:rsidRPr="00AB15B1">
        <w:rPr>
          <w:rFonts w:ascii="Times New Roman" w:hAnsi="Times New Roman" w:cs="Times New Roman"/>
          <w:sz w:val="22"/>
        </w:rPr>
        <w:t>.</w:t>
      </w:r>
    </w:p>
    <w:p w14:paraId="723C0CCD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Dziennik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elektroniczny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służy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dokumentowaniu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przekazywaniu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Brak </w:t>
      </w:r>
      <w:proofErr w:type="spellStart"/>
      <w:r w:rsidRPr="00AB15B1">
        <w:rPr>
          <w:rFonts w:ascii="Times New Roman" w:hAnsi="Times New Roman" w:cs="Times New Roman"/>
          <w:sz w:val="22"/>
        </w:rPr>
        <w:t>dostępu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dziennika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pozbawia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innej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dostępnej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formie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04C4192D" w14:textId="185ABF34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Dostęp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dotyczących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ich </w:t>
      </w:r>
      <w:proofErr w:type="spellStart"/>
      <w:r w:rsidRPr="00AB15B1">
        <w:rPr>
          <w:rFonts w:ascii="Times New Roman" w:hAnsi="Times New Roman" w:cs="Times New Roman"/>
          <w:sz w:val="22"/>
        </w:rPr>
        <w:t>dziecka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AB15B1">
        <w:rPr>
          <w:rFonts w:ascii="Times New Roman" w:hAnsi="Times New Roman" w:cs="Times New Roman"/>
          <w:sz w:val="22"/>
        </w:rPr>
        <w:t>bezpłatny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2067AD5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17.</w:t>
      </w:r>
    </w:p>
    <w:p w14:paraId="7DA33303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Podczas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kształcenia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odległość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wykorzystuje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dziennik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elektroniczny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szkolną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platformę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komunikacyjną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narzędzia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udostępnione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zatwierdzone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Szkołę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8E9012F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mogą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odbywać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czasie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rzeczywistym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formie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własnej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Organizacja </w:t>
      </w:r>
      <w:proofErr w:type="spellStart"/>
      <w:r w:rsidRPr="00AB15B1">
        <w:rPr>
          <w:rFonts w:ascii="Times New Roman" w:hAnsi="Times New Roman" w:cs="Times New Roman"/>
          <w:sz w:val="22"/>
        </w:rPr>
        <w:t>uwzględnia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wiek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możliwości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psychofizyczne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ich </w:t>
      </w:r>
      <w:proofErr w:type="spellStart"/>
      <w:r w:rsidRPr="00AB15B1">
        <w:rPr>
          <w:rFonts w:ascii="Times New Roman" w:hAnsi="Times New Roman" w:cs="Times New Roman"/>
          <w:sz w:val="22"/>
        </w:rPr>
        <w:t>warunki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techniczne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prywatność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przemiennej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monitorem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 bez </w:t>
      </w:r>
      <w:proofErr w:type="spellStart"/>
      <w:r w:rsidRPr="00AB15B1">
        <w:rPr>
          <w:rFonts w:ascii="Times New Roman" w:hAnsi="Times New Roman" w:cs="Times New Roman"/>
          <w:sz w:val="22"/>
        </w:rPr>
        <w:t>monitora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1DDF5519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który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przyczyn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technicznych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korzystać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przyjętych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narzędzi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otrzymuje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materiały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możliwość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inny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uzgodniony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1BD05EA6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18.</w:t>
      </w:r>
    </w:p>
    <w:p w14:paraId="23CBD37C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Udział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zajęciach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odległość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potwierdza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spotkaniu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czasie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rzeczywistym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wykonanie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wskazanej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aktywności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kontakt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nauczycielem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wcześniej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podany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pozwalający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wiarygodnie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stwierdzić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uczestnictwo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bez </w:t>
      </w:r>
      <w:proofErr w:type="spellStart"/>
      <w:r w:rsidRPr="00AB15B1">
        <w:rPr>
          <w:rFonts w:ascii="Times New Roman" w:hAnsi="Times New Roman" w:cs="Times New Roman"/>
          <w:sz w:val="22"/>
        </w:rPr>
        <w:t>naruszania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prywatności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D7CF2F8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19.</w:t>
      </w:r>
    </w:p>
    <w:p w14:paraId="1D81F368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Ocenianie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podczas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kształcenia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odległość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odbywa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zgodnie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Rozdziałem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17. </w:t>
      </w: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dobiera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formę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sprawdzania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celu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warunków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technicznych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wcześniej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przekazuje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kryteria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1D63920F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Problemy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techniczne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brak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obrazu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kamery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rodzaj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sprzętu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mogą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same w </w:t>
      </w:r>
      <w:proofErr w:type="spellStart"/>
      <w:r w:rsidRPr="00AB15B1">
        <w:rPr>
          <w:rFonts w:ascii="Times New Roman" w:hAnsi="Times New Roman" w:cs="Times New Roman"/>
          <w:sz w:val="22"/>
        </w:rPr>
        <w:t>sobie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obniżać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przeszkoda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techniczna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uniemożliwiła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sprawdzenie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osiągnięć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wyznacza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równoważną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formę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termin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0FE7028C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20.</w:t>
      </w:r>
    </w:p>
    <w:p w14:paraId="2C597812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Podczas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kształcenia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odległość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chroni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prywatność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uczestników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Bez </w:t>
      </w:r>
      <w:proofErr w:type="spellStart"/>
      <w:r w:rsidRPr="00AB15B1">
        <w:rPr>
          <w:rFonts w:ascii="Times New Roman" w:hAnsi="Times New Roman" w:cs="Times New Roman"/>
          <w:sz w:val="22"/>
        </w:rPr>
        <w:t>podstawy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utrwala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rozpowszechnia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wizerunku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głosu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wypowiedzi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F6021C1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uzależnia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zakupu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sprzętu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płatnego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oprogramowania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W </w:t>
      </w:r>
      <w:proofErr w:type="spellStart"/>
      <w:r w:rsidRPr="00AB15B1">
        <w:rPr>
          <w:rFonts w:ascii="Times New Roman" w:hAnsi="Times New Roman" w:cs="Times New Roman"/>
          <w:sz w:val="22"/>
        </w:rPr>
        <w:t>razie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trudności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technicznych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rozwiązanie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umożliwiające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realizację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5FBD370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tak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aby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prowadziły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nieuzasadnionego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ujawniania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prywatnej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przestrzeni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2D1B5FD" w14:textId="77777777" w:rsidR="00151DB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5</w:t>
      </w:r>
      <w:r w:rsidR="00151DB5"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</w:p>
    <w:p w14:paraId="48EB3FEF" w14:textId="45BB7058" w:rsidR="00F8193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Wewnątrzszkolny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system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doradztwa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zawodowego</w:t>
      </w:r>
      <w:proofErr w:type="spellEnd"/>
    </w:p>
    <w:p w14:paraId="0400A246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21.</w:t>
      </w:r>
    </w:p>
    <w:p w14:paraId="275E00DE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W </w:t>
      </w:r>
      <w:proofErr w:type="spellStart"/>
      <w:r w:rsidRPr="00AB15B1">
        <w:rPr>
          <w:rFonts w:ascii="Times New Roman" w:hAnsi="Times New Roman" w:cs="Times New Roman"/>
          <w:sz w:val="22"/>
        </w:rPr>
        <w:t>Szkole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wewnątrzszkolny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system </w:t>
      </w:r>
      <w:proofErr w:type="spellStart"/>
      <w:r w:rsidRPr="00AB15B1">
        <w:rPr>
          <w:rFonts w:ascii="Times New Roman" w:hAnsi="Times New Roman" w:cs="Times New Roman"/>
          <w:sz w:val="22"/>
        </w:rPr>
        <w:t>doradztwa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zawodowego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koordynowany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doradcę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zawodowego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wyznaczonego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C540948" w14:textId="4491C736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dostosowuje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: w </w:t>
      </w:r>
      <w:proofErr w:type="spellStart"/>
      <w:r w:rsidR="002C4E6C" w:rsidRPr="00AB15B1">
        <w:rPr>
          <w:rFonts w:ascii="Times New Roman" w:hAnsi="Times New Roman" w:cs="Times New Roman"/>
          <w:sz w:val="22"/>
        </w:rPr>
        <w:t>przedszkolu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I–VI </w:t>
      </w:r>
      <w:proofErr w:type="spellStart"/>
      <w:r w:rsidRPr="00AB15B1">
        <w:rPr>
          <w:rFonts w:ascii="Times New Roman" w:hAnsi="Times New Roman" w:cs="Times New Roman"/>
          <w:sz w:val="22"/>
        </w:rPr>
        <w:t>służą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poznawaniu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siebie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zainteresowań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edukacji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świata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w </w:t>
      </w:r>
      <w:proofErr w:type="spellStart"/>
      <w:r w:rsidRPr="00AB15B1">
        <w:rPr>
          <w:rFonts w:ascii="Times New Roman" w:hAnsi="Times New Roman" w:cs="Times New Roman"/>
          <w:sz w:val="22"/>
        </w:rPr>
        <w:t>klasach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VII–VIII </w:t>
      </w:r>
      <w:proofErr w:type="spellStart"/>
      <w:r w:rsidRPr="00AB15B1">
        <w:rPr>
          <w:rFonts w:ascii="Times New Roman" w:hAnsi="Times New Roman" w:cs="Times New Roman"/>
          <w:sz w:val="22"/>
        </w:rPr>
        <w:t>także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planowaniu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dalszego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kształcenia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podejmowaniu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decyzji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edukacyjno-zawodowych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1EF4F7AF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System </w:t>
      </w:r>
      <w:proofErr w:type="spellStart"/>
      <w:r w:rsidRPr="00AB15B1">
        <w:rPr>
          <w:rFonts w:ascii="Times New Roman" w:hAnsi="Times New Roman" w:cs="Times New Roman"/>
          <w:sz w:val="22"/>
        </w:rPr>
        <w:t>obejmuje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informacje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konsultacje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współpracę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rodzicami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nauczycielami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instytucjami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wspierającymi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doradztwo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Coroczny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program </w:t>
      </w:r>
      <w:proofErr w:type="spellStart"/>
      <w:r w:rsidRPr="00AB15B1">
        <w:rPr>
          <w:rFonts w:ascii="Times New Roman" w:hAnsi="Times New Roman" w:cs="Times New Roman"/>
          <w:sz w:val="22"/>
        </w:rPr>
        <w:t>realizacji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doradztwa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przygotowuje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właściwy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7172AFA" w14:textId="77777777" w:rsidR="00151DB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6</w:t>
      </w:r>
      <w:r w:rsidR="00151DB5"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</w:p>
    <w:p w14:paraId="36CEB6F6" w14:textId="023F7279" w:rsidR="00F8193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Wolontariat</w:t>
      </w:r>
      <w:proofErr w:type="spellEnd"/>
    </w:p>
    <w:p w14:paraId="334DD2A9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22.</w:t>
      </w:r>
    </w:p>
    <w:p w14:paraId="4B976853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umożliwia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dobrowolne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podejmowanie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wolontariackich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Samorząd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Uczniowski, w </w:t>
      </w:r>
      <w:proofErr w:type="spellStart"/>
      <w:r w:rsidRPr="00AB15B1">
        <w:rPr>
          <w:rFonts w:ascii="Times New Roman" w:hAnsi="Times New Roman" w:cs="Times New Roman"/>
          <w:sz w:val="22"/>
        </w:rPr>
        <w:t>porozumieniu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Dyrektorem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organizować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takie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wyłonić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Pr="00AB15B1">
        <w:rPr>
          <w:rFonts w:ascii="Times New Roman" w:hAnsi="Times New Roman" w:cs="Times New Roman"/>
          <w:sz w:val="22"/>
        </w:rPr>
        <w:t>swojego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składu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Radę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Wolontariatu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0A8A0435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Wolontariat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obejmować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pomoc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koleżeńską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inicjatywy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rzecz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społeczności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szkolnej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lokalnej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współpracę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organizacjami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instytucjami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BD026BD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Udział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AB15B1">
        <w:rPr>
          <w:rFonts w:ascii="Times New Roman" w:hAnsi="Times New Roman" w:cs="Times New Roman"/>
          <w:sz w:val="22"/>
        </w:rPr>
        <w:t>dobrowolny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uwzględnienia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możliwości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zgód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aktywności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Brak </w:t>
      </w:r>
      <w:proofErr w:type="spellStart"/>
      <w:r w:rsidRPr="00AB15B1">
        <w:rPr>
          <w:rFonts w:ascii="Times New Roman" w:hAnsi="Times New Roman" w:cs="Times New Roman"/>
          <w:sz w:val="22"/>
        </w:rPr>
        <w:t>udziału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wolontariacie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powodować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obniżenia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B6B176C" w14:textId="77777777" w:rsidR="0082167B" w:rsidRPr="00AB15B1" w:rsidRDefault="00494DD9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4.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wolontariackie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organizowane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odbywają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pod </w:t>
      </w:r>
      <w:proofErr w:type="spellStart"/>
      <w:r w:rsidRPr="00AB15B1">
        <w:rPr>
          <w:rFonts w:ascii="Times New Roman" w:hAnsi="Times New Roman" w:cs="Times New Roman"/>
          <w:sz w:val="22"/>
        </w:rPr>
        <w:t>opieką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osoby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wyznaczonej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rodzaju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6A478E1" w14:textId="77777777" w:rsidR="00151DB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lastRenderedPageBreak/>
        <w:t>Rozdział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7</w:t>
      </w:r>
      <w:r w:rsidR="00151DB5"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</w:p>
    <w:p w14:paraId="466E6054" w14:textId="2ED89A4E" w:rsidR="00F8193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Formy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opieki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uczniom</w:t>
      </w:r>
      <w:proofErr w:type="spellEnd"/>
    </w:p>
    <w:p w14:paraId="1372450B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23.</w:t>
      </w:r>
    </w:p>
    <w:p w14:paraId="21CF7843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udziela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wsparcia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rozpoznanych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rozwojowych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sytuacji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rodzinnej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zdrowotnej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kryzysowej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losowej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F455DD6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Pomoc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wsparcie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o </w:t>
      </w:r>
      <w:proofErr w:type="spellStart"/>
      <w:r w:rsidRPr="00AB15B1">
        <w:rPr>
          <w:rFonts w:ascii="Times New Roman" w:hAnsi="Times New Roman" w:cs="Times New Roman"/>
          <w:sz w:val="22"/>
        </w:rPr>
        <w:t>których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ust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1, </w:t>
      </w:r>
      <w:proofErr w:type="spellStart"/>
      <w:r w:rsidRPr="00AB15B1">
        <w:rPr>
          <w:rFonts w:ascii="Times New Roman" w:hAnsi="Times New Roman" w:cs="Times New Roman"/>
          <w:sz w:val="22"/>
        </w:rPr>
        <w:t>obejmują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132D96C3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bieżącą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specjalistów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uczniem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AB15B1">
        <w:rPr>
          <w:rFonts w:ascii="Times New Roman" w:hAnsi="Times New Roman" w:cs="Times New Roman"/>
          <w:sz w:val="22"/>
        </w:rPr>
        <w:t>indywidualizacją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metod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form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56FD7D45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rozwijające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uzdolnienia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umiejętności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dydaktyczno-wyrównawcze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specjalistyczne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tym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korekcyjno-kompensacyjne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logopedyczne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rozwijające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kompetencje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emocjonalno-społeczne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charakterze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terapeutycznym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55BBB661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porady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konsultacje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warsztaty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rozpoznane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inne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przewidziane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formy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1D5079D0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4) </w:t>
      </w:r>
      <w:proofErr w:type="spellStart"/>
      <w:r w:rsidRPr="00AB15B1">
        <w:rPr>
          <w:rFonts w:ascii="Times New Roman" w:hAnsi="Times New Roman" w:cs="Times New Roman"/>
          <w:sz w:val="22"/>
        </w:rPr>
        <w:t>wsparcie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związane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wyborem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kierunku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dalszego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kształcenia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zawodu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335DDA7C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5) </w:t>
      </w:r>
      <w:proofErr w:type="spellStart"/>
      <w:r w:rsidRPr="00AB15B1">
        <w:rPr>
          <w:rFonts w:ascii="Times New Roman" w:hAnsi="Times New Roman" w:cs="Times New Roman"/>
          <w:sz w:val="22"/>
        </w:rPr>
        <w:t>pomoc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organizacyjną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wychowawczą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informacyjną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w </w:t>
      </w:r>
      <w:proofErr w:type="spellStart"/>
      <w:r w:rsidRPr="00AB15B1">
        <w:rPr>
          <w:rFonts w:ascii="Times New Roman" w:hAnsi="Times New Roman" w:cs="Times New Roman"/>
          <w:sz w:val="22"/>
        </w:rPr>
        <w:t>dostępnych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formach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materialną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znajdującym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trudnej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sytuacji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rodzinnej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losowej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współpracę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podmiotami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mogącymi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udzielić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wsparcia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2938A2F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Pomoc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psychologiczno-pedagogiczną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Pr="00AB15B1">
        <w:rPr>
          <w:rFonts w:ascii="Times New Roman" w:hAnsi="Times New Roman" w:cs="Times New Roman"/>
          <w:sz w:val="22"/>
        </w:rPr>
        <w:t>nauczyciele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specjaliści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udzielają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ramach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bieżącej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uczniem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ustalonych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formach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128FD52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4. </w:t>
      </w:r>
      <w:proofErr w:type="spellStart"/>
      <w:r w:rsidRPr="00AB15B1">
        <w:rPr>
          <w:rFonts w:ascii="Times New Roman" w:hAnsi="Times New Roman" w:cs="Times New Roman"/>
          <w:sz w:val="22"/>
        </w:rPr>
        <w:t>Planowanie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koordynowanie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odbywa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sytuacji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nauczycieli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specjalistów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w </w:t>
      </w:r>
      <w:proofErr w:type="spellStart"/>
      <w:r w:rsidRPr="00AB15B1">
        <w:rPr>
          <w:rFonts w:ascii="Times New Roman" w:hAnsi="Times New Roman" w:cs="Times New Roman"/>
          <w:sz w:val="22"/>
        </w:rPr>
        <w:t>przypadku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objętego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kształceniem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także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ramach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zespołu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realizującego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indywidualny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program </w:t>
      </w:r>
      <w:proofErr w:type="spellStart"/>
      <w:r w:rsidRPr="00AB15B1">
        <w:rPr>
          <w:rFonts w:ascii="Times New Roman" w:hAnsi="Times New Roman" w:cs="Times New Roman"/>
          <w:sz w:val="22"/>
        </w:rPr>
        <w:t>edukacyjno-terapeutyczny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C8B213B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5.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współpracuje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rodzicami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rozpoznawaniu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planowaniu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wsparcia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skuteczności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gdy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jest to </w:t>
      </w:r>
      <w:proofErr w:type="spellStart"/>
      <w:r w:rsidRPr="00AB15B1">
        <w:rPr>
          <w:rFonts w:ascii="Times New Roman" w:hAnsi="Times New Roman" w:cs="Times New Roman"/>
          <w:sz w:val="22"/>
        </w:rPr>
        <w:t>potrzebne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z </w:t>
      </w:r>
      <w:proofErr w:type="spellStart"/>
      <w:r w:rsidRPr="00AB15B1">
        <w:rPr>
          <w:rFonts w:ascii="Times New Roman" w:hAnsi="Times New Roman" w:cs="Times New Roman"/>
          <w:sz w:val="22"/>
        </w:rPr>
        <w:t>poradniami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psychologiczno-pedagogicznymi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podmiotami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działającymi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rzecz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rodziny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0086CA9A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6. </w:t>
      </w:r>
      <w:proofErr w:type="spellStart"/>
      <w:r w:rsidRPr="00AB15B1">
        <w:rPr>
          <w:rFonts w:ascii="Times New Roman" w:hAnsi="Times New Roman" w:cs="Times New Roman"/>
          <w:sz w:val="22"/>
        </w:rPr>
        <w:t>Nauczyciele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indywidualizują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uczniem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możliwości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psychofizycznych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Wymagania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dostosowuje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przypadkach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których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spełnia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warunki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takiego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dostosowania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AB15B1">
        <w:rPr>
          <w:rFonts w:ascii="Times New Roman" w:hAnsi="Times New Roman" w:cs="Times New Roman"/>
          <w:sz w:val="22"/>
        </w:rPr>
        <w:t>uwzględnieniem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posiadanej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dokumentacji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rozpoznanych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E17144A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7. </w:t>
      </w:r>
      <w:proofErr w:type="spellStart"/>
      <w:r w:rsidRPr="00AB15B1">
        <w:rPr>
          <w:rFonts w:ascii="Times New Roman" w:hAnsi="Times New Roman" w:cs="Times New Roman"/>
          <w:sz w:val="22"/>
        </w:rPr>
        <w:t>Korzystanie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psychologiczno-pedagogicznej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AB15B1">
        <w:rPr>
          <w:rFonts w:ascii="Times New Roman" w:hAnsi="Times New Roman" w:cs="Times New Roman"/>
          <w:sz w:val="22"/>
        </w:rPr>
        <w:t>dobrowolne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bezpłatne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6724A60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8. </w:t>
      </w:r>
      <w:proofErr w:type="spellStart"/>
      <w:r w:rsidRPr="00AB15B1">
        <w:rPr>
          <w:rFonts w:ascii="Times New Roman" w:hAnsi="Times New Roman" w:cs="Times New Roman"/>
          <w:sz w:val="22"/>
        </w:rPr>
        <w:t>Przy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organizowaniu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uwzględnia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godność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dobrostan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prywatność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podmiotowość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dotyczących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go </w:t>
      </w:r>
      <w:proofErr w:type="spellStart"/>
      <w:r w:rsidRPr="00AB15B1">
        <w:rPr>
          <w:rFonts w:ascii="Times New Roman" w:hAnsi="Times New Roman" w:cs="Times New Roman"/>
          <w:sz w:val="22"/>
        </w:rPr>
        <w:t>działaniach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możliwości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rozumienia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99C34F8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9.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zapewnia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warunki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realizacji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profilaktycznej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zdrowotnej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współpracuje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podmiotami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udzielającymi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świadczeń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zdrowotnych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zakresie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organizacyjnie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związanym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pobytem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szkole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08A8DDBF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10.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stosuje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Standardy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Ochrony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Małoletnich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przyjęte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jako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odrębny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dokument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zapewnia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możliwość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zapoznania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Pr="00AB15B1">
        <w:rPr>
          <w:rFonts w:ascii="Times New Roman" w:hAnsi="Times New Roman" w:cs="Times New Roman"/>
          <w:sz w:val="22"/>
        </w:rPr>
        <w:t>standardami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formie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odbiorcy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F201204" w14:textId="77777777" w:rsidR="00151DB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8</w:t>
      </w:r>
      <w:r w:rsidR="00151DB5"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</w:p>
    <w:p w14:paraId="514F9F15" w14:textId="2EBE21B6" w:rsidR="00F8193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Organizacja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biblioteki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szkolnej</w:t>
      </w:r>
      <w:proofErr w:type="spellEnd"/>
    </w:p>
    <w:p w14:paraId="7696D965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24.</w:t>
      </w:r>
    </w:p>
    <w:p w14:paraId="141EDFB2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W </w:t>
      </w:r>
      <w:proofErr w:type="spellStart"/>
      <w:r w:rsidRPr="00AB15B1">
        <w:rPr>
          <w:rFonts w:ascii="Times New Roman" w:hAnsi="Times New Roman" w:cs="Times New Roman"/>
          <w:sz w:val="22"/>
        </w:rPr>
        <w:t>Szkole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biblioteka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prowadzona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bibliotekarza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Gromadzi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 </w:t>
      </w:r>
      <w:proofErr w:type="spellStart"/>
      <w:r w:rsidRPr="00AB15B1">
        <w:rPr>
          <w:rFonts w:ascii="Times New Roman" w:hAnsi="Times New Roman" w:cs="Times New Roman"/>
          <w:sz w:val="22"/>
        </w:rPr>
        <w:t>udostępnia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zbiory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tym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podręczniki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materiały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ćwiczeniowe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literaturę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zasoby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informacyjne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F7867A2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Biblioteka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służy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realizacji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zadań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rozwijaniu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czytelnictwa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zainteresowań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umiejętności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korzystania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Zapewnia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miejsce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Pr="00AB15B1">
        <w:rPr>
          <w:rFonts w:ascii="Times New Roman" w:hAnsi="Times New Roman" w:cs="Times New Roman"/>
          <w:sz w:val="22"/>
        </w:rPr>
        <w:t>zbiorami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samodzielnej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nauki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92CA5FD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Godziny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tak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aby </w:t>
      </w:r>
      <w:proofErr w:type="spellStart"/>
      <w:r w:rsidRPr="00AB15B1">
        <w:rPr>
          <w:rFonts w:ascii="Times New Roman" w:hAnsi="Times New Roman" w:cs="Times New Roman"/>
          <w:sz w:val="22"/>
        </w:rPr>
        <w:t>uczniowie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mieli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możliwość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korzystania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biblioteki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0E8C9BA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25.</w:t>
      </w:r>
    </w:p>
    <w:p w14:paraId="0D8FD737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Biblioteka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współpracuje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62400902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z </w:t>
      </w:r>
      <w:proofErr w:type="spellStart"/>
      <w:r w:rsidRPr="00AB15B1">
        <w:rPr>
          <w:rFonts w:ascii="Times New Roman" w:hAnsi="Times New Roman" w:cs="Times New Roman"/>
          <w:sz w:val="22"/>
        </w:rPr>
        <w:t>uczniami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pomoc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doborze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materiałów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wyszukiwaniu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czytelnicze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4DA67C20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z </w:t>
      </w:r>
      <w:proofErr w:type="spellStart"/>
      <w:r w:rsidRPr="00AB15B1">
        <w:rPr>
          <w:rFonts w:ascii="Times New Roman" w:hAnsi="Times New Roman" w:cs="Times New Roman"/>
          <w:sz w:val="22"/>
        </w:rPr>
        <w:t>nauczycielami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udostępnianie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materiałów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przedsięwzięcia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06F4AEC5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z </w:t>
      </w:r>
      <w:proofErr w:type="spellStart"/>
      <w:r w:rsidRPr="00AB15B1">
        <w:rPr>
          <w:rFonts w:ascii="Times New Roman" w:hAnsi="Times New Roman" w:cs="Times New Roman"/>
          <w:sz w:val="22"/>
        </w:rPr>
        <w:t>rodzicami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udostępnianie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zbiorów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włączanie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ich w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czytelnicze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73E1788E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4) z </w:t>
      </w:r>
      <w:proofErr w:type="spellStart"/>
      <w:r w:rsidRPr="00AB15B1">
        <w:rPr>
          <w:rFonts w:ascii="Times New Roman" w:hAnsi="Times New Roman" w:cs="Times New Roman"/>
          <w:sz w:val="22"/>
        </w:rPr>
        <w:t>innymi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bibliotekami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wymianę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doświadczeń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BDADA3F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Do </w:t>
      </w:r>
      <w:proofErr w:type="spellStart"/>
      <w:r w:rsidRPr="00AB15B1">
        <w:rPr>
          <w:rFonts w:ascii="Times New Roman" w:hAnsi="Times New Roman" w:cs="Times New Roman"/>
          <w:sz w:val="22"/>
        </w:rPr>
        <w:t>zadań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biblioteki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należy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także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udostępnianie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podręczników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materiałów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wspieranie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korzystania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technologii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inwentaryzacji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zbiorów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05F363B4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26.</w:t>
      </w:r>
    </w:p>
    <w:p w14:paraId="6544A86F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Regulamin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biblioteki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wyłącznie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techniczne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wypożyczania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zwrotu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korzystania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Pr="00AB15B1">
        <w:rPr>
          <w:rFonts w:ascii="Times New Roman" w:hAnsi="Times New Roman" w:cs="Times New Roman"/>
          <w:sz w:val="22"/>
        </w:rPr>
        <w:t>zbiorów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15FEA56F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lastRenderedPageBreak/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Odpowiedzialność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za </w:t>
      </w:r>
      <w:proofErr w:type="spellStart"/>
      <w:r w:rsidRPr="00AB15B1">
        <w:rPr>
          <w:rFonts w:ascii="Times New Roman" w:hAnsi="Times New Roman" w:cs="Times New Roman"/>
          <w:sz w:val="22"/>
        </w:rPr>
        <w:t>zagubienie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uszkodzenie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niezwrócenie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materiału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wynikać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wyłącznie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regulaminu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W </w:t>
      </w:r>
      <w:proofErr w:type="spellStart"/>
      <w:r w:rsidRPr="00AB15B1">
        <w:rPr>
          <w:rFonts w:ascii="Times New Roman" w:hAnsi="Times New Roman" w:cs="Times New Roman"/>
          <w:sz w:val="22"/>
        </w:rPr>
        <w:t>przypadku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podręczników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materiałów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żądać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zwrotu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kosztu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tylko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granicach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dopuszczonych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prawem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B0EC634" w14:textId="77777777" w:rsidR="00151DB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9</w:t>
      </w:r>
      <w:r w:rsidR="00151DB5"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</w:p>
    <w:p w14:paraId="651D5782" w14:textId="1C60078F" w:rsidR="00F8193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Organizacja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świetlicy</w:t>
      </w:r>
      <w:proofErr w:type="spellEnd"/>
    </w:p>
    <w:p w14:paraId="31B2FB4E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27.</w:t>
      </w:r>
    </w:p>
    <w:p w14:paraId="3A5FBA73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W </w:t>
      </w:r>
      <w:proofErr w:type="spellStart"/>
      <w:r w:rsidRPr="00AB15B1">
        <w:rPr>
          <w:rFonts w:ascii="Times New Roman" w:hAnsi="Times New Roman" w:cs="Times New Roman"/>
          <w:sz w:val="22"/>
        </w:rPr>
        <w:t>Szkole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świetlica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zapewniająca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zajęciami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po ich </w:t>
      </w:r>
      <w:proofErr w:type="spellStart"/>
      <w:r w:rsidRPr="00AB15B1">
        <w:rPr>
          <w:rFonts w:ascii="Times New Roman" w:hAnsi="Times New Roman" w:cs="Times New Roman"/>
          <w:sz w:val="22"/>
        </w:rPr>
        <w:t>zakończeniu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0580A2D3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Świetlica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odpoczynek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edukacyjne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ruchowe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rozwijające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zainteresowania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wspiera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nauce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2F33259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świetlicowe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dostosowuje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możliwości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AB15B1">
        <w:rPr>
          <w:rFonts w:ascii="Times New Roman" w:hAnsi="Times New Roman" w:cs="Times New Roman"/>
          <w:sz w:val="22"/>
        </w:rPr>
        <w:t>poszanowaniem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ich </w:t>
      </w:r>
      <w:proofErr w:type="spellStart"/>
      <w:r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odpoczynku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6DF54ED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28.</w:t>
      </w:r>
    </w:p>
    <w:p w14:paraId="30C9E4B6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korzystający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Pr="00AB15B1">
        <w:rPr>
          <w:rFonts w:ascii="Times New Roman" w:hAnsi="Times New Roman" w:cs="Times New Roman"/>
          <w:sz w:val="22"/>
        </w:rPr>
        <w:t>świetlicy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ma </w:t>
      </w:r>
      <w:proofErr w:type="spellStart"/>
      <w:r w:rsidRPr="00AB15B1">
        <w:rPr>
          <w:rFonts w:ascii="Times New Roman" w:hAnsi="Times New Roman" w:cs="Times New Roman"/>
          <w:sz w:val="22"/>
        </w:rPr>
        <w:t>prawo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bezpiecznej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właściwie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zorganizowanej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poszanowania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godności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odpoczynku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wsparcia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rozwoju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zajęciach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zainteresowań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przestrzega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szanuje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korzysta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wyposażenia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zgodnie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przeznaczeniem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C57E113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29.</w:t>
      </w:r>
    </w:p>
    <w:p w14:paraId="62627044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Godziny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świetlicy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po </w:t>
      </w:r>
      <w:proofErr w:type="spellStart"/>
      <w:r w:rsidRPr="00AB15B1">
        <w:rPr>
          <w:rFonts w:ascii="Times New Roman" w:hAnsi="Times New Roman" w:cs="Times New Roman"/>
          <w:sz w:val="22"/>
        </w:rPr>
        <w:t>rozpoznaniu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opiekuńczych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podaje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je </w:t>
      </w:r>
      <w:proofErr w:type="spellStart"/>
      <w:r w:rsidRPr="00AB15B1">
        <w:rPr>
          <w:rFonts w:ascii="Times New Roman" w:hAnsi="Times New Roman" w:cs="Times New Roman"/>
          <w:sz w:val="22"/>
        </w:rPr>
        <w:t>rodzicom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wiadomości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579BCC9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Wychowawcy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świetlicy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dokumentację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uczestnictwa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A4C7449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opuszcza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świetlicę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wskazany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Rodzic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przekazuje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aktualne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osobach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upoważnionych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odbioru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Regulamin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świetlicy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techniczny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przyjmowania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zwalniania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odbierania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2160BBB" w14:textId="7777777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30.</w:t>
      </w:r>
    </w:p>
    <w:p w14:paraId="62CCDE65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zostanie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odebrany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ustalonym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czasie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pozostaje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pod </w:t>
      </w:r>
      <w:proofErr w:type="spellStart"/>
      <w:r w:rsidRPr="00AB15B1">
        <w:rPr>
          <w:rFonts w:ascii="Times New Roman" w:hAnsi="Times New Roman" w:cs="Times New Roman"/>
          <w:sz w:val="22"/>
        </w:rPr>
        <w:t>opieką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Wychowawca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kontaktuje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rodzicem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osobą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upoważnioną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Pr="00AB15B1">
        <w:rPr>
          <w:rFonts w:ascii="Times New Roman" w:hAnsi="Times New Roman" w:cs="Times New Roman"/>
          <w:sz w:val="22"/>
        </w:rPr>
        <w:t>gdy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zapewnić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odbioru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występuje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zagrożenie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informuje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zwraca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właściwych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służb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pozostawia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bez </w:t>
      </w:r>
      <w:proofErr w:type="spellStart"/>
      <w:r w:rsidRPr="00AB15B1">
        <w:rPr>
          <w:rFonts w:ascii="Times New Roman" w:hAnsi="Times New Roman" w:cs="Times New Roman"/>
          <w:sz w:val="22"/>
        </w:rPr>
        <w:t>opieki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wysyła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samodzielnie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wbrew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ustalonemu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sposobowi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odbioru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12F33592" w14:textId="6B1278B8" w:rsidR="00151DB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1</w:t>
      </w:r>
      <w:r w:rsidR="000F3637" w:rsidRPr="00AB15B1">
        <w:rPr>
          <w:rFonts w:ascii="Times New Roman" w:hAnsi="Times New Roman" w:cs="Times New Roman"/>
          <w:color w:val="632423" w:themeColor="accent2" w:themeShade="80"/>
          <w:sz w:val="22"/>
        </w:rPr>
        <w:t>0</w:t>
      </w:r>
    </w:p>
    <w:p w14:paraId="644BE8CF" w14:textId="4C8E878E" w:rsidR="00F8193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Współdziałanie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poradniami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instytucjami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wspierającymi</w:t>
      </w:r>
      <w:proofErr w:type="spellEnd"/>
    </w:p>
    <w:p w14:paraId="4F2F2D08" w14:textId="377A625A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3</w:t>
      </w:r>
      <w:r w:rsidR="000F3637" w:rsidRPr="00AB15B1">
        <w:rPr>
          <w:rFonts w:ascii="Times New Roman" w:hAnsi="Times New Roman" w:cs="Times New Roman"/>
        </w:rPr>
        <w:t>1</w:t>
      </w:r>
      <w:r w:rsidRPr="00AB15B1">
        <w:rPr>
          <w:rFonts w:ascii="Times New Roman" w:hAnsi="Times New Roman" w:cs="Times New Roman"/>
        </w:rPr>
        <w:t>.</w:t>
      </w:r>
    </w:p>
    <w:p w14:paraId="5FDF71F5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współdziała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poradniami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psychologiczno-pedagogicznymi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instytucjami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wspierającymi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konsultowanie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organizowanie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wspieranie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korzystanie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Pr="00AB15B1">
        <w:rPr>
          <w:rFonts w:ascii="Times New Roman" w:hAnsi="Times New Roman" w:cs="Times New Roman"/>
          <w:sz w:val="22"/>
        </w:rPr>
        <w:t>specjalistycznych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diagnoz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zaleceń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podejmowanie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uzgodnionych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Informacje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uczniu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przekazuje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wyłącznie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zakresie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realizacji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wsparcia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właściwej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podstawie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  <w:r w:rsidRPr="00AB15B1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Współpracę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w </w:t>
      </w:r>
      <w:proofErr w:type="spellStart"/>
      <w:r w:rsidRPr="00AB15B1">
        <w:rPr>
          <w:rFonts w:ascii="Times New Roman" w:hAnsi="Times New Roman" w:cs="Times New Roman"/>
          <w:sz w:val="22"/>
        </w:rPr>
        <w:t>sprawie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konkretnego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specjalista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rozpoznanej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12705E1F" w14:textId="7A5F7CBA" w:rsidR="00151DB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1</w:t>
      </w:r>
      <w:r w:rsidR="000F3637" w:rsidRPr="00AB15B1">
        <w:rPr>
          <w:rFonts w:ascii="Times New Roman" w:hAnsi="Times New Roman" w:cs="Times New Roman"/>
          <w:color w:val="632423" w:themeColor="accent2" w:themeShade="80"/>
          <w:sz w:val="22"/>
        </w:rPr>
        <w:t>1</w:t>
      </w:r>
    </w:p>
    <w:p w14:paraId="1A23ACFB" w14:textId="175AD37F" w:rsidR="00F8193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Współdziałanie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rodzicami</w:t>
      </w:r>
      <w:proofErr w:type="spellEnd"/>
    </w:p>
    <w:p w14:paraId="65AFDF04" w14:textId="6485A254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3</w:t>
      </w:r>
      <w:r w:rsidR="000F3637" w:rsidRPr="00AB15B1">
        <w:rPr>
          <w:rFonts w:ascii="Times New Roman" w:hAnsi="Times New Roman" w:cs="Times New Roman"/>
        </w:rPr>
        <w:t>2</w:t>
      </w:r>
      <w:r w:rsidRPr="00AB15B1">
        <w:rPr>
          <w:rFonts w:ascii="Times New Roman" w:hAnsi="Times New Roman" w:cs="Times New Roman"/>
        </w:rPr>
        <w:t>.</w:t>
      </w:r>
    </w:p>
    <w:p w14:paraId="270B8162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współdziała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rodzicami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zakresie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wychowania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opieki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profilaktyki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poszanowaniem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kompetencji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F6F59C6" w14:textId="0ABF5911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Współpraca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odbywa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zebrania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konsultacje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indywidualne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rozmowy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korespondencję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dziennik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elektroniczny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uzgodnione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formy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</w:p>
    <w:p w14:paraId="6DD40494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Rodzice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mogą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przedstawiać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wnioski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uwagi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dotyczące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funkcjonowania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korzystać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konsultacji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nauczycielami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specjalistami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9C08125" w14:textId="223FF5A4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3</w:t>
      </w:r>
      <w:r w:rsidR="000F3637" w:rsidRPr="00AB15B1">
        <w:rPr>
          <w:rFonts w:ascii="Times New Roman" w:hAnsi="Times New Roman" w:cs="Times New Roman"/>
        </w:rPr>
        <w:t>3</w:t>
      </w:r>
      <w:r w:rsidRPr="00AB15B1">
        <w:rPr>
          <w:rFonts w:ascii="Times New Roman" w:hAnsi="Times New Roman" w:cs="Times New Roman"/>
        </w:rPr>
        <w:t>.</w:t>
      </w:r>
    </w:p>
    <w:p w14:paraId="24A27037" w14:textId="64CA88A3" w:rsidR="00CE39BA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przekazuje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postępach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trudnościach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mocnych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stronach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szczególnych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uzdolnieniach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Pr="00AB15B1">
        <w:rPr>
          <w:rFonts w:ascii="Times New Roman" w:hAnsi="Times New Roman" w:cs="Times New Roman"/>
          <w:sz w:val="22"/>
        </w:rPr>
        <w:t>także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organizowanym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wsparciu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Informacje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przekazuje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poszanowaniem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prywatności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W </w:t>
      </w:r>
      <w:proofErr w:type="spellStart"/>
      <w:r w:rsidRPr="00AB15B1">
        <w:rPr>
          <w:rFonts w:ascii="Times New Roman" w:hAnsi="Times New Roman" w:cs="Times New Roman"/>
          <w:sz w:val="22"/>
        </w:rPr>
        <w:t>sprawie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wymagającej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pilnego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kontaktuje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rodzicem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bez </w:t>
      </w:r>
      <w:proofErr w:type="spellStart"/>
      <w:r w:rsidRPr="00AB15B1">
        <w:rPr>
          <w:rFonts w:ascii="Times New Roman" w:hAnsi="Times New Roman" w:cs="Times New Roman"/>
          <w:sz w:val="22"/>
        </w:rPr>
        <w:t>zbędnej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zwłoki</w:t>
      </w:r>
      <w:proofErr w:type="spellEnd"/>
      <w:r w:rsidR="00D01621" w:rsidRPr="00AB15B1">
        <w:rPr>
          <w:rFonts w:ascii="Times New Roman" w:hAnsi="Times New Roman" w:cs="Times New Roman"/>
          <w:sz w:val="22"/>
        </w:rPr>
        <w:t>.</w:t>
      </w:r>
    </w:p>
    <w:p w14:paraId="144D13FE" w14:textId="77777777" w:rsidR="00AB15B1" w:rsidRDefault="00AB15B1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</w:pPr>
    </w:p>
    <w:p w14:paraId="097660AB" w14:textId="77777777" w:rsidR="00AB15B1" w:rsidRDefault="00AB15B1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</w:pPr>
    </w:p>
    <w:p w14:paraId="49CD0666" w14:textId="77777777" w:rsidR="00AB15B1" w:rsidRDefault="00AB15B1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</w:pPr>
    </w:p>
    <w:p w14:paraId="25DFABA9" w14:textId="5234AC91" w:rsidR="00CE39BA" w:rsidRPr="00AB15B1" w:rsidRDefault="00435BE5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lastRenderedPageBreak/>
        <w:t>Rozdział</w:t>
      </w:r>
      <w:proofErr w:type="spellEnd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 xml:space="preserve"> 1</w:t>
      </w:r>
      <w:r w:rsidR="000F3637"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2</w:t>
      </w:r>
    </w:p>
    <w:p w14:paraId="4FD75375" w14:textId="77777777" w:rsidR="00CE39BA" w:rsidRPr="00AB15B1" w:rsidRDefault="00435BE5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Współdziałanie</w:t>
      </w:r>
      <w:proofErr w:type="spellEnd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 xml:space="preserve"> ze </w:t>
      </w: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stowarzyszeniami</w:t>
      </w:r>
      <w:proofErr w:type="spellEnd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innymi</w:t>
      </w:r>
      <w:proofErr w:type="spellEnd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organizacjami</w:t>
      </w:r>
      <w:proofErr w:type="spellEnd"/>
    </w:p>
    <w:p w14:paraId="062C666E" w14:textId="4F185B0C" w:rsidR="00CE39BA" w:rsidRPr="00AB15B1" w:rsidRDefault="00435BE5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2"/>
        </w:rPr>
      </w:pPr>
      <w:r w:rsidRPr="00AB15B1">
        <w:rPr>
          <w:rFonts w:ascii="Times New Roman" w:hAnsi="Times New Roman" w:cs="Times New Roman"/>
          <w:b/>
          <w:bCs/>
          <w:color w:val="000000" w:themeColor="text1"/>
          <w:sz w:val="22"/>
        </w:rPr>
        <w:t>§ 3</w:t>
      </w:r>
      <w:r w:rsidR="000F3637" w:rsidRPr="00AB15B1">
        <w:rPr>
          <w:rFonts w:ascii="Times New Roman" w:hAnsi="Times New Roman" w:cs="Times New Roman"/>
          <w:b/>
          <w:bCs/>
          <w:color w:val="000000" w:themeColor="text1"/>
          <w:sz w:val="22"/>
        </w:rPr>
        <w:t>3</w:t>
      </w:r>
      <w:r w:rsidRPr="00AB15B1">
        <w:rPr>
          <w:rFonts w:ascii="Times New Roman" w:hAnsi="Times New Roman" w:cs="Times New Roman"/>
          <w:b/>
          <w:bCs/>
          <w:color w:val="000000" w:themeColor="text1"/>
          <w:sz w:val="22"/>
        </w:rPr>
        <w:t>.</w:t>
      </w:r>
    </w:p>
    <w:p w14:paraId="6B586029" w14:textId="77777777" w:rsidR="00CE39BA" w:rsidRPr="00AB15B1" w:rsidRDefault="00FE3691" w:rsidP="00AB15B1">
      <w:pPr>
        <w:pStyle w:val="Ustep"/>
        <w:spacing w:after="0" w:line="240" w:lineRule="auto"/>
        <w:rPr>
          <w:rFonts w:ascii="Times New Roman" w:hAnsi="Times New Roman" w:cs="Times New Roman"/>
          <w:bCs/>
          <w:sz w:val="22"/>
          <w:lang w:val="pl-PL"/>
        </w:rPr>
      </w:pPr>
      <w:r w:rsidRPr="00AB15B1">
        <w:rPr>
          <w:rFonts w:ascii="Times New Roman" w:hAnsi="Times New Roman" w:cs="Times New Roman"/>
          <w:bCs/>
          <w:sz w:val="22"/>
          <w:lang w:val="pl-PL"/>
        </w:rPr>
        <w:t>1. Szkoła współdziała ze stowarzyszeniami i innymi organizacjami, których działalność wspiera realizację celów i zadań Szkoły.</w:t>
      </w:r>
    </w:p>
    <w:p w14:paraId="3EAA94E9" w14:textId="77777777" w:rsidR="00CE39BA" w:rsidRPr="00AB15B1" w:rsidRDefault="00FE3691" w:rsidP="00AB15B1">
      <w:pPr>
        <w:pStyle w:val="Ustep"/>
        <w:spacing w:after="0" w:line="240" w:lineRule="auto"/>
        <w:rPr>
          <w:rFonts w:ascii="Times New Roman" w:hAnsi="Times New Roman" w:cs="Times New Roman"/>
          <w:bCs/>
          <w:sz w:val="22"/>
          <w:lang w:val="pl-PL"/>
        </w:rPr>
      </w:pPr>
      <w:r w:rsidRPr="00AB15B1">
        <w:rPr>
          <w:rFonts w:ascii="Times New Roman" w:hAnsi="Times New Roman" w:cs="Times New Roman"/>
          <w:bCs/>
          <w:sz w:val="22"/>
          <w:lang w:val="pl-PL"/>
        </w:rPr>
        <w:t>2. Współdziałanie może obejmować w szczególności przedsięwzięcia edukacyjne, wychowawcze, opiekuńcze, społeczne, kulturalne, sportowe, profilaktyczne lub rozwijające zainteresowania uczniów.</w:t>
      </w:r>
    </w:p>
    <w:p w14:paraId="2D42265A" w14:textId="77777777" w:rsidR="00CE39BA" w:rsidRPr="00AB15B1" w:rsidRDefault="00FE3691" w:rsidP="00AB15B1">
      <w:pPr>
        <w:pStyle w:val="Ustep"/>
        <w:spacing w:after="0" w:line="240" w:lineRule="auto"/>
        <w:rPr>
          <w:rFonts w:ascii="Times New Roman" w:hAnsi="Times New Roman" w:cs="Times New Roman"/>
          <w:bCs/>
          <w:sz w:val="22"/>
          <w:lang w:val="pl-PL"/>
        </w:rPr>
      </w:pPr>
      <w:r w:rsidRPr="00AB15B1">
        <w:rPr>
          <w:rFonts w:ascii="Times New Roman" w:hAnsi="Times New Roman" w:cs="Times New Roman"/>
          <w:bCs/>
          <w:sz w:val="22"/>
          <w:lang w:val="pl-PL"/>
        </w:rPr>
        <w:t>3. Podjęcie działalności przez stowarzyszenie lub inną organizację w Szkole następuje na zasadach określonych w przepisach prawa.</w:t>
      </w:r>
    </w:p>
    <w:p w14:paraId="08084712" w14:textId="48E8D2CB" w:rsidR="00FE3691" w:rsidRPr="00AB15B1" w:rsidRDefault="00FE3691" w:rsidP="00AB15B1">
      <w:pPr>
        <w:pStyle w:val="Ustep"/>
        <w:spacing w:after="0" w:line="240" w:lineRule="auto"/>
        <w:rPr>
          <w:rFonts w:ascii="Times New Roman" w:hAnsi="Times New Roman" w:cs="Times New Roman"/>
          <w:bCs/>
          <w:color w:val="365F91" w:themeColor="accent1" w:themeShade="BF"/>
          <w:sz w:val="22"/>
        </w:rPr>
      </w:pPr>
      <w:r w:rsidRPr="00AB15B1">
        <w:rPr>
          <w:rFonts w:ascii="Times New Roman" w:hAnsi="Times New Roman" w:cs="Times New Roman"/>
          <w:bCs/>
          <w:sz w:val="22"/>
          <w:lang w:val="pl-PL"/>
        </w:rPr>
        <w:t>4.</w:t>
      </w:r>
      <w:r w:rsidR="00D01621" w:rsidRPr="00AB15B1">
        <w:rPr>
          <w:rFonts w:ascii="Times New Roman" w:hAnsi="Times New Roman" w:cs="Times New Roman"/>
          <w:bCs/>
          <w:sz w:val="22"/>
          <w:lang w:val="pl-PL"/>
        </w:rPr>
        <w:t xml:space="preserve"> </w:t>
      </w:r>
      <w:r w:rsidRPr="00AB15B1">
        <w:rPr>
          <w:rFonts w:ascii="Times New Roman" w:hAnsi="Times New Roman" w:cs="Times New Roman"/>
          <w:bCs/>
          <w:sz w:val="22"/>
          <w:lang w:val="pl-PL"/>
        </w:rPr>
        <w:t>Udział ucznia w działaniach organizacji jest dobrowolny, chyba że dane działanie stanowi element obowiązkowych zajęć organizowanych przez Szkołę na innej podstawie.</w:t>
      </w:r>
    </w:p>
    <w:p w14:paraId="3232619B" w14:textId="75CEEBCD" w:rsidR="00151DB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1</w:t>
      </w:r>
      <w:r w:rsidR="000F3637" w:rsidRPr="00AB15B1">
        <w:rPr>
          <w:rFonts w:ascii="Times New Roman" w:hAnsi="Times New Roman" w:cs="Times New Roman"/>
          <w:color w:val="632423" w:themeColor="accent2" w:themeShade="80"/>
          <w:sz w:val="22"/>
        </w:rPr>
        <w:t>3</w:t>
      </w:r>
      <w:r w:rsidR="00151DB5"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</w:p>
    <w:p w14:paraId="5362257E" w14:textId="5CEE0493" w:rsidR="00F8193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Organizacja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edukacyjnych</w:t>
      </w:r>
      <w:proofErr w:type="spellEnd"/>
    </w:p>
    <w:p w14:paraId="77452305" w14:textId="1095CADB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3</w:t>
      </w:r>
      <w:r w:rsidR="000F3637" w:rsidRPr="00AB15B1">
        <w:rPr>
          <w:rFonts w:ascii="Times New Roman" w:hAnsi="Times New Roman" w:cs="Times New Roman"/>
        </w:rPr>
        <w:t>4</w:t>
      </w:r>
      <w:r w:rsidRPr="00AB15B1">
        <w:rPr>
          <w:rFonts w:ascii="Times New Roman" w:hAnsi="Times New Roman" w:cs="Times New Roman"/>
        </w:rPr>
        <w:t>.</w:t>
      </w:r>
    </w:p>
    <w:p w14:paraId="325D6543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działalność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innowacyjną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zakresie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kształcenia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wychowania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Nie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ograniczać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bezpłatnej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realizacji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obowiązkowych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dostępu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zasad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oceniania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Przedsięwzięcie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charakter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eksperymentu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pedagogicznego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trybie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właściwym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eksperymentu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4028B4A" w14:textId="0DA2FAFD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3</w:t>
      </w:r>
      <w:r w:rsidR="000F3637" w:rsidRPr="00AB15B1">
        <w:rPr>
          <w:rFonts w:ascii="Times New Roman" w:hAnsi="Times New Roman" w:cs="Times New Roman"/>
        </w:rPr>
        <w:t>5</w:t>
      </w:r>
      <w:r w:rsidRPr="00AB15B1">
        <w:rPr>
          <w:rFonts w:ascii="Times New Roman" w:hAnsi="Times New Roman" w:cs="Times New Roman"/>
        </w:rPr>
        <w:t>.</w:t>
      </w:r>
    </w:p>
    <w:p w14:paraId="30A66874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Religia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etyka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organizowane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właściwych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Udział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brak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być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podstawą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nierównego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traktowania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B020A6C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W </w:t>
      </w:r>
      <w:proofErr w:type="spellStart"/>
      <w:r w:rsidRPr="00AB15B1">
        <w:rPr>
          <w:rFonts w:ascii="Times New Roman" w:hAnsi="Times New Roman" w:cs="Times New Roman"/>
          <w:sz w:val="22"/>
        </w:rPr>
        <w:t>klasach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IV–VIII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zdrowotnej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nieobowiązkowe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„</w:t>
      </w:r>
      <w:proofErr w:type="spellStart"/>
      <w:r w:rsidRPr="00AB15B1">
        <w:rPr>
          <w:rFonts w:ascii="Times New Roman" w:hAnsi="Times New Roman" w:cs="Times New Roman"/>
          <w:sz w:val="22"/>
        </w:rPr>
        <w:t>edukacja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zdrowotna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zdrowie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seksualne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”, </w:t>
      </w:r>
      <w:proofErr w:type="spellStart"/>
      <w:r w:rsidRPr="00AB15B1">
        <w:rPr>
          <w:rFonts w:ascii="Times New Roman" w:hAnsi="Times New Roman" w:cs="Times New Roman"/>
          <w:sz w:val="22"/>
        </w:rPr>
        <w:t>zgodnie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odrębnymi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przepisami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1856BABC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Uczniowi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pozostającemu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Szkole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czasie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których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uczestniczy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zapewnia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2468E8B" w14:textId="0E5A8EDF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3</w:t>
      </w:r>
      <w:r w:rsidR="000F3637" w:rsidRPr="00AB15B1">
        <w:rPr>
          <w:rFonts w:ascii="Times New Roman" w:hAnsi="Times New Roman" w:cs="Times New Roman"/>
        </w:rPr>
        <w:t>6</w:t>
      </w:r>
      <w:r w:rsidRPr="00AB15B1">
        <w:rPr>
          <w:rFonts w:ascii="Times New Roman" w:hAnsi="Times New Roman" w:cs="Times New Roman"/>
        </w:rPr>
        <w:t>.</w:t>
      </w:r>
    </w:p>
    <w:p w14:paraId="77D758F0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zostaną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zawieszone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wymagający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kształcenia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odległość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uruchamia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je w </w:t>
      </w:r>
      <w:proofErr w:type="spellStart"/>
      <w:r w:rsidRPr="00AB15B1">
        <w:rPr>
          <w:rFonts w:ascii="Times New Roman" w:hAnsi="Times New Roman" w:cs="Times New Roman"/>
          <w:sz w:val="22"/>
        </w:rPr>
        <w:t>terminie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trybie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właściwym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takiej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sytuacji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zgodnie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§ 17–20.</w:t>
      </w:r>
    </w:p>
    <w:p w14:paraId="1B7BE55A" w14:textId="667D42FC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3</w:t>
      </w:r>
      <w:r w:rsidR="000F3637" w:rsidRPr="00AB15B1">
        <w:rPr>
          <w:rFonts w:ascii="Times New Roman" w:hAnsi="Times New Roman" w:cs="Times New Roman"/>
        </w:rPr>
        <w:t>7</w:t>
      </w:r>
      <w:r w:rsidRPr="00AB15B1">
        <w:rPr>
          <w:rFonts w:ascii="Times New Roman" w:hAnsi="Times New Roman" w:cs="Times New Roman"/>
        </w:rPr>
        <w:t>.</w:t>
      </w:r>
    </w:p>
    <w:p w14:paraId="7B1A7267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powoływać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zespoły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czas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nieokreślony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Pracą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zespołu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kieruje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przewodniczący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powołany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wniosek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zespołu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Zespoły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planują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koordynują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analizują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efekty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wymieniają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doświadczenia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0A3C8E9" w14:textId="595D7F8E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 xml:space="preserve">§ </w:t>
      </w:r>
      <w:r w:rsidR="000F3637" w:rsidRPr="00AB15B1">
        <w:rPr>
          <w:rFonts w:ascii="Times New Roman" w:hAnsi="Times New Roman" w:cs="Times New Roman"/>
        </w:rPr>
        <w:t>38</w:t>
      </w:r>
      <w:r w:rsidRPr="00AB15B1">
        <w:rPr>
          <w:rFonts w:ascii="Times New Roman" w:hAnsi="Times New Roman" w:cs="Times New Roman"/>
        </w:rPr>
        <w:t>.</w:t>
      </w:r>
    </w:p>
    <w:p w14:paraId="665F7745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obejmuje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kształceniem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przybywających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zagranicy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rozpoznaje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ich </w:t>
      </w:r>
      <w:proofErr w:type="spellStart"/>
      <w:r w:rsidRPr="00AB15B1">
        <w:rPr>
          <w:rFonts w:ascii="Times New Roman" w:hAnsi="Times New Roman" w:cs="Times New Roman"/>
          <w:sz w:val="22"/>
        </w:rPr>
        <w:t>potrzeby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językowe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edukacyjne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adaptacyjne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dostępne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formy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wsparcia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Przy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planowaniu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uwzględnia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dotychczasowy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przebieg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kształcenia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wiek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znajomość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języka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polskiego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Pochodzenie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obywatelstwo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znajomości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języka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polskiego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mogą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same w </w:t>
      </w:r>
      <w:proofErr w:type="spellStart"/>
      <w:r w:rsidRPr="00AB15B1">
        <w:rPr>
          <w:rFonts w:ascii="Times New Roman" w:hAnsi="Times New Roman" w:cs="Times New Roman"/>
          <w:sz w:val="22"/>
        </w:rPr>
        <w:t>sobie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obniżać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ograniczać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76F9018" w14:textId="5449A43C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 xml:space="preserve">§ </w:t>
      </w:r>
      <w:r w:rsidR="000F3637" w:rsidRPr="00AB15B1">
        <w:rPr>
          <w:rFonts w:ascii="Times New Roman" w:hAnsi="Times New Roman" w:cs="Times New Roman"/>
        </w:rPr>
        <w:t>39</w:t>
      </w:r>
      <w:r w:rsidRPr="00AB15B1">
        <w:rPr>
          <w:rFonts w:ascii="Times New Roman" w:hAnsi="Times New Roman" w:cs="Times New Roman"/>
        </w:rPr>
        <w:t>.</w:t>
      </w:r>
    </w:p>
    <w:p w14:paraId="32D77F21" w14:textId="4AA3E239" w:rsidR="00EA06F7" w:rsidRPr="00AB15B1" w:rsidRDefault="00EA06F7" w:rsidP="00AB15B1">
      <w:pPr>
        <w:pStyle w:val="Rozdzial"/>
        <w:spacing w:before="0" w:after="0" w:line="240" w:lineRule="auto"/>
        <w:jc w:val="both"/>
        <w:rPr>
          <w:rFonts w:ascii="Times New Roman" w:hAnsi="Times New Roman" w:cs="Times New Roman"/>
          <w:b w:val="0"/>
          <w:bCs/>
          <w:color w:val="auto"/>
          <w:sz w:val="22"/>
        </w:rPr>
      </w:pPr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W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przypadku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utworzenia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oddziału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sportowego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szkolenie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sportowe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organizuje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zapewnieniem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realizacji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obowiązkowych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edukacyjnych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Szczegółową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organizację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szkolenia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określa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organizacja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zgodnie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odrębnymi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przepisami</w:t>
      </w:r>
      <w:proofErr w:type="spellEnd"/>
      <w:r w:rsidRPr="00AB15B1">
        <w:rPr>
          <w:rFonts w:ascii="Times New Roman" w:hAnsi="Times New Roman" w:cs="Times New Roman"/>
          <w:b w:val="0"/>
          <w:bCs/>
          <w:color w:val="auto"/>
          <w:sz w:val="22"/>
        </w:rPr>
        <w:t>.</w:t>
      </w:r>
    </w:p>
    <w:p w14:paraId="4AEC8083" w14:textId="7B59C2B1" w:rsidR="00151DB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1</w:t>
      </w:r>
      <w:r w:rsidR="000F3637" w:rsidRPr="00AB15B1">
        <w:rPr>
          <w:rFonts w:ascii="Times New Roman" w:hAnsi="Times New Roman" w:cs="Times New Roman"/>
          <w:color w:val="632423" w:themeColor="accent2" w:themeShade="80"/>
          <w:sz w:val="22"/>
        </w:rPr>
        <w:t>4</w:t>
      </w:r>
    </w:p>
    <w:p w14:paraId="77EC574B" w14:textId="3B3E1241" w:rsidR="00F8193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Organizacja </w:t>
      </w:r>
      <w:proofErr w:type="spellStart"/>
      <w:r w:rsidR="000F3637" w:rsidRPr="00AB15B1">
        <w:rPr>
          <w:rFonts w:ascii="Times New Roman" w:hAnsi="Times New Roman" w:cs="Times New Roman"/>
          <w:color w:val="632423" w:themeColor="accent2" w:themeShade="80"/>
          <w:sz w:val="22"/>
        </w:rPr>
        <w:t>przedszkola</w:t>
      </w:r>
      <w:proofErr w:type="spellEnd"/>
    </w:p>
    <w:p w14:paraId="40DDC8F0" w14:textId="32AE5FA1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4</w:t>
      </w:r>
      <w:r w:rsidR="000F3637" w:rsidRPr="00AB15B1">
        <w:rPr>
          <w:rFonts w:ascii="Times New Roman" w:hAnsi="Times New Roman" w:cs="Times New Roman"/>
        </w:rPr>
        <w:t>0</w:t>
      </w:r>
      <w:r w:rsidRPr="00AB15B1">
        <w:rPr>
          <w:rFonts w:ascii="Times New Roman" w:hAnsi="Times New Roman" w:cs="Times New Roman"/>
        </w:rPr>
        <w:t>.</w:t>
      </w:r>
    </w:p>
    <w:p w14:paraId="17728039" w14:textId="59785D51" w:rsidR="00F81935" w:rsidRPr="00AB15B1" w:rsidRDefault="000F36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Przedszkole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częścią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r w:rsidRPr="00AB15B1">
        <w:rPr>
          <w:rFonts w:ascii="Times New Roman" w:hAnsi="Times New Roman" w:cs="Times New Roman"/>
          <w:sz w:val="22"/>
        </w:rPr>
        <w:t xml:space="preserve">ZSP w </w:t>
      </w:r>
      <w:proofErr w:type="spellStart"/>
      <w:r w:rsidRPr="00AB15B1">
        <w:rPr>
          <w:rFonts w:ascii="Times New Roman" w:hAnsi="Times New Roman" w:cs="Times New Roman"/>
          <w:sz w:val="22"/>
        </w:rPr>
        <w:t>Niskowej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realizuje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wychowanie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przedszkolne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wieku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potrzeb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rozwojowych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możliwości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dzieci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Jego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działalność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organizuje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Dyrektor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przyjęcie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dziecka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odbywa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się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postępowaniu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rekrutacyjnym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właściwym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dla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wychowania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przedszkolnego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>.</w:t>
      </w:r>
    </w:p>
    <w:p w14:paraId="1EADC6CD" w14:textId="590F5AF5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4</w:t>
      </w:r>
      <w:r w:rsidR="000F3637" w:rsidRPr="00AB15B1">
        <w:rPr>
          <w:rFonts w:ascii="Times New Roman" w:hAnsi="Times New Roman" w:cs="Times New Roman"/>
        </w:rPr>
        <w:t>1</w:t>
      </w:r>
      <w:r w:rsidRPr="00AB15B1">
        <w:rPr>
          <w:rFonts w:ascii="Times New Roman" w:hAnsi="Times New Roman" w:cs="Times New Roman"/>
        </w:rPr>
        <w:t>.</w:t>
      </w:r>
    </w:p>
    <w:p w14:paraId="0BB073E1" w14:textId="49033ECE" w:rsidR="00F81935" w:rsidRPr="00AB15B1" w:rsidRDefault="000F36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Przedszkole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wspiera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wszechstronny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rozwój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samodzielność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ciekawość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relacje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społeczne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gotowość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dziecka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nauki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szkole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Zapewnia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opiekę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bezpieczeństwo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rozpoznaje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potrzeby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organizuje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pomoc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wspiera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rozwój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ruchowy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emocjonalny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społeczny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poznawczy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komunikacyjny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oraz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umożliwia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podtrzymywanie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tożsamości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narodowej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etnicznej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językowej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religijnej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poszanowaniem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przekonań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rodziny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>.</w:t>
      </w:r>
    </w:p>
    <w:p w14:paraId="0B5A2435" w14:textId="710F0B80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lastRenderedPageBreak/>
        <w:t>§ 4</w:t>
      </w:r>
      <w:r w:rsidR="000F3637" w:rsidRPr="00AB15B1">
        <w:rPr>
          <w:rFonts w:ascii="Times New Roman" w:hAnsi="Times New Roman" w:cs="Times New Roman"/>
        </w:rPr>
        <w:t>2</w:t>
      </w:r>
      <w:r w:rsidRPr="00AB15B1">
        <w:rPr>
          <w:rFonts w:ascii="Times New Roman" w:hAnsi="Times New Roman" w:cs="Times New Roman"/>
        </w:rPr>
        <w:t>.</w:t>
      </w:r>
    </w:p>
    <w:p w14:paraId="1C2BB1D7" w14:textId="1D426122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Zadania</w:t>
      </w:r>
      <w:proofErr w:type="spellEnd"/>
      <w:r w:rsidR="000F363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0F3637" w:rsidRPr="00AB15B1">
        <w:rPr>
          <w:rFonts w:ascii="Times New Roman" w:hAnsi="Times New Roman" w:cs="Times New Roman"/>
          <w:sz w:val="22"/>
        </w:rPr>
        <w:t>Przedszkola</w:t>
      </w:r>
      <w:proofErr w:type="spellEnd"/>
      <w:r w:rsidR="000F363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zabawę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ruch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aktywność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poznawczą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artystyczną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społeczną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sytuacje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sprzyjające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samodzielności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obserwację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pedagogiczną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dostosowuje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metody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formy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współpracuje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rodzicami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specjalistami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wsparcie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rozpoznanych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  <w:r w:rsidRPr="00AB15B1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Współpraca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rodzicami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służy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także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wspomaganiu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wychowaniu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przygotowaniu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go do </w:t>
      </w:r>
      <w:proofErr w:type="spellStart"/>
      <w:r w:rsidRPr="00AB15B1">
        <w:rPr>
          <w:rFonts w:ascii="Times New Roman" w:hAnsi="Times New Roman" w:cs="Times New Roman"/>
          <w:sz w:val="22"/>
        </w:rPr>
        <w:t>podjęcia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szkole</w:t>
      </w:r>
      <w:proofErr w:type="spellEnd"/>
      <w:r w:rsidRPr="00AB15B1">
        <w:rPr>
          <w:rFonts w:ascii="Times New Roman" w:hAnsi="Times New Roman" w:cs="Times New Roman"/>
          <w:color w:val="000000"/>
          <w:sz w:val="22"/>
        </w:rPr>
        <w:t>.</w:t>
      </w:r>
    </w:p>
    <w:p w14:paraId="53523B81" w14:textId="6D433322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4</w:t>
      </w:r>
      <w:r w:rsidR="000F3637" w:rsidRPr="00AB15B1">
        <w:rPr>
          <w:rFonts w:ascii="Times New Roman" w:hAnsi="Times New Roman" w:cs="Times New Roman"/>
        </w:rPr>
        <w:t>3</w:t>
      </w:r>
      <w:r w:rsidRPr="00AB15B1">
        <w:rPr>
          <w:rFonts w:ascii="Times New Roman" w:hAnsi="Times New Roman" w:cs="Times New Roman"/>
        </w:rPr>
        <w:t>.</w:t>
      </w:r>
    </w:p>
    <w:p w14:paraId="14C198C3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higieniczne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warunki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pobytu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nadzoruje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ich </w:t>
      </w:r>
      <w:proofErr w:type="spellStart"/>
      <w:r w:rsidRPr="00AB15B1">
        <w:rPr>
          <w:rFonts w:ascii="Times New Roman" w:hAnsi="Times New Roman" w:cs="Times New Roman"/>
          <w:sz w:val="22"/>
        </w:rPr>
        <w:t>przestrzeganie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zapewnia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reakcję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zagrożenia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wypadki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20E1C99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bezpośrednią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podczas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powierzonych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reaguje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zagrożenia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zdrowia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dzieci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26BF66B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służące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poszanowaniem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godności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prywatności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podmiotowości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dziecka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12D942BC" w14:textId="0FC96923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4</w:t>
      </w:r>
      <w:r w:rsidR="000F3637" w:rsidRPr="00AB15B1">
        <w:rPr>
          <w:rFonts w:ascii="Times New Roman" w:hAnsi="Times New Roman" w:cs="Times New Roman"/>
        </w:rPr>
        <w:t>4</w:t>
      </w:r>
      <w:r w:rsidRPr="00AB15B1">
        <w:rPr>
          <w:rFonts w:ascii="Times New Roman" w:hAnsi="Times New Roman" w:cs="Times New Roman"/>
        </w:rPr>
        <w:t>.</w:t>
      </w:r>
    </w:p>
    <w:p w14:paraId="33E1F44C" w14:textId="5D26FE2D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Podczas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0F3637" w:rsidRPr="00AB15B1">
        <w:rPr>
          <w:rFonts w:ascii="Times New Roman" w:hAnsi="Times New Roman" w:cs="Times New Roman"/>
          <w:sz w:val="22"/>
        </w:rPr>
        <w:t>Przedszkolu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pozostają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pod </w:t>
      </w:r>
      <w:proofErr w:type="spellStart"/>
      <w:r w:rsidRPr="00AB15B1">
        <w:rPr>
          <w:rFonts w:ascii="Times New Roman" w:hAnsi="Times New Roman" w:cs="Times New Roman"/>
          <w:sz w:val="22"/>
        </w:rPr>
        <w:t>ciągłą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Liczbę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skład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opiekunów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dostosowuje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stanu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zdrowia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miejsca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rodzaju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aktywności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Wycieczki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trybie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właściwym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wycieczek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szkolnych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E65E4D1" w14:textId="0AB19304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4</w:t>
      </w:r>
      <w:r w:rsidR="000F3637" w:rsidRPr="00AB15B1">
        <w:rPr>
          <w:rFonts w:ascii="Times New Roman" w:hAnsi="Times New Roman" w:cs="Times New Roman"/>
        </w:rPr>
        <w:t>5</w:t>
      </w:r>
      <w:r w:rsidRPr="00AB15B1">
        <w:rPr>
          <w:rFonts w:ascii="Times New Roman" w:hAnsi="Times New Roman" w:cs="Times New Roman"/>
        </w:rPr>
        <w:t>.</w:t>
      </w:r>
    </w:p>
    <w:p w14:paraId="260824A2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Dziecko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AB15B1">
        <w:rPr>
          <w:rFonts w:ascii="Times New Roman" w:hAnsi="Times New Roman" w:cs="Times New Roman"/>
          <w:sz w:val="22"/>
        </w:rPr>
        <w:t>przyprowadzane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odbierane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osobę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upoważnioną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zdolną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zapewnienia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pełnego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Upoważnienie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AB15B1">
        <w:rPr>
          <w:rFonts w:ascii="Times New Roman" w:hAnsi="Times New Roman" w:cs="Times New Roman"/>
          <w:sz w:val="22"/>
        </w:rPr>
        <w:t>przekazywane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formie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pozwalającej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osobę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upoważnioną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mieć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charakter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jednorazowy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1721453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Rodzic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każdym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czasie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odwołać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zmienić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udzielone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upoważnienie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informując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tym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pozwalający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jednoznaczne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treści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zmiany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08273D8" w14:textId="761C0DD9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Pracownik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wydający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dziecko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sprawdza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czy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osoba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odbierająca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AB15B1">
        <w:rPr>
          <w:rFonts w:ascii="Times New Roman" w:hAnsi="Times New Roman" w:cs="Times New Roman"/>
          <w:sz w:val="22"/>
        </w:rPr>
        <w:t>rodzicem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osobą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upoważnioną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osoba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odbierająca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AB15B1">
        <w:rPr>
          <w:rFonts w:ascii="Times New Roman" w:hAnsi="Times New Roman" w:cs="Times New Roman"/>
          <w:sz w:val="22"/>
        </w:rPr>
        <w:t>pracownikowi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znana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zostać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poproszona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okazanie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dokumentu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potwierdzającego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Dokument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okazuje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wyłącznie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celu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weryfikacji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;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AB15B1">
        <w:rPr>
          <w:rFonts w:ascii="Times New Roman" w:hAnsi="Times New Roman" w:cs="Times New Roman"/>
          <w:sz w:val="22"/>
        </w:rPr>
        <w:t>kopiowany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zatrzymywany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17A2E815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4. </w:t>
      </w:r>
      <w:proofErr w:type="spellStart"/>
      <w:r w:rsidRPr="00AB15B1">
        <w:rPr>
          <w:rFonts w:ascii="Times New Roman" w:hAnsi="Times New Roman" w:cs="Times New Roman"/>
          <w:sz w:val="22"/>
        </w:rPr>
        <w:t>Dziecka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wydaje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osobie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konkretne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okoliczności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wskazują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AB15B1">
        <w:rPr>
          <w:rFonts w:ascii="Times New Roman" w:hAnsi="Times New Roman" w:cs="Times New Roman"/>
          <w:sz w:val="22"/>
        </w:rPr>
        <w:t>ona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stanie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zapewnić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mu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Pracownik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podejmuje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próbę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kontaktu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drugim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osobą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upoważnioną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;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zapewnić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odbioru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występuje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bezpośrednie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zagrożenie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zwraca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właściwych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służb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FAE3376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5. </w:t>
      </w:r>
      <w:proofErr w:type="spellStart"/>
      <w:r w:rsidRPr="00AB15B1">
        <w:rPr>
          <w:rFonts w:ascii="Times New Roman" w:hAnsi="Times New Roman" w:cs="Times New Roman"/>
          <w:sz w:val="22"/>
        </w:rPr>
        <w:t>Odpowiedzialność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za </w:t>
      </w:r>
      <w:proofErr w:type="spellStart"/>
      <w:r w:rsidRPr="00AB15B1">
        <w:rPr>
          <w:rFonts w:ascii="Times New Roman" w:hAnsi="Times New Roman" w:cs="Times New Roman"/>
          <w:sz w:val="22"/>
        </w:rPr>
        <w:t>opiekę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dzieckiem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rozpoczyna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chwilą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przekazania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uprawnionemu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pracownikowi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miejscu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przyjmowania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kończy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chwilą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wydania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osobie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uprawnionej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odbioru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8F91ACC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6.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dziecko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zostanie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odebrane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ustalonym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czasie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pozostaje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pod </w:t>
      </w:r>
      <w:proofErr w:type="spellStart"/>
      <w:r w:rsidRPr="00AB15B1">
        <w:rPr>
          <w:rFonts w:ascii="Times New Roman" w:hAnsi="Times New Roman" w:cs="Times New Roman"/>
          <w:sz w:val="22"/>
        </w:rPr>
        <w:t>opieką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podejmuje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próbę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kontaktu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rodzicami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Pr="00AB15B1">
        <w:rPr>
          <w:rFonts w:ascii="Times New Roman" w:hAnsi="Times New Roman" w:cs="Times New Roman"/>
          <w:sz w:val="22"/>
        </w:rPr>
        <w:t>następnie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innymi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osobami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upoważnionymi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odbioru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Dziecka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pozostawia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bez </w:t>
      </w:r>
      <w:proofErr w:type="spellStart"/>
      <w:r w:rsidRPr="00AB15B1">
        <w:rPr>
          <w:rFonts w:ascii="Times New Roman" w:hAnsi="Times New Roman" w:cs="Times New Roman"/>
          <w:sz w:val="22"/>
        </w:rPr>
        <w:t>opieki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poleca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mu </w:t>
      </w:r>
      <w:proofErr w:type="spellStart"/>
      <w:r w:rsidRPr="00AB15B1">
        <w:rPr>
          <w:rFonts w:ascii="Times New Roman" w:hAnsi="Times New Roman" w:cs="Times New Roman"/>
          <w:sz w:val="22"/>
        </w:rPr>
        <w:t>samodzielnego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opuszczenia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785D149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7.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nawiązać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kontaktu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osobami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o </w:t>
      </w:r>
      <w:proofErr w:type="spellStart"/>
      <w:r w:rsidRPr="00AB15B1">
        <w:rPr>
          <w:rFonts w:ascii="Times New Roman" w:hAnsi="Times New Roman" w:cs="Times New Roman"/>
          <w:sz w:val="22"/>
        </w:rPr>
        <w:t>których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ust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6,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zachodzą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okoliczności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wskazujące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zagrożenie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pracownik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zwraca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właściwych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służb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3BABACD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8.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respektuje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prawomocne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orzeczenia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sądu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wiążące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dokumenty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dotyczące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możliwości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odbioru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o </w:t>
      </w:r>
      <w:proofErr w:type="spellStart"/>
      <w:r w:rsidRPr="00AB15B1">
        <w:rPr>
          <w:rFonts w:ascii="Times New Roman" w:hAnsi="Times New Roman" w:cs="Times New Roman"/>
          <w:sz w:val="22"/>
        </w:rPr>
        <w:t>których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została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poinformowana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rozstrzyga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samodzielnie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sporów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między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dotyczących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wykonywania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władzy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rodzicielskiej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kontaktów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dzieckiem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D9D5025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9.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procedurę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określającą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techniczny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przekazywania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aktualizowania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upoważnień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miejsce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przyprowadzania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odbierania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dokumentowanie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sytuacji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nietypowych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kolejność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czynności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Procedura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zmieniać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niniejszym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paragrafie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ograniczać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 </w:t>
      </w:r>
      <w:proofErr w:type="spellStart"/>
      <w:r w:rsidRPr="00AB15B1">
        <w:rPr>
          <w:rFonts w:ascii="Times New Roman" w:hAnsi="Times New Roman" w:cs="Times New Roman"/>
          <w:sz w:val="22"/>
        </w:rPr>
        <w:t>dziecka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7187713" w14:textId="170C42EF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4</w:t>
      </w:r>
      <w:r w:rsidR="000F3637" w:rsidRPr="00AB15B1">
        <w:rPr>
          <w:rFonts w:ascii="Times New Roman" w:hAnsi="Times New Roman" w:cs="Times New Roman"/>
        </w:rPr>
        <w:t>6</w:t>
      </w:r>
      <w:r w:rsidRPr="00AB15B1">
        <w:rPr>
          <w:rFonts w:ascii="Times New Roman" w:hAnsi="Times New Roman" w:cs="Times New Roman"/>
        </w:rPr>
        <w:t>.</w:t>
      </w:r>
    </w:p>
    <w:p w14:paraId="009D19BA" w14:textId="4D3862C8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="000F3637" w:rsidRPr="00AB15B1">
        <w:rPr>
          <w:rFonts w:ascii="Times New Roman" w:hAnsi="Times New Roman" w:cs="Times New Roman"/>
          <w:sz w:val="22"/>
        </w:rPr>
        <w:t>Przedszkole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współdziała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rodzicami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25F0B7EF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zebrania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organizowane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co </w:t>
      </w:r>
      <w:proofErr w:type="spellStart"/>
      <w:r w:rsidRPr="00AB15B1">
        <w:rPr>
          <w:rFonts w:ascii="Times New Roman" w:hAnsi="Times New Roman" w:cs="Times New Roman"/>
          <w:sz w:val="22"/>
        </w:rPr>
        <w:t>najmniej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razy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roku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szkolnym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1ECD0A9E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możliwość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indywidualnych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konsultacji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nauczycielem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co </w:t>
      </w:r>
      <w:proofErr w:type="spellStart"/>
      <w:r w:rsidRPr="00AB15B1">
        <w:rPr>
          <w:rFonts w:ascii="Times New Roman" w:hAnsi="Times New Roman" w:cs="Times New Roman"/>
          <w:sz w:val="22"/>
        </w:rPr>
        <w:t>najmniej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miesiącu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3B1D169E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inne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uzgodnione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formy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kontaktu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tym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wspierające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rodziców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5F98AF8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Rodzice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otrzymują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rozwoju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funkcjonowaniu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mocnych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stronach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Informacje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przekazuje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poszanowaniem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prywatności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1552CE7" w14:textId="022D640C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lastRenderedPageBreak/>
        <w:t>§ 4</w:t>
      </w:r>
      <w:r w:rsidR="000F3637" w:rsidRPr="00AB15B1">
        <w:rPr>
          <w:rFonts w:ascii="Times New Roman" w:hAnsi="Times New Roman" w:cs="Times New Roman"/>
        </w:rPr>
        <w:t>7</w:t>
      </w:r>
      <w:r w:rsidRPr="00AB15B1">
        <w:rPr>
          <w:rFonts w:ascii="Times New Roman" w:hAnsi="Times New Roman" w:cs="Times New Roman"/>
        </w:rPr>
        <w:t>.</w:t>
      </w:r>
    </w:p>
    <w:p w14:paraId="2BA86778" w14:textId="2FAFD7F9" w:rsidR="00F81935" w:rsidRPr="00AB15B1" w:rsidRDefault="000F36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Przedszkole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nie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posiada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odrębnych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organów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. W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jego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sprawach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działają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organy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Szkoły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, o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których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mowa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w § 5,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na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zasadach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w § 5–11, z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uwzględnieniem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specyfiki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wychowania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35BE5" w:rsidRPr="00AB15B1">
        <w:rPr>
          <w:rFonts w:ascii="Times New Roman" w:hAnsi="Times New Roman" w:cs="Times New Roman"/>
          <w:sz w:val="22"/>
        </w:rPr>
        <w:t>przedszkolnego</w:t>
      </w:r>
      <w:proofErr w:type="spellEnd"/>
      <w:r w:rsidR="00435BE5" w:rsidRPr="00AB15B1">
        <w:rPr>
          <w:rFonts w:ascii="Times New Roman" w:hAnsi="Times New Roman" w:cs="Times New Roman"/>
          <w:sz w:val="22"/>
        </w:rPr>
        <w:t>.</w:t>
      </w:r>
    </w:p>
    <w:p w14:paraId="7696405B" w14:textId="659EDAA2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 xml:space="preserve">§ </w:t>
      </w:r>
      <w:r w:rsidR="000F3637" w:rsidRPr="00AB15B1">
        <w:rPr>
          <w:rFonts w:ascii="Times New Roman" w:hAnsi="Times New Roman" w:cs="Times New Roman"/>
        </w:rPr>
        <w:t>48</w:t>
      </w:r>
      <w:r w:rsidRPr="00AB15B1">
        <w:rPr>
          <w:rFonts w:ascii="Times New Roman" w:hAnsi="Times New Roman" w:cs="Times New Roman"/>
        </w:rPr>
        <w:t>.</w:t>
      </w:r>
    </w:p>
    <w:p w14:paraId="7D2FD41F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Pomoc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psychologiczno-pedagogiczną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oddziale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przedszkolnym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§ 23, z </w:t>
      </w:r>
      <w:proofErr w:type="spellStart"/>
      <w:r w:rsidRPr="00AB15B1">
        <w:rPr>
          <w:rFonts w:ascii="Times New Roman" w:hAnsi="Times New Roman" w:cs="Times New Roman"/>
          <w:sz w:val="22"/>
        </w:rPr>
        <w:t>uwzględnieniem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form </w:t>
      </w:r>
      <w:proofErr w:type="spellStart"/>
      <w:r w:rsidRPr="00AB15B1">
        <w:rPr>
          <w:rFonts w:ascii="Times New Roman" w:hAnsi="Times New Roman" w:cs="Times New Roman"/>
          <w:sz w:val="22"/>
        </w:rPr>
        <w:t>właściwych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rodziców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dziecko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AB15B1">
        <w:rPr>
          <w:rFonts w:ascii="Times New Roman" w:hAnsi="Times New Roman" w:cs="Times New Roman"/>
          <w:sz w:val="22"/>
        </w:rPr>
        <w:t>objęte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wczesnym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wspomaganiem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rozwoju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podmiot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oddział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współpracuje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rodzicami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zespołem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wczesnego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wspomagania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zakresie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zapewnienia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spójności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wsparcia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EE9AD36" w14:textId="36347D4A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 xml:space="preserve">§ </w:t>
      </w:r>
      <w:r w:rsidR="00907A7D" w:rsidRPr="00AB15B1">
        <w:rPr>
          <w:rFonts w:ascii="Times New Roman" w:hAnsi="Times New Roman" w:cs="Times New Roman"/>
        </w:rPr>
        <w:t>49</w:t>
      </w:r>
      <w:r w:rsidRPr="00AB15B1">
        <w:rPr>
          <w:rFonts w:ascii="Times New Roman" w:hAnsi="Times New Roman" w:cs="Times New Roman"/>
        </w:rPr>
        <w:t>.</w:t>
      </w:r>
    </w:p>
    <w:p w14:paraId="55A6C583" w14:textId="1D4C8F7B" w:rsidR="00F81935" w:rsidRPr="00AB15B1" w:rsidRDefault="00E02D08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Czas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pracy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907A7D" w:rsidRPr="00AB15B1">
        <w:rPr>
          <w:rFonts w:ascii="Times New Roman" w:hAnsi="Times New Roman" w:cs="Times New Roman"/>
          <w:sz w:val="22"/>
        </w:rPr>
        <w:t>Przedszkola</w:t>
      </w:r>
      <w:proofErr w:type="spellEnd"/>
      <w:r w:rsidR="00907A7D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ustala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organ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prowadzący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trybie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określonym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przepisach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prawa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Aktualne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godziny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pracy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podaje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się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rodzicom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wiadomości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>.</w:t>
      </w:r>
    </w:p>
    <w:p w14:paraId="79F404B5" w14:textId="2F37CE51" w:rsidR="00E02D08" w:rsidRPr="00AB15B1" w:rsidRDefault="00E02D08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="00907A7D" w:rsidRPr="00AB15B1">
        <w:rPr>
          <w:rFonts w:ascii="Times New Roman" w:hAnsi="Times New Roman" w:cs="Times New Roman"/>
          <w:sz w:val="22"/>
        </w:rPr>
        <w:t>Przedszkole</w:t>
      </w:r>
      <w:proofErr w:type="spellEnd"/>
      <w:r w:rsidR="00907A7D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funkcjonuje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poniedziałku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piątku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godzinac</w:t>
      </w:r>
      <w:r w:rsidR="0066767D" w:rsidRPr="00AB15B1">
        <w:rPr>
          <w:rFonts w:ascii="Times New Roman" w:hAnsi="Times New Roman" w:cs="Times New Roman"/>
          <w:sz w:val="22"/>
        </w:rPr>
        <w:t>h</w:t>
      </w:r>
      <w:proofErr w:type="spellEnd"/>
      <w:r w:rsidR="0066767D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66767D" w:rsidRPr="00AB15B1">
        <w:rPr>
          <w:rFonts w:ascii="Times New Roman" w:hAnsi="Times New Roman" w:cs="Times New Roman"/>
          <w:sz w:val="22"/>
        </w:rPr>
        <w:t>ustalonych</w:t>
      </w:r>
      <w:proofErr w:type="spellEnd"/>
      <w:r w:rsidR="0066767D" w:rsidRPr="00AB15B1">
        <w:rPr>
          <w:rFonts w:ascii="Times New Roman" w:hAnsi="Times New Roman" w:cs="Times New Roman"/>
          <w:sz w:val="22"/>
        </w:rPr>
        <w:t xml:space="preserve"> co </w:t>
      </w:r>
      <w:proofErr w:type="spellStart"/>
      <w:r w:rsidR="0066767D" w:rsidRPr="00AB15B1">
        <w:rPr>
          <w:rFonts w:ascii="Times New Roman" w:hAnsi="Times New Roman" w:cs="Times New Roman"/>
          <w:sz w:val="22"/>
        </w:rPr>
        <w:t>roku</w:t>
      </w:r>
      <w:proofErr w:type="spellEnd"/>
      <w:r w:rsidR="00907A7D" w:rsidRPr="00AB15B1">
        <w:rPr>
          <w:rFonts w:ascii="Times New Roman" w:hAnsi="Times New Roman" w:cs="Times New Roman"/>
          <w:sz w:val="22"/>
        </w:rPr>
        <w:t>.</w:t>
      </w:r>
    </w:p>
    <w:p w14:paraId="216596F5" w14:textId="123F084A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5</w:t>
      </w:r>
      <w:r w:rsidR="00907A7D" w:rsidRPr="00AB15B1">
        <w:rPr>
          <w:rFonts w:ascii="Times New Roman" w:hAnsi="Times New Roman" w:cs="Times New Roman"/>
        </w:rPr>
        <w:t>0</w:t>
      </w:r>
      <w:r w:rsidRPr="00AB15B1">
        <w:rPr>
          <w:rFonts w:ascii="Times New Roman" w:hAnsi="Times New Roman" w:cs="Times New Roman"/>
        </w:rPr>
        <w:t>.</w:t>
      </w:r>
    </w:p>
    <w:p w14:paraId="77D38509" w14:textId="5385D307" w:rsidR="00FE3691" w:rsidRPr="00AB15B1" w:rsidRDefault="00FE3691" w:rsidP="00AB15B1">
      <w:pPr>
        <w:pStyle w:val="Paragraf"/>
        <w:spacing w:before="0" w:after="0" w:line="240" w:lineRule="auto"/>
        <w:jc w:val="both"/>
        <w:rPr>
          <w:rFonts w:ascii="Times New Roman" w:hAnsi="Times New Roman" w:cs="Times New Roman"/>
          <w:b w:val="0"/>
          <w:lang w:val="pl-PL"/>
        </w:rPr>
      </w:pPr>
      <w:r w:rsidRPr="00AB15B1">
        <w:rPr>
          <w:rFonts w:ascii="Times New Roman" w:hAnsi="Times New Roman" w:cs="Times New Roman"/>
          <w:b w:val="0"/>
          <w:lang w:val="pl-PL"/>
        </w:rPr>
        <w:t xml:space="preserve">1. Nauczanie, wychowanie i opieka w </w:t>
      </w:r>
      <w:proofErr w:type="spellStart"/>
      <w:r w:rsidR="00907A7D" w:rsidRPr="00AB15B1">
        <w:rPr>
          <w:rFonts w:ascii="Times New Roman" w:hAnsi="Times New Roman" w:cs="Times New Roman"/>
          <w:b w:val="0"/>
        </w:rPr>
        <w:t>Przedszkolu</w:t>
      </w:r>
      <w:proofErr w:type="spellEnd"/>
      <w:r w:rsidR="00907A7D" w:rsidRPr="00AB15B1">
        <w:rPr>
          <w:rFonts w:ascii="Times New Roman" w:hAnsi="Times New Roman" w:cs="Times New Roman"/>
          <w:b w:val="0"/>
        </w:rPr>
        <w:t xml:space="preserve"> </w:t>
      </w:r>
      <w:r w:rsidRPr="00AB15B1">
        <w:rPr>
          <w:rFonts w:ascii="Times New Roman" w:hAnsi="Times New Roman" w:cs="Times New Roman"/>
          <w:b w:val="0"/>
          <w:lang w:val="pl-PL"/>
        </w:rPr>
        <w:t>są bezpłatne w czasie ustalonym przez organ prowadzący.</w:t>
      </w:r>
    </w:p>
    <w:p w14:paraId="39E27963" w14:textId="4EF52708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5</w:t>
      </w:r>
      <w:r w:rsidR="00907A7D" w:rsidRPr="00AB15B1">
        <w:rPr>
          <w:rFonts w:ascii="Times New Roman" w:hAnsi="Times New Roman" w:cs="Times New Roman"/>
        </w:rPr>
        <w:t>1</w:t>
      </w:r>
      <w:r w:rsidRPr="00AB15B1">
        <w:rPr>
          <w:rFonts w:ascii="Times New Roman" w:hAnsi="Times New Roman" w:cs="Times New Roman"/>
        </w:rPr>
        <w:t>.</w:t>
      </w:r>
    </w:p>
    <w:p w14:paraId="4057A3C1" w14:textId="76901A60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907A7D" w:rsidRPr="00AB15B1">
        <w:rPr>
          <w:rFonts w:ascii="Times New Roman" w:hAnsi="Times New Roman" w:cs="Times New Roman"/>
          <w:sz w:val="22"/>
        </w:rPr>
        <w:t>Przedszkola</w:t>
      </w:r>
      <w:proofErr w:type="spellEnd"/>
      <w:r w:rsidR="00907A7D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planuje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wychowawczo-dydaktyczną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zapewnia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prowadzi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dokumentuje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obserwacje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pedagogiczne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współpracuje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rodzicami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specjalistami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wspiera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rozwój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W </w:t>
      </w:r>
      <w:proofErr w:type="spellStart"/>
      <w:r w:rsidRPr="00AB15B1">
        <w:rPr>
          <w:rFonts w:ascii="Times New Roman" w:hAnsi="Times New Roman" w:cs="Times New Roman"/>
          <w:sz w:val="22"/>
        </w:rPr>
        <w:t>przypadku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realizującego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przygotowanie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przedszkolne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obserwację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służącą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analizie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gotowości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podjęcia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szkole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D320651" w14:textId="1DC4E45C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5</w:t>
      </w:r>
      <w:r w:rsidR="00907A7D" w:rsidRPr="00AB15B1">
        <w:rPr>
          <w:rFonts w:ascii="Times New Roman" w:hAnsi="Times New Roman" w:cs="Times New Roman"/>
        </w:rPr>
        <w:t>2</w:t>
      </w:r>
      <w:r w:rsidRPr="00AB15B1">
        <w:rPr>
          <w:rFonts w:ascii="Times New Roman" w:hAnsi="Times New Roman" w:cs="Times New Roman"/>
        </w:rPr>
        <w:t>.</w:t>
      </w:r>
    </w:p>
    <w:p w14:paraId="03293E27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Dziecko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ma </w:t>
      </w:r>
      <w:proofErr w:type="spellStart"/>
      <w:r w:rsidRPr="00AB15B1">
        <w:rPr>
          <w:rFonts w:ascii="Times New Roman" w:hAnsi="Times New Roman" w:cs="Times New Roman"/>
          <w:sz w:val="22"/>
        </w:rPr>
        <w:t>prawo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opieki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poszanowania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godności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prywatności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rozwoju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indywidualnym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tempie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zabawy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odpoczynku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wsparcia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wyrażania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opinii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04200DC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Dziecko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możliwości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wsparciu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przestrzega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szanuje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osoby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ich </w:t>
      </w:r>
      <w:proofErr w:type="spellStart"/>
      <w:r w:rsidRPr="00AB15B1">
        <w:rPr>
          <w:rFonts w:ascii="Times New Roman" w:hAnsi="Times New Roman" w:cs="Times New Roman"/>
          <w:sz w:val="22"/>
        </w:rPr>
        <w:t>granice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korzysta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Pr="00AB15B1">
        <w:rPr>
          <w:rFonts w:ascii="Times New Roman" w:hAnsi="Times New Roman" w:cs="Times New Roman"/>
          <w:sz w:val="22"/>
        </w:rPr>
        <w:t>wspólnego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zgodnie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przeznaczeniem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F27D595" w14:textId="6C36B11F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W </w:t>
      </w:r>
      <w:proofErr w:type="spellStart"/>
      <w:r w:rsidR="00907A7D" w:rsidRPr="00AB15B1">
        <w:rPr>
          <w:rFonts w:ascii="Times New Roman" w:hAnsi="Times New Roman" w:cs="Times New Roman"/>
          <w:sz w:val="22"/>
        </w:rPr>
        <w:t>Przedszkolu</w:t>
      </w:r>
      <w:proofErr w:type="spellEnd"/>
      <w:r w:rsidR="00907A7D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zakazane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AB15B1">
        <w:rPr>
          <w:rFonts w:ascii="Times New Roman" w:hAnsi="Times New Roman" w:cs="Times New Roman"/>
          <w:sz w:val="22"/>
        </w:rPr>
        <w:t>wnoszenie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korzystanie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telefonów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komórkowych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urządzeń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elektronicznych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umożliwiających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porozumiewanie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odległość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rejestrowanie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obrazu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dźwięku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podczas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pobytu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Szkole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organizowanych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terenem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tym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wycieczek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Zakazu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stosuje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przypadku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zgody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udzielonej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wniosek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Pr="00AB15B1">
        <w:rPr>
          <w:rFonts w:ascii="Times New Roman" w:hAnsi="Times New Roman" w:cs="Times New Roman"/>
          <w:sz w:val="22"/>
        </w:rPr>
        <w:t>względu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chorobę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niepełnosprawność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szczególne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korzystania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Pr="00AB15B1">
        <w:rPr>
          <w:rFonts w:ascii="Times New Roman" w:hAnsi="Times New Roman" w:cs="Times New Roman"/>
          <w:sz w:val="22"/>
        </w:rPr>
        <w:t>sprzętu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specjalistycznego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aplikacji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służącej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monitorowania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stanu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zdrowia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1639A7EC" w14:textId="724257FA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5</w:t>
      </w:r>
      <w:r w:rsidR="00907A7D" w:rsidRPr="00AB15B1">
        <w:rPr>
          <w:rFonts w:ascii="Times New Roman" w:hAnsi="Times New Roman" w:cs="Times New Roman"/>
        </w:rPr>
        <w:t>3</w:t>
      </w:r>
      <w:r w:rsidRPr="00AB15B1">
        <w:rPr>
          <w:rFonts w:ascii="Times New Roman" w:hAnsi="Times New Roman" w:cs="Times New Roman"/>
        </w:rPr>
        <w:t>.</w:t>
      </w:r>
    </w:p>
    <w:p w14:paraId="3CEBC6B3" w14:textId="4FD388B9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Dziecko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realizujące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przygotowanie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przedszkolne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zostać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skreślone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listy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wychowanków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907A7D" w:rsidRPr="00AB15B1">
        <w:rPr>
          <w:rFonts w:ascii="Times New Roman" w:hAnsi="Times New Roman" w:cs="Times New Roman"/>
          <w:sz w:val="22"/>
        </w:rPr>
        <w:t>Przedszkola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1AB2C558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Statut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przewiduje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przypadków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skreślenia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listy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wychowanków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nieobjętych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obowiązkowym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rocznym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przygotowaniem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przedszkolnym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822A833" w14:textId="7A3E2F25" w:rsidR="00151DB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1</w:t>
      </w:r>
      <w:r w:rsidR="00907A7D" w:rsidRPr="00AB15B1">
        <w:rPr>
          <w:rFonts w:ascii="Times New Roman" w:hAnsi="Times New Roman" w:cs="Times New Roman"/>
          <w:color w:val="632423" w:themeColor="accent2" w:themeShade="80"/>
          <w:sz w:val="22"/>
        </w:rPr>
        <w:t>5</w:t>
      </w:r>
    </w:p>
    <w:p w14:paraId="3C32A32F" w14:textId="6E0B0744" w:rsidR="00F8193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Zadania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nauczycieli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pracowników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szkoły</w:t>
      </w:r>
      <w:proofErr w:type="spellEnd"/>
    </w:p>
    <w:p w14:paraId="7DAB19F6" w14:textId="23D68B0A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5</w:t>
      </w:r>
      <w:r w:rsidR="00907A7D" w:rsidRPr="00AB15B1">
        <w:rPr>
          <w:rFonts w:ascii="Times New Roman" w:hAnsi="Times New Roman" w:cs="Times New Roman"/>
        </w:rPr>
        <w:t>4</w:t>
      </w:r>
      <w:r w:rsidRPr="00AB15B1">
        <w:rPr>
          <w:rFonts w:ascii="Times New Roman" w:hAnsi="Times New Roman" w:cs="Times New Roman"/>
        </w:rPr>
        <w:t>.</w:t>
      </w:r>
    </w:p>
    <w:p w14:paraId="280FF50B" w14:textId="7B924C11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W </w:t>
      </w:r>
      <w:proofErr w:type="spellStart"/>
      <w:r w:rsidRPr="00AB15B1">
        <w:rPr>
          <w:rFonts w:ascii="Times New Roman" w:hAnsi="Times New Roman" w:cs="Times New Roman"/>
          <w:sz w:val="22"/>
        </w:rPr>
        <w:t>Szkole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zatrudnia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specjalistów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pracowników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administracji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obsługi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organizacji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kadrowych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Zakres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zadań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pracowników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pedagogicznych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§ 5</w:t>
      </w:r>
      <w:r w:rsidR="00907A7D" w:rsidRPr="00AB15B1">
        <w:rPr>
          <w:rFonts w:ascii="Times New Roman" w:hAnsi="Times New Roman" w:cs="Times New Roman"/>
          <w:sz w:val="22"/>
        </w:rPr>
        <w:t>5</w:t>
      </w:r>
      <w:r w:rsidRPr="00AB15B1">
        <w:rPr>
          <w:rFonts w:ascii="Times New Roman" w:hAnsi="Times New Roman" w:cs="Times New Roman"/>
          <w:sz w:val="22"/>
        </w:rPr>
        <w:t>–5</w:t>
      </w:r>
      <w:r w:rsidR="00907A7D" w:rsidRPr="00AB15B1">
        <w:rPr>
          <w:rFonts w:ascii="Times New Roman" w:hAnsi="Times New Roman" w:cs="Times New Roman"/>
          <w:sz w:val="22"/>
        </w:rPr>
        <w:t>6</w:t>
      </w:r>
      <w:r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Pr="00AB15B1">
        <w:rPr>
          <w:rFonts w:ascii="Times New Roman" w:hAnsi="Times New Roman" w:cs="Times New Roman"/>
          <w:sz w:val="22"/>
        </w:rPr>
        <w:t>pracowników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niepedagogicznych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§ 5</w:t>
      </w:r>
      <w:r w:rsidR="00907A7D" w:rsidRPr="00AB15B1">
        <w:rPr>
          <w:rFonts w:ascii="Times New Roman" w:hAnsi="Times New Roman" w:cs="Times New Roman"/>
          <w:sz w:val="22"/>
        </w:rPr>
        <w:t>7</w:t>
      </w:r>
      <w:r w:rsidRPr="00AB15B1">
        <w:rPr>
          <w:rFonts w:ascii="Times New Roman" w:hAnsi="Times New Roman" w:cs="Times New Roman"/>
          <w:sz w:val="22"/>
        </w:rPr>
        <w:t>.</w:t>
      </w:r>
    </w:p>
    <w:p w14:paraId="07387872" w14:textId="49283EF9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5</w:t>
      </w:r>
      <w:r w:rsidR="00907A7D" w:rsidRPr="00AB15B1">
        <w:rPr>
          <w:rFonts w:ascii="Times New Roman" w:hAnsi="Times New Roman" w:cs="Times New Roman"/>
        </w:rPr>
        <w:t>5</w:t>
      </w:r>
      <w:r w:rsidRPr="00AB15B1">
        <w:rPr>
          <w:rFonts w:ascii="Times New Roman" w:hAnsi="Times New Roman" w:cs="Times New Roman"/>
        </w:rPr>
        <w:t>.</w:t>
      </w:r>
    </w:p>
    <w:p w14:paraId="1C7171E7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472B5F25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planuje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zapewniający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realizację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programu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podstawy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programowej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65EDD911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zapewnia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podczas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powierzonych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mu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reaguje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zagrożenia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pozostawia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bez </w:t>
      </w:r>
      <w:proofErr w:type="spellStart"/>
      <w:r w:rsidRPr="00AB15B1">
        <w:rPr>
          <w:rFonts w:ascii="Times New Roman" w:hAnsi="Times New Roman" w:cs="Times New Roman"/>
          <w:sz w:val="22"/>
        </w:rPr>
        <w:t>zapewnionej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sytuacji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której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AB15B1">
        <w:rPr>
          <w:rFonts w:ascii="Times New Roman" w:hAnsi="Times New Roman" w:cs="Times New Roman"/>
          <w:sz w:val="22"/>
        </w:rPr>
        <w:t>obowiązana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sprawować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70AD5E14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indywidualizuje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metody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formy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rozwojowych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możliwości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psychofizycznych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Pr="00AB15B1">
        <w:rPr>
          <w:rFonts w:ascii="Times New Roman" w:hAnsi="Times New Roman" w:cs="Times New Roman"/>
          <w:sz w:val="22"/>
        </w:rPr>
        <w:t>wymagania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dostosowuje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przypadkach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których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spełnia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warunki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takiego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dostosowania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45FF1D9A" w14:textId="3E3FDDBB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4) </w:t>
      </w:r>
      <w:proofErr w:type="spellStart"/>
      <w:r w:rsidRPr="00AB15B1">
        <w:rPr>
          <w:rFonts w:ascii="Times New Roman" w:hAnsi="Times New Roman" w:cs="Times New Roman"/>
          <w:sz w:val="22"/>
        </w:rPr>
        <w:t>rozpoznaje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postępy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przekazuje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zwrotną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osiągnięcia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odniesieniu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wymagań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edukacyjnych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671F6BFE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5) </w:t>
      </w:r>
      <w:proofErr w:type="spellStart"/>
      <w:r w:rsidRPr="00AB15B1">
        <w:rPr>
          <w:rFonts w:ascii="Times New Roman" w:hAnsi="Times New Roman" w:cs="Times New Roman"/>
          <w:sz w:val="22"/>
        </w:rPr>
        <w:t>prowadzi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dokumentację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dotyczącą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3B7EE151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lastRenderedPageBreak/>
        <w:t xml:space="preserve">6) </w:t>
      </w:r>
      <w:proofErr w:type="spellStart"/>
      <w:r w:rsidRPr="00AB15B1">
        <w:rPr>
          <w:rFonts w:ascii="Times New Roman" w:hAnsi="Times New Roman" w:cs="Times New Roman"/>
          <w:sz w:val="22"/>
        </w:rPr>
        <w:t>współpracuje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rodzicami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sprawach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dotyczących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rozwoju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funkcjonowania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AB15B1">
        <w:rPr>
          <w:rFonts w:ascii="Times New Roman" w:hAnsi="Times New Roman" w:cs="Times New Roman"/>
          <w:sz w:val="22"/>
        </w:rPr>
        <w:t>poszanowaniem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prywatności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0D96A570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7) </w:t>
      </w:r>
      <w:proofErr w:type="spellStart"/>
      <w:r w:rsidRPr="00AB15B1">
        <w:rPr>
          <w:rFonts w:ascii="Times New Roman" w:hAnsi="Times New Roman" w:cs="Times New Roman"/>
          <w:sz w:val="22"/>
        </w:rPr>
        <w:t>rozpoznaje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mocne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strony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wspiera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rozwój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udziela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psychologiczno-pedagogicznej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toku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bieżącej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współdziałając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razie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Pr="00AB15B1">
        <w:rPr>
          <w:rFonts w:ascii="Times New Roman" w:hAnsi="Times New Roman" w:cs="Times New Roman"/>
          <w:sz w:val="22"/>
        </w:rPr>
        <w:t>specjalistami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7557853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Do </w:t>
      </w:r>
      <w:proofErr w:type="spellStart"/>
      <w:r w:rsidRPr="00AB15B1">
        <w:rPr>
          <w:rFonts w:ascii="Times New Roman" w:hAnsi="Times New Roman" w:cs="Times New Roman"/>
          <w:sz w:val="22"/>
        </w:rPr>
        <w:t>zadań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należy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54F602A9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planowanie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wychowawczej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tworzenie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warunków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sprzyjających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współpracy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integracji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zespołu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klasowego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7CD0E68E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prowadzenie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wychowawcą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podejmowanie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odpowiadających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rozpoznanym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7529DBA1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rozpoznawanie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mocnych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stron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trudności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sytuacji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wsparcia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61DBAE0A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4) </w:t>
      </w:r>
      <w:proofErr w:type="spellStart"/>
      <w:r w:rsidRPr="00AB15B1">
        <w:rPr>
          <w:rFonts w:ascii="Times New Roman" w:hAnsi="Times New Roman" w:cs="Times New Roman"/>
          <w:sz w:val="22"/>
        </w:rPr>
        <w:t>współpraca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nauczycielami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specjalistami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pracującymi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uczniami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koordynowanie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wymiany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wspierania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43B0ADE5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5) </w:t>
      </w:r>
      <w:proofErr w:type="spellStart"/>
      <w:r w:rsidRPr="00AB15B1">
        <w:rPr>
          <w:rFonts w:ascii="Times New Roman" w:hAnsi="Times New Roman" w:cs="Times New Roman"/>
          <w:sz w:val="22"/>
        </w:rPr>
        <w:t>współpraca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rodzicami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zapewnianie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możliwości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uzyskania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dotyczących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funkcjonowania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rozwoju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dziecka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6C0BF21F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6) </w:t>
      </w:r>
      <w:proofErr w:type="spellStart"/>
      <w:r w:rsidRPr="00AB15B1">
        <w:rPr>
          <w:rFonts w:ascii="Times New Roman" w:hAnsi="Times New Roman" w:cs="Times New Roman"/>
          <w:sz w:val="22"/>
        </w:rPr>
        <w:t>planowanie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koordynowanie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psychologiczno-pedagogicznej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zakresie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właściwym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; w </w:t>
      </w:r>
      <w:proofErr w:type="spellStart"/>
      <w:r w:rsidRPr="00AB15B1">
        <w:rPr>
          <w:rFonts w:ascii="Times New Roman" w:hAnsi="Times New Roman" w:cs="Times New Roman"/>
          <w:sz w:val="22"/>
        </w:rPr>
        <w:t>przypadku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objętego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kształceniem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współdziałanie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zespołem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opracowującym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realizującym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indywidualny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program </w:t>
      </w:r>
      <w:proofErr w:type="spellStart"/>
      <w:r w:rsidRPr="00AB15B1">
        <w:rPr>
          <w:rFonts w:ascii="Times New Roman" w:hAnsi="Times New Roman" w:cs="Times New Roman"/>
          <w:sz w:val="22"/>
        </w:rPr>
        <w:t>edukacyjno-terapeutyczny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2154777D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7) </w:t>
      </w:r>
      <w:proofErr w:type="spellStart"/>
      <w:r w:rsidRPr="00AB15B1">
        <w:rPr>
          <w:rFonts w:ascii="Times New Roman" w:hAnsi="Times New Roman" w:cs="Times New Roman"/>
          <w:sz w:val="22"/>
        </w:rPr>
        <w:t>podejmowanie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wychowawczych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profilaktycznych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mediacyjnych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wspierających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sytuacji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4078C35D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8) </w:t>
      </w:r>
      <w:proofErr w:type="spellStart"/>
      <w:r w:rsidRPr="00AB15B1">
        <w:rPr>
          <w:rFonts w:ascii="Times New Roman" w:hAnsi="Times New Roman" w:cs="Times New Roman"/>
          <w:sz w:val="22"/>
        </w:rPr>
        <w:t>wspieranie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relacji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zespole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klasowym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umożliwianie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wyrażania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opinii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sprawach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dotyczących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życia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3EB8F2A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bibliotekarz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zadania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§ 24–25,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2EE029EE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gromadzi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opracowuje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udostępnia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zbiory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korzystanie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biblioteki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68B56A0C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wspiera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korzystaniu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zasobów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źródeł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12B23F5B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rozwija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zainteresowania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czytelnicze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informacyjne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kulturowe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5B35363C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4) </w:t>
      </w:r>
      <w:proofErr w:type="spellStart"/>
      <w:r w:rsidRPr="00AB15B1">
        <w:rPr>
          <w:rFonts w:ascii="Times New Roman" w:hAnsi="Times New Roman" w:cs="Times New Roman"/>
          <w:sz w:val="22"/>
        </w:rPr>
        <w:t>współpracuje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uczniami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nauczycielami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rodzicami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 </w:t>
      </w:r>
      <w:proofErr w:type="spellStart"/>
      <w:r w:rsidRPr="00AB15B1">
        <w:rPr>
          <w:rFonts w:ascii="Times New Roman" w:hAnsi="Times New Roman" w:cs="Times New Roman"/>
          <w:sz w:val="22"/>
        </w:rPr>
        <w:t>innymi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bibliotekami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zakresie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§ 25.</w:t>
      </w:r>
    </w:p>
    <w:p w14:paraId="236E9422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4. </w:t>
      </w:r>
      <w:proofErr w:type="spellStart"/>
      <w:r w:rsidRPr="00AB15B1">
        <w:rPr>
          <w:rFonts w:ascii="Times New Roman" w:hAnsi="Times New Roman" w:cs="Times New Roman"/>
          <w:sz w:val="22"/>
        </w:rPr>
        <w:t>Wychowawca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świetlicy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zadania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§ 27–30, a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6435AB40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zapewnia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podczas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pobytu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świetlicy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79F79A5A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organizuje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opiekuńcze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wychowawcze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edukacyjne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rekreacyjne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ruchowe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2AE96250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wspiera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rozwój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zainteresowania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relacje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społeczne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samodzielność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566D5507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4) </w:t>
      </w:r>
      <w:proofErr w:type="spellStart"/>
      <w:r w:rsidRPr="00AB15B1">
        <w:rPr>
          <w:rFonts w:ascii="Times New Roman" w:hAnsi="Times New Roman" w:cs="Times New Roman"/>
          <w:sz w:val="22"/>
        </w:rPr>
        <w:t>wspiera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nauce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organizowaniu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własnej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AB15B1">
        <w:rPr>
          <w:rFonts w:ascii="Times New Roman" w:hAnsi="Times New Roman" w:cs="Times New Roman"/>
          <w:sz w:val="22"/>
        </w:rPr>
        <w:t>poszanowaniem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ich </w:t>
      </w:r>
      <w:proofErr w:type="spellStart"/>
      <w:r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odpoczynku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B63CFB3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5. </w:t>
      </w:r>
      <w:proofErr w:type="spellStart"/>
      <w:r w:rsidRPr="00AB15B1">
        <w:rPr>
          <w:rFonts w:ascii="Times New Roman" w:hAnsi="Times New Roman" w:cs="Times New Roman"/>
          <w:sz w:val="22"/>
        </w:rPr>
        <w:t>Doradca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zawodowy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zadania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związane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systemem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§ 21,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7F23DDEA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rozpoznaje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zapotrzebowanie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zakresu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doradztwa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zawodowego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1E055CAF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prowadzi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zakresu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doradztwa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zawodowego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współtworzy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koordynuje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realizację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programu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doradztwa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szkolny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4EC17705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wspiera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poznawaniu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własnych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zasobów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podejmowaniu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decyzji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edukacyjno-zawodowych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wspiera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działaniach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doradczych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6EFFE5A9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4) </w:t>
      </w:r>
      <w:proofErr w:type="spellStart"/>
      <w:r w:rsidRPr="00AB15B1">
        <w:rPr>
          <w:rFonts w:ascii="Times New Roman" w:hAnsi="Times New Roman" w:cs="Times New Roman"/>
          <w:sz w:val="22"/>
        </w:rPr>
        <w:t>gromadzi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aktualizuje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udostępnia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zawodowe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A1A8558" w14:textId="3AF4EEF6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5</w:t>
      </w:r>
      <w:r w:rsidR="00907A7D" w:rsidRPr="00AB15B1">
        <w:rPr>
          <w:rFonts w:ascii="Times New Roman" w:hAnsi="Times New Roman" w:cs="Times New Roman"/>
        </w:rPr>
        <w:t>6</w:t>
      </w:r>
      <w:r w:rsidRPr="00AB15B1">
        <w:rPr>
          <w:rFonts w:ascii="Times New Roman" w:hAnsi="Times New Roman" w:cs="Times New Roman"/>
        </w:rPr>
        <w:t>.</w:t>
      </w:r>
    </w:p>
    <w:p w14:paraId="167A720A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Specjaliści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zatrudnieni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szkole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rozpoznają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udzielają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psychologiczno-pedagogicznej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wspierają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współpracują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Pr="00AB15B1">
        <w:rPr>
          <w:rFonts w:ascii="Times New Roman" w:hAnsi="Times New Roman" w:cs="Times New Roman"/>
          <w:sz w:val="22"/>
        </w:rPr>
        <w:t>sobą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podmiotami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wspierającymi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zakresu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swoich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zadań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275A0C7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Pedagog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psycholog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służące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rozpoznawaniu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możliwości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przyczyn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trudności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udzielają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psychologiczno-pedagogicznej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podejmują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profilaktyczne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mediacyjne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interwencyjne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wspierają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współpracują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podmiotami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działającymi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rzecz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dziecka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rodziny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5A5E682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Pedagog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6888D893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współpracuje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uczniami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rodzicami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nauczycielami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specjalistami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rozpoznawaniu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barier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warunków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niezbędnych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aktywnego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pełnego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uczestnictwa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życiu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64E966F4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wspiera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rozpoznawaniu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przyczyn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trudności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dostosowywaniu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sposobów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metod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doborze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form </w:t>
      </w:r>
      <w:proofErr w:type="spellStart"/>
      <w:r w:rsidRPr="00AB15B1">
        <w:rPr>
          <w:rFonts w:ascii="Times New Roman" w:hAnsi="Times New Roman" w:cs="Times New Roman"/>
          <w:sz w:val="22"/>
        </w:rPr>
        <w:t>kształcenia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środków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dydaktycznych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691F7987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udziela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rodzicom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psychologiczno-pedagogicznej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wspiera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zwiększające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dostępność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7786168B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lastRenderedPageBreak/>
        <w:t xml:space="preserve">4) </w:t>
      </w:r>
      <w:proofErr w:type="spellStart"/>
      <w:r w:rsidRPr="00AB15B1">
        <w:rPr>
          <w:rFonts w:ascii="Times New Roman" w:hAnsi="Times New Roman" w:cs="Times New Roman"/>
          <w:sz w:val="22"/>
        </w:rPr>
        <w:t>współpracuje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zespołem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opracowującym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realizującym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indywidualny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program </w:t>
      </w:r>
      <w:proofErr w:type="spellStart"/>
      <w:r w:rsidRPr="00AB15B1">
        <w:rPr>
          <w:rFonts w:ascii="Times New Roman" w:hAnsi="Times New Roman" w:cs="Times New Roman"/>
          <w:sz w:val="22"/>
        </w:rPr>
        <w:t>edukacyjno-terapeutyczny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objętego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kształceniem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specjalnym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6E1BBEEA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5) </w:t>
      </w:r>
      <w:proofErr w:type="spellStart"/>
      <w:r w:rsidRPr="00AB15B1">
        <w:rPr>
          <w:rFonts w:ascii="Times New Roman" w:hAnsi="Times New Roman" w:cs="Times New Roman"/>
          <w:sz w:val="22"/>
        </w:rPr>
        <w:t>współpracuje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AB15B1">
        <w:rPr>
          <w:rFonts w:ascii="Times New Roman" w:hAnsi="Times New Roman" w:cs="Times New Roman"/>
          <w:sz w:val="22"/>
        </w:rPr>
        <w:t>poradniami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podmiotami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wspierającymi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97810EB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4. </w:t>
      </w:r>
      <w:proofErr w:type="spellStart"/>
      <w:r w:rsidRPr="00AB15B1">
        <w:rPr>
          <w:rFonts w:ascii="Times New Roman" w:hAnsi="Times New Roman" w:cs="Times New Roman"/>
          <w:sz w:val="22"/>
        </w:rPr>
        <w:t>Logopeda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4E2DCF3A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prowadzi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diagnozę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logopedyczną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tym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badania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przesiewowe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służące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rozpoznawaniu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stanu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rozwoju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językowego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4E73C554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prowadzi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logopedyczne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porady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konsultacje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zakresie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wspierania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rozwoju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komunikacji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4A65F883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prowadzi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profilaktyczne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dotyczące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komunikacji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językowej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wspiera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specjalistów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rozpoznawaniu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udzielaniu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4FBA0FE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5. </w:t>
      </w:r>
      <w:proofErr w:type="spellStart"/>
      <w:r w:rsidRPr="00AB15B1">
        <w:rPr>
          <w:rFonts w:ascii="Times New Roman" w:hAnsi="Times New Roman" w:cs="Times New Roman"/>
          <w:sz w:val="22"/>
        </w:rPr>
        <w:t>Terapeuta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pedagogiczny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045BFD3B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prowadzi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diagnostyczne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służące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rozpoznawaniu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trudności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monitorowaniu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efektów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oddziaływań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terapeutycznych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580E6273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rozpoznaje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przyczyny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utrudniające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aktywne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pełne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uczestnictwo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życiu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3AE3C173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prowadzi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korekcyjno-kompensacyjne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charakterze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terapeutycznym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4E81334A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4) </w:t>
      </w:r>
      <w:proofErr w:type="spellStart"/>
      <w:r w:rsidRPr="00AB15B1">
        <w:rPr>
          <w:rFonts w:ascii="Times New Roman" w:hAnsi="Times New Roman" w:cs="Times New Roman"/>
          <w:sz w:val="22"/>
        </w:rPr>
        <w:t>podejmuje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profilaktyczne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zapobiegające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niepowodzeniom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wspiera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specjalistów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rozpoznawaniu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udzielaniu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psychologiczno-pedagogicznej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D9987E8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6.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szkole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zatrudniono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współorganizującego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kształcenie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współprowadzi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on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uczestniczy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w </w:t>
      </w:r>
      <w:proofErr w:type="spellStart"/>
      <w:r w:rsidRPr="00AB15B1">
        <w:rPr>
          <w:rFonts w:ascii="Times New Roman" w:hAnsi="Times New Roman" w:cs="Times New Roman"/>
          <w:sz w:val="22"/>
        </w:rPr>
        <w:t>zajęciach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zintegrowanych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wspiera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uczestnictwo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życiu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współuczestniczy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wielospecjalistycznej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funkcjonowania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opracowaniu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realizacji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indywidualnego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programu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edukacyjno-terapeutycznego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15FFA9F3" w14:textId="0B05D671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5</w:t>
      </w:r>
      <w:r w:rsidR="00907A7D" w:rsidRPr="00AB15B1">
        <w:rPr>
          <w:rFonts w:ascii="Times New Roman" w:hAnsi="Times New Roman" w:cs="Times New Roman"/>
        </w:rPr>
        <w:t>7</w:t>
      </w:r>
      <w:r w:rsidRPr="00AB15B1">
        <w:rPr>
          <w:rFonts w:ascii="Times New Roman" w:hAnsi="Times New Roman" w:cs="Times New Roman"/>
        </w:rPr>
        <w:t>.</w:t>
      </w:r>
    </w:p>
    <w:p w14:paraId="0C277A84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Pracownicy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niepedagogiczni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zapewniają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administracyjną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organizacyjną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techniczną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obsługę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dbają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zakresie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powierzonych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porządek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sprawność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wyposażenia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niezwłocznie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reagują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zauważone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zagrożenia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Zadania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wykonują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poszanowaniem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godności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prywatności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; </w:t>
      </w:r>
      <w:proofErr w:type="spellStart"/>
      <w:r w:rsidRPr="00AB15B1">
        <w:rPr>
          <w:rFonts w:ascii="Times New Roman" w:hAnsi="Times New Roman" w:cs="Times New Roman"/>
          <w:sz w:val="22"/>
        </w:rPr>
        <w:t>wsparcie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zastępuje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odpowiedzialności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za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podczas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powierzonych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mu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D9594C8" w14:textId="1F276325" w:rsidR="00151DB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1</w:t>
      </w:r>
      <w:r w:rsidR="00814B63" w:rsidRPr="00AB15B1">
        <w:rPr>
          <w:rFonts w:ascii="Times New Roman" w:hAnsi="Times New Roman" w:cs="Times New Roman"/>
          <w:color w:val="632423" w:themeColor="accent2" w:themeShade="80"/>
          <w:sz w:val="22"/>
        </w:rPr>
        <w:t>6</w:t>
      </w:r>
    </w:p>
    <w:p w14:paraId="6193C602" w14:textId="249B86F8" w:rsidR="00F81935" w:rsidRPr="00AB15B1" w:rsidRDefault="00435BE5" w:rsidP="00AB15B1">
      <w:pPr>
        <w:pStyle w:val="Rozdzial"/>
        <w:spacing w:before="0" w:after="0" w:line="240" w:lineRule="auto"/>
        <w:rPr>
          <w:rFonts w:ascii="Times New Roman" w:hAnsi="Times New Roman" w:cs="Times New Roman"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Szczegółowe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warunki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oceniania</w:t>
      </w:r>
      <w:proofErr w:type="spellEnd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color w:val="632423" w:themeColor="accent2" w:themeShade="80"/>
          <w:sz w:val="22"/>
        </w:rPr>
        <w:t>wewnątrzszkolnego</w:t>
      </w:r>
      <w:proofErr w:type="spellEnd"/>
    </w:p>
    <w:p w14:paraId="7D20336F" w14:textId="19B144F6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 xml:space="preserve">§ </w:t>
      </w:r>
      <w:r w:rsidR="00814B63" w:rsidRPr="00AB15B1">
        <w:rPr>
          <w:rFonts w:ascii="Times New Roman" w:hAnsi="Times New Roman" w:cs="Times New Roman"/>
        </w:rPr>
        <w:t>58</w:t>
      </w:r>
      <w:r w:rsidRPr="00AB15B1">
        <w:rPr>
          <w:rFonts w:ascii="Times New Roman" w:hAnsi="Times New Roman" w:cs="Times New Roman"/>
        </w:rPr>
        <w:t>.</w:t>
      </w:r>
    </w:p>
    <w:p w14:paraId="197B940F" w14:textId="77777777" w:rsidR="00940CDD" w:rsidRPr="00AB15B1" w:rsidRDefault="00940CDD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  <w:highlight w:val="green"/>
          <w:lang w:val="pl-PL"/>
        </w:rPr>
      </w:pPr>
      <w:r w:rsidRPr="00AB15B1">
        <w:rPr>
          <w:rFonts w:ascii="Times New Roman" w:hAnsi="Times New Roman" w:cs="Times New Roman"/>
          <w:bCs/>
          <w:sz w:val="22"/>
          <w:lang w:val="pl-PL"/>
        </w:rPr>
        <w:t>1.</w:t>
      </w:r>
      <w:r w:rsidRPr="00AB15B1">
        <w:rPr>
          <w:rFonts w:ascii="Times New Roman" w:hAnsi="Times New Roman" w:cs="Times New Roman"/>
          <w:sz w:val="22"/>
          <w:lang w:val="pl-PL"/>
        </w:rPr>
        <w:t xml:space="preserve"> Ocenianie wewnątrzszkolne wspiera proces uczenia się i rozwój ucznia. Ocenianie osiągnięć edukacyjnych polega na rozpoznawaniu poziomu i postępów ucznia w odniesieniu do wymagań określonych w podstawie programowej oraz wymagań edukacyjnych wynikających z realizowanego programu nauczania, a w przypadku dodatkowych zajęć edukacyjnych – do wymagań wynikających z realizowanego programu. Ocena zachowania stanowi odrębny obszar.</w:t>
      </w:r>
    </w:p>
    <w:p w14:paraId="34EBC5D6" w14:textId="77777777" w:rsidR="00940CDD" w:rsidRPr="00AB15B1" w:rsidRDefault="00940CDD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AB15B1">
        <w:rPr>
          <w:rFonts w:ascii="Times New Roman" w:hAnsi="Times New Roman" w:cs="Times New Roman"/>
          <w:bCs/>
          <w:sz w:val="22"/>
          <w:lang w:val="pl-PL"/>
        </w:rPr>
        <w:t>2.</w:t>
      </w:r>
      <w:r w:rsidRPr="00AB15B1">
        <w:rPr>
          <w:rFonts w:ascii="Times New Roman" w:hAnsi="Times New Roman" w:cs="Times New Roman"/>
          <w:sz w:val="22"/>
          <w:lang w:val="pl-PL"/>
        </w:rPr>
        <w:t xml:space="preserve"> Oceny osiągnięć edukacyjnych nie ustala się na podstawie zachowania, frekwencji ani przygotowania organizacyjnego ucznia. Wysiłek, systematyczność udziału lub aktywność uwzględnia się wyłącznie w przypadkach przewidzianych w przepisach prawa.</w:t>
      </w:r>
    </w:p>
    <w:p w14:paraId="6638BDB6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Nauczyciele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początku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każdego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szkolnego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później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niż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20 </w:t>
      </w:r>
      <w:proofErr w:type="spellStart"/>
      <w:r w:rsidRPr="00AB15B1">
        <w:rPr>
          <w:rFonts w:ascii="Times New Roman" w:hAnsi="Times New Roman" w:cs="Times New Roman"/>
          <w:sz w:val="22"/>
        </w:rPr>
        <w:t>września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informują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ich </w:t>
      </w:r>
      <w:proofErr w:type="spellStart"/>
      <w:r w:rsidRPr="00AB15B1">
        <w:rPr>
          <w:rFonts w:ascii="Times New Roman" w:hAnsi="Times New Roman" w:cs="Times New Roman"/>
          <w:sz w:val="22"/>
        </w:rPr>
        <w:t>rodziców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o:</w:t>
      </w:r>
    </w:p>
    <w:p w14:paraId="29D2DFE3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wymaganiach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niezbędnych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otrzymania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poszczególnych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śródrocznych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klasyfikacyjnych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wynikających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realizowanego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programu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nauczania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19E3C91B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sposobach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sprawdzania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osiągnięć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52A6C8C7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warunkach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trybie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otrzymania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wyższej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niż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przewidywana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klasyfikacyjnej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edukacyjnych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3716E6E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4. </w:t>
      </w:r>
      <w:proofErr w:type="spellStart"/>
      <w:r w:rsidRPr="00AB15B1">
        <w:rPr>
          <w:rFonts w:ascii="Times New Roman" w:hAnsi="Times New Roman" w:cs="Times New Roman"/>
          <w:sz w:val="22"/>
        </w:rPr>
        <w:t>Informacje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o </w:t>
      </w:r>
      <w:proofErr w:type="spellStart"/>
      <w:r w:rsidRPr="00AB15B1">
        <w:rPr>
          <w:rFonts w:ascii="Times New Roman" w:hAnsi="Times New Roman" w:cs="Times New Roman"/>
          <w:sz w:val="22"/>
        </w:rPr>
        <w:t>których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ust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3, </w:t>
      </w: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przedstawia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podczas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udostępnia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umożliwiający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zapoznanie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nimi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niezależnie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od </w:t>
      </w:r>
      <w:proofErr w:type="spellStart"/>
      <w:r w:rsidRPr="00AB15B1">
        <w:rPr>
          <w:rFonts w:ascii="Times New Roman" w:hAnsi="Times New Roman" w:cs="Times New Roman"/>
          <w:sz w:val="22"/>
        </w:rPr>
        <w:t>obecności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zebraniu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korzystać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dziennika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elektronicznego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zapewnia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mu </w:t>
      </w:r>
      <w:proofErr w:type="spellStart"/>
      <w:r w:rsidRPr="00AB15B1">
        <w:rPr>
          <w:rFonts w:ascii="Times New Roman" w:hAnsi="Times New Roman" w:cs="Times New Roman"/>
          <w:sz w:val="22"/>
        </w:rPr>
        <w:t>dostęp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tych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innej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dostępnej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formie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Fakt </w:t>
      </w:r>
      <w:proofErr w:type="spellStart"/>
      <w:r w:rsidRPr="00AB15B1">
        <w:rPr>
          <w:rFonts w:ascii="Times New Roman" w:hAnsi="Times New Roman" w:cs="Times New Roman"/>
          <w:sz w:val="22"/>
        </w:rPr>
        <w:t>przekazania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udostępnienia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odnotowuje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dzienniku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11A660A2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5. </w:t>
      </w:r>
      <w:proofErr w:type="spellStart"/>
      <w:r w:rsidRPr="00AB15B1">
        <w:rPr>
          <w:rFonts w:ascii="Times New Roman" w:hAnsi="Times New Roman" w:cs="Times New Roman"/>
          <w:sz w:val="22"/>
        </w:rPr>
        <w:t>Wymagania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sposoby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sprawdzania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osiągnięć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formułowane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zrozumiały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pozostają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dostępne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ciągu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szkolnego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6D5E531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6. W </w:t>
      </w:r>
      <w:proofErr w:type="spellStart"/>
      <w:r w:rsidRPr="00AB15B1">
        <w:rPr>
          <w:rFonts w:ascii="Times New Roman" w:hAnsi="Times New Roman" w:cs="Times New Roman"/>
          <w:sz w:val="22"/>
        </w:rPr>
        <w:t>toku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oceniania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przekazuje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pomagającą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rozpoznać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co </w:t>
      </w:r>
      <w:proofErr w:type="spellStart"/>
      <w:r w:rsidRPr="00AB15B1">
        <w:rPr>
          <w:rFonts w:ascii="Times New Roman" w:hAnsi="Times New Roman" w:cs="Times New Roman"/>
          <w:sz w:val="22"/>
        </w:rPr>
        <w:t>zostało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opanowane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co </w:t>
      </w:r>
      <w:proofErr w:type="spellStart"/>
      <w:r w:rsidRPr="00AB15B1">
        <w:rPr>
          <w:rFonts w:ascii="Times New Roman" w:hAnsi="Times New Roman" w:cs="Times New Roman"/>
          <w:sz w:val="22"/>
        </w:rPr>
        <w:t>wymaga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dalszej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jak </w:t>
      </w:r>
      <w:proofErr w:type="spellStart"/>
      <w:r w:rsidRPr="00AB15B1">
        <w:rPr>
          <w:rFonts w:ascii="Times New Roman" w:hAnsi="Times New Roman" w:cs="Times New Roman"/>
          <w:sz w:val="22"/>
        </w:rPr>
        <w:t>tę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zaplanować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celu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rodzaju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przekazywać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lastRenderedPageBreak/>
        <w:t>cele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kryteria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sukcesu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wykorzystywać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samoocenę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koleżeńską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Samoocena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informacja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koleżeńska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zastępują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odpowiedzialności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za </w:t>
      </w:r>
      <w:proofErr w:type="spellStart"/>
      <w:r w:rsidRPr="00AB15B1">
        <w:rPr>
          <w:rFonts w:ascii="Times New Roman" w:hAnsi="Times New Roman" w:cs="Times New Roman"/>
          <w:sz w:val="22"/>
        </w:rPr>
        <w:t>ustalenie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6C6676F" w14:textId="6513E27E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 xml:space="preserve">§ </w:t>
      </w:r>
      <w:r w:rsidR="00814B63" w:rsidRPr="00AB15B1">
        <w:rPr>
          <w:rFonts w:ascii="Times New Roman" w:hAnsi="Times New Roman" w:cs="Times New Roman"/>
        </w:rPr>
        <w:t>59</w:t>
      </w:r>
      <w:r w:rsidRPr="00AB15B1">
        <w:rPr>
          <w:rFonts w:ascii="Times New Roman" w:hAnsi="Times New Roman" w:cs="Times New Roman"/>
        </w:rPr>
        <w:t>.</w:t>
      </w:r>
    </w:p>
    <w:p w14:paraId="41810CB5" w14:textId="77777777" w:rsidR="00940CDD" w:rsidRPr="00AB15B1" w:rsidRDefault="00940CDD" w:rsidP="00AB15B1">
      <w:pPr>
        <w:pStyle w:val="Paragraf"/>
        <w:spacing w:before="0" w:after="0" w:line="240" w:lineRule="auto"/>
        <w:jc w:val="both"/>
        <w:rPr>
          <w:rFonts w:ascii="Times New Roman" w:hAnsi="Times New Roman" w:cs="Times New Roman"/>
          <w:b w:val="0"/>
        </w:rPr>
      </w:pPr>
      <w:proofErr w:type="spellStart"/>
      <w:r w:rsidRPr="00AB15B1">
        <w:rPr>
          <w:rFonts w:ascii="Times New Roman" w:hAnsi="Times New Roman" w:cs="Times New Roman"/>
          <w:b w:val="0"/>
        </w:rPr>
        <w:t>Wychowawca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na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początku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każdego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roku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szkolnego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informuje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uczniów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ich </w:t>
      </w:r>
      <w:proofErr w:type="spellStart"/>
      <w:r w:rsidRPr="00AB15B1">
        <w:rPr>
          <w:rFonts w:ascii="Times New Roman" w:hAnsi="Times New Roman" w:cs="Times New Roman"/>
          <w:b w:val="0"/>
        </w:rPr>
        <w:t>rodziców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o </w:t>
      </w:r>
      <w:proofErr w:type="spellStart"/>
      <w:r w:rsidRPr="00AB15B1">
        <w:rPr>
          <w:rFonts w:ascii="Times New Roman" w:hAnsi="Times New Roman" w:cs="Times New Roman"/>
          <w:b w:val="0"/>
        </w:rPr>
        <w:t>warunkach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sposobie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oraz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kryteriach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oceniania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zachowania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, a </w:t>
      </w:r>
      <w:proofErr w:type="spellStart"/>
      <w:r w:rsidRPr="00AB15B1">
        <w:rPr>
          <w:rFonts w:ascii="Times New Roman" w:hAnsi="Times New Roman" w:cs="Times New Roman"/>
          <w:b w:val="0"/>
        </w:rPr>
        <w:t>także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o </w:t>
      </w:r>
      <w:proofErr w:type="spellStart"/>
      <w:r w:rsidRPr="00AB15B1">
        <w:rPr>
          <w:rFonts w:ascii="Times New Roman" w:hAnsi="Times New Roman" w:cs="Times New Roman"/>
          <w:b w:val="0"/>
        </w:rPr>
        <w:t>warunkach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trybie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otrzymania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wyższej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niż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przewidywana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rocznej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oceny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klasyfikacyjnej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zachowania</w:t>
      </w:r>
      <w:proofErr w:type="spellEnd"/>
      <w:r w:rsidRPr="00AB15B1">
        <w:rPr>
          <w:rFonts w:ascii="Times New Roman" w:hAnsi="Times New Roman" w:cs="Times New Roman"/>
          <w:b w:val="0"/>
        </w:rPr>
        <w:t>.</w:t>
      </w:r>
    </w:p>
    <w:p w14:paraId="3C618CA4" w14:textId="53FAB8AC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6</w:t>
      </w:r>
      <w:r w:rsidR="00814B63" w:rsidRPr="00AB15B1">
        <w:rPr>
          <w:rFonts w:ascii="Times New Roman" w:hAnsi="Times New Roman" w:cs="Times New Roman"/>
        </w:rPr>
        <w:t>0</w:t>
      </w:r>
      <w:r w:rsidRPr="00AB15B1">
        <w:rPr>
          <w:rFonts w:ascii="Times New Roman" w:hAnsi="Times New Roman" w:cs="Times New Roman"/>
        </w:rPr>
        <w:t>.</w:t>
      </w:r>
    </w:p>
    <w:p w14:paraId="055D55C9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Terminy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pierwszego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półrocza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klasyfikacji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śródrocznej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§ 15.</w:t>
      </w:r>
    </w:p>
    <w:p w14:paraId="68B0AA34" w14:textId="0651914B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6</w:t>
      </w:r>
      <w:r w:rsidR="00814B63" w:rsidRPr="00AB15B1">
        <w:rPr>
          <w:rFonts w:ascii="Times New Roman" w:hAnsi="Times New Roman" w:cs="Times New Roman"/>
        </w:rPr>
        <w:t>1</w:t>
      </w:r>
      <w:r w:rsidRPr="00AB15B1">
        <w:rPr>
          <w:rFonts w:ascii="Times New Roman" w:hAnsi="Times New Roman" w:cs="Times New Roman"/>
        </w:rPr>
        <w:t>.</w:t>
      </w:r>
    </w:p>
    <w:p w14:paraId="5C7E70D8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Śródroczne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klasyfikacyjne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później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niż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2 </w:t>
      </w:r>
      <w:proofErr w:type="spellStart"/>
      <w:r w:rsidRPr="00AB15B1">
        <w:rPr>
          <w:rFonts w:ascii="Times New Roman" w:hAnsi="Times New Roman" w:cs="Times New Roman"/>
          <w:sz w:val="22"/>
        </w:rPr>
        <w:t>dni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robocze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klasyfikacyjnym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zebraniem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Rady </w:t>
      </w:r>
      <w:proofErr w:type="spellStart"/>
      <w:r w:rsidRPr="00AB15B1">
        <w:rPr>
          <w:rFonts w:ascii="Times New Roman" w:hAnsi="Times New Roman" w:cs="Times New Roman"/>
          <w:sz w:val="22"/>
        </w:rPr>
        <w:t>Pedagogicznej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9BBF425" w14:textId="5CFD1A9A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6</w:t>
      </w:r>
      <w:r w:rsidR="00814B63" w:rsidRPr="00AB15B1">
        <w:rPr>
          <w:rFonts w:ascii="Times New Roman" w:hAnsi="Times New Roman" w:cs="Times New Roman"/>
        </w:rPr>
        <w:t>2</w:t>
      </w:r>
      <w:r w:rsidRPr="00AB15B1">
        <w:rPr>
          <w:rFonts w:ascii="Times New Roman" w:hAnsi="Times New Roman" w:cs="Times New Roman"/>
        </w:rPr>
        <w:t>.</w:t>
      </w:r>
    </w:p>
    <w:p w14:paraId="53F3A667" w14:textId="25203AEB" w:rsidR="00FE3691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r w:rsidR="00FE3691" w:rsidRPr="00AB15B1">
        <w:rPr>
          <w:rFonts w:ascii="Times New Roman" w:hAnsi="Times New Roman" w:cs="Times New Roman"/>
          <w:sz w:val="22"/>
        </w:rPr>
        <w:t xml:space="preserve">W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klasach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r w:rsidR="00814B63" w:rsidRPr="00AB15B1">
        <w:rPr>
          <w:rFonts w:ascii="Times New Roman" w:hAnsi="Times New Roman" w:cs="Times New Roman"/>
          <w:sz w:val="22"/>
        </w:rPr>
        <w:t>II</w:t>
      </w:r>
      <w:r w:rsidR="00FE3691" w:rsidRPr="00AB15B1">
        <w:rPr>
          <w:rFonts w:ascii="Times New Roman" w:hAnsi="Times New Roman" w:cs="Times New Roman"/>
          <w:sz w:val="22"/>
        </w:rPr>
        <w:t xml:space="preserve">–III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stosuje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się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bieżące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oceny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skali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: 6 –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celujący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, 5 –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bardzo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dobry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, 4 –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dobry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, 3 –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dostateczny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, 2 –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dopuszczający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, 1 –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niedostateczny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Przy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ocenach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bieżących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dopuszcza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się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stosowanie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znaków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„+”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i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„–”, z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wyjątkiem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znaku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„+”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przy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ocenie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celującej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i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znaku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„–”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przy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ocenie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niedostatecznej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>.</w:t>
      </w:r>
      <w:r w:rsidR="00FE3691" w:rsidRPr="00AB15B1">
        <w:rPr>
          <w:rFonts w:ascii="Times New Roman" w:hAnsi="Times New Roman" w:cs="Times New Roman"/>
          <w:sz w:val="22"/>
        </w:rPr>
        <w:t xml:space="preserve"> </w:t>
      </w:r>
      <w:r w:rsidR="00DF782C" w:rsidRPr="00AB15B1">
        <w:rPr>
          <w:rFonts w:ascii="Times New Roman" w:hAnsi="Times New Roman" w:cs="Times New Roman"/>
          <w:sz w:val="22"/>
        </w:rPr>
        <w:t>D</w:t>
      </w:r>
      <w:r w:rsidR="00FE3691" w:rsidRPr="00AB15B1">
        <w:rPr>
          <w:rFonts w:ascii="Times New Roman" w:hAnsi="Times New Roman" w:cs="Times New Roman"/>
          <w:sz w:val="22"/>
        </w:rPr>
        <w:t xml:space="preserve">o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oceny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może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być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dołączony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komentarz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>.</w:t>
      </w:r>
    </w:p>
    <w:p w14:paraId="1246A0A1" w14:textId="17708D91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Ocenianie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bieżące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klasach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I–III </w:t>
      </w:r>
      <w:proofErr w:type="spellStart"/>
      <w:r w:rsidRPr="00AB15B1">
        <w:rPr>
          <w:rFonts w:ascii="Times New Roman" w:hAnsi="Times New Roman" w:cs="Times New Roman"/>
          <w:sz w:val="22"/>
        </w:rPr>
        <w:t>służy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monitorowaniu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przekazywaniu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mu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wskazującej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co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robi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dobrze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co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jaki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powinien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poprawić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jak </w:t>
      </w:r>
      <w:proofErr w:type="spellStart"/>
      <w:r w:rsidRPr="00AB15B1">
        <w:rPr>
          <w:rFonts w:ascii="Times New Roman" w:hAnsi="Times New Roman" w:cs="Times New Roman"/>
          <w:sz w:val="22"/>
        </w:rPr>
        <w:t>powinien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dalej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uczyć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Informacja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być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przekazywana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pisemnie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rodzaju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aktywności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3E04F6B" w14:textId="4D76678B" w:rsidR="00814B63" w:rsidRPr="00AB15B1" w:rsidRDefault="00814B63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63.</w:t>
      </w:r>
    </w:p>
    <w:p w14:paraId="4B7551E1" w14:textId="0DE0F653" w:rsidR="00814B63" w:rsidRPr="00AB15B1" w:rsidRDefault="00814B63" w:rsidP="00AB15B1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1. W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klasie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I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szkoły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podstawowej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stosuje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się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bieżące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ocenianie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w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formie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opisowej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którego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celem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jest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rozpoznawanie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poziomu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opanowania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wiadomości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umiejętności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kompetencji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oraz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wspieranie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jego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dalszego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rozwoju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procesu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uczenia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się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. </w:t>
      </w:r>
    </w:p>
    <w:p w14:paraId="6ED2F68F" w14:textId="13A27963" w:rsidR="00814B63" w:rsidRPr="00AB15B1" w:rsidRDefault="00814B63" w:rsidP="00AB15B1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2.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Bieżące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ocenianie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polega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na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systematycznym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rozpoznawaniu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osiągnięć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postępów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w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odniesieniu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do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wymagań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określonych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w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podstawie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programowej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. </w:t>
      </w:r>
    </w:p>
    <w:p w14:paraId="2E49B347" w14:textId="1305B838" w:rsidR="00814B63" w:rsidRPr="00AB15B1" w:rsidRDefault="00814B63" w:rsidP="00AB15B1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3.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Informacja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przekazywana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uczniowi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odnosi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się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do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konkretnej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wiadomości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umiejętności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kompetencji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lub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osiągnięcia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wskazuje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w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szczególności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: </w:t>
      </w:r>
    </w:p>
    <w:p w14:paraId="5C6F70D9" w14:textId="19A1BBE2" w:rsidR="00814B63" w:rsidRPr="00AB15B1" w:rsidRDefault="00814B63" w:rsidP="00AB15B1">
      <w:pPr>
        <w:pStyle w:val="Akapitzlist"/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co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uczeń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wykonał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prawidłowo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; </w:t>
      </w:r>
    </w:p>
    <w:p w14:paraId="3A492EAB" w14:textId="77777777" w:rsidR="00814B63" w:rsidRPr="00AB15B1" w:rsidRDefault="00814B63" w:rsidP="00AB15B1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co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opanował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; </w:t>
      </w:r>
    </w:p>
    <w:p w14:paraId="249016F0" w14:textId="77777777" w:rsidR="00814B63" w:rsidRPr="00AB15B1" w:rsidRDefault="00814B63" w:rsidP="00AB15B1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co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wymaga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dalszego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doskonalenia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; </w:t>
      </w:r>
    </w:p>
    <w:p w14:paraId="46CCAD3C" w14:textId="77777777" w:rsidR="00814B63" w:rsidRPr="00AB15B1" w:rsidRDefault="00814B63" w:rsidP="00AB15B1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nad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czym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powinien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jeszcze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pracować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. </w:t>
      </w:r>
    </w:p>
    <w:p w14:paraId="351EAB8B" w14:textId="72748A85" w:rsidR="00814B63" w:rsidRPr="00AB15B1" w:rsidRDefault="00814B63" w:rsidP="00AB15B1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4.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Informację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zwrotną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przekazuje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się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uczniowi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w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formie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dostosowanej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do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jego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wieku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możliwości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psychofizycznych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indywidualnych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potrzeb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w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szczególności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: </w:t>
      </w:r>
    </w:p>
    <w:p w14:paraId="74A7B7AE" w14:textId="77777777" w:rsidR="00814B63" w:rsidRPr="00AB15B1" w:rsidRDefault="00814B63" w:rsidP="00AB15B1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ustnie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; </w:t>
      </w:r>
    </w:p>
    <w:p w14:paraId="613E734A" w14:textId="77777777" w:rsidR="00814B63" w:rsidRPr="00AB15B1" w:rsidRDefault="00814B63" w:rsidP="00AB15B1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w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formie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krótkiego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komunikatu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pisemnego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; </w:t>
      </w:r>
    </w:p>
    <w:p w14:paraId="33D9B912" w14:textId="77777777" w:rsidR="00814B63" w:rsidRPr="00AB15B1" w:rsidRDefault="00814B63" w:rsidP="00AB15B1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za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pomocą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pieczątki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; </w:t>
      </w:r>
    </w:p>
    <w:p w14:paraId="429DC38D" w14:textId="77777777" w:rsidR="00814B63" w:rsidRPr="00AB15B1" w:rsidRDefault="00814B63" w:rsidP="00AB15B1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za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pomocą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symbolu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graficznego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. </w:t>
      </w:r>
    </w:p>
    <w:p w14:paraId="3963D429" w14:textId="5380F0E3" w:rsidR="00814B63" w:rsidRPr="00AB15B1" w:rsidRDefault="00814B63" w:rsidP="00AB15B1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5. W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bieżącym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ocenianiu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stosuje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się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określenia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stanowiące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krótką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informację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zwrotną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dla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: </w:t>
      </w:r>
    </w:p>
    <w:p w14:paraId="45CEFDDD" w14:textId="77777777" w:rsidR="00814B63" w:rsidRPr="00AB15B1" w:rsidRDefault="00814B63" w:rsidP="00AB15B1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>„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Doskonale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–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oby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tak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dalej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!” –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uczeń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samodzielnie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poprawnie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sprawnie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opanował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daną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umiejętność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; </w:t>
      </w:r>
    </w:p>
    <w:p w14:paraId="30EDE060" w14:textId="77777777" w:rsidR="00814B63" w:rsidRPr="00AB15B1" w:rsidRDefault="00814B63" w:rsidP="00AB15B1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>„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Bardzo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dobrze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” –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uczeń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bardzo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dobrze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opanował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daną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umiejętność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wykonuje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zadania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poprawnie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oraz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samodzielnie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; </w:t>
      </w:r>
    </w:p>
    <w:p w14:paraId="30C59B97" w14:textId="77777777" w:rsidR="00814B63" w:rsidRPr="00AB15B1" w:rsidRDefault="00814B63" w:rsidP="00AB15B1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>„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Dobrze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sobie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radzisz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” –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uczeń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opanował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daną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umiejętność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poprawnie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wykonuje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zadania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przy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niewielkim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wsparciu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nauczyciela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; </w:t>
      </w:r>
    </w:p>
    <w:p w14:paraId="27EECC18" w14:textId="77777777" w:rsidR="00814B63" w:rsidRPr="00AB15B1" w:rsidRDefault="00814B63" w:rsidP="00AB15B1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>„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Popracuj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nad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tym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” –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uczeń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częściowo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opanował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daną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umiejętność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potrzebuje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dalszych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ćwiczeń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oraz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utrwalenia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; </w:t>
      </w:r>
    </w:p>
    <w:p w14:paraId="0F187F33" w14:textId="77777777" w:rsidR="00814B63" w:rsidRPr="00AB15B1" w:rsidRDefault="00814B63" w:rsidP="00AB15B1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>„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Potrafisz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lepiej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” –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uczeń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podejmuje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próbę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wykonania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zadania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jednak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powinien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pracować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nad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jego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poprawnością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dokładnością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lub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samodzielnością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; </w:t>
      </w:r>
    </w:p>
    <w:p w14:paraId="39D49022" w14:textId="77777777" w:rsidR="00814B63" w:rsidRPr="00AB15B1" w:rsidRDefault="00814B63" w:rsidP="00AB15B1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>„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Postaraj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się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” –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uczeń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jest w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trakcie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nabywania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danej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umiejętności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potrzebuje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dalszych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ćwiczeń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wskazówek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oraz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wsparcia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nauczyciela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. </w:t>
      </w:r>
    </w:p>
    <w:p w14:paraId="2AAA4291" w14:textId="2AE47284" w:rsidR="00814B63" w:rsidRPr="00AB15B1" w:rsidRDefault="00814B63" w:rsidP="00AB15B1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6.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Określenia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o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których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mowa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w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ust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. 5,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nie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stanowią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ocen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wyrażonych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stopniem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lecz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są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formą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krótkiej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informacji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zwrotnej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o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poziomie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wykonania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zadania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dalszym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kierunku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pracy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. </w:t>
      </w:r>
    </w:p>
    <w:p w14:paraId="60C882D3" w14:textId="11349FDE" w:rsidR="00814B63" w:rsidRPr="00AB15B1" w:rsidRDefault="00814B63" w:rsidP="00AB15B1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7.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Rodzicom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przekazuje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się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informacje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o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osiągnięciach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i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postępach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za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pośrednictwem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dziennika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elektronicznego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oraz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w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formie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ustnej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podczas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bieżących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kontaktów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z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nauczycielem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. </w:t>
      </w:r>
    </w:p>
    <w:p w14:paraId="074FC3CE" w14:textId="293E4053" w:rsidR="00814B63" w:rsidRPr="00AB15B1" w:rsidRDefault="00814B63" w:rsidP="00AB15B1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8.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Informacja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przekazywana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rodzicom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odnosi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się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do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konkretnego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osiągnięcia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obejmuje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odpowiednio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do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charakteru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ocenianej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aktywności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: </w:t>
      </w:r>
    </w:p>
    <w:p w14:paraId="1A175F93" w14:textId="77777777" w:rsidR="00814B63" w:rsidRPr="00AB15B1" w:rsidRDefault="00814B63" w:rsidP="00AB15B1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lastRenderedPageBreak/>
        <w:t>obszar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edukacyjny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lub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kompetencję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; </w:t>
      </w:r>
    </w:p>
    <w:p w14:paraId="0DBA448D" w14:textId="77777777" w:rsidR="00814B63" w:rsidRPr="00AB15B1" w:rsidRDefault="00814B63" w:rsidP="00AB15B1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ocenianą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umiejętność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lub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wymaganie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wynikające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z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podstawy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programowej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; </w:t>
      </w:r>
    </w:p>
    <w:p w14:paraId="3DE486E7" w14:textId="77777777" w:rsidR="00814B63" w:rsidRPr="00AB15B1" w:rsidRDefault="00814B63" w:rsidP="00AB15B1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opis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osiągnięcia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; </w:t>
      </w:r>
    </w:p>
    <w:p w14:paraId="03180FCF" w14:textId="77777777" w:rsidR="00814B63" w:rsidRPr="00AB15B1" w:rsidRDefault="00814B63" w:rsidP="00AB15B1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poziom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opanowania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danej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umiejętności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; </w:t>
      </w:r>
    </w:p>
    <w:p w14:paraId="4D231B0A" w14:textId="77777777" w:rsidR="00814B63" w:rsidRPr="00AB15B1" w:rsidRDefault="00814B63" w:rsidP="00AB15B1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kierunek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dalszej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pracy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– w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razie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potrzeby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. </w:t>
      </w:r>
    </w:p>
    <w:p w14:paraId="56D13A3B" w14:textId="5EDEAEE4" w:rsidR="00814B63" w:rsidRPr="00AB15B1" w:rsidRDefault="00814B63" w:rsidP="00AB15B1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8.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Informacje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o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bieżących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osiągnięciach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postępach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dokumentuje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się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w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dzienniku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elektronicznym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.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Sposób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dokumentowania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umożliwia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odniesienie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informacji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do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właściwego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obszaru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edukacyjnego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ocenianej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umiejętności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wymagania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lub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osiągnięcia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wynikającego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z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podstawy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programowej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. </w:t>
      </w:r>
    </w:p>
    <w:p w14:paraId="33B3D3FC" w14:textId="191EB232" w:rsidR="00814B63" w:rsidRPr="00AB15B1" w:rsidRDefault="00814B63" w:rsidP="00AB15B1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10.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Informacja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przekazywana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uczniowi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oraz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informacja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przekazywana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rodzicom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odnoszą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się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do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tego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samego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osiągnięcia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edukacyjnego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przy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czym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treść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kierowana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do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rodziców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jest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bardziej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szczegółowa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dostosowana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do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potrzeb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informacyjnych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rodziców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. </w:t>
      </w:r>
    </w:p>
    <w:p w14:paraId="14D82944" w14:textId="6F4F8C4F" w:rsidR="00814B63" w:rsidRPr="00AB15B1" w:rsidRDefault="00814B63" w:rsidP="00AB15B1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11.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Informację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o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bieżących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osiągnięciach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nauczyciel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przekazuje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również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ustnie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w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szczególności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podczas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zajęć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po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wykonaniu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zadania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podczas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omawiania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pracy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oraz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w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sytuacji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wymagającej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wyjaśnienia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sposobu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wykonania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zadania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lub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wskazania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dalszego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kierunku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pracy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. </w:t>
      </w:r>
    </w:p>
    <w:p w14:paraId="43B3CA74" w14:textId="3CDB7E13" w:rsidR="00814B63" w:rsidRPr="00AB15B1" w:rsidRDefault="00814B63" w:rsidP="00AB15B1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12.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Przy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ustalaniu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bieżącej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informacji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nauczyciel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uwzględnia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w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szczególności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poziom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opanowania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umiejętności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samodzielność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jego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postępy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indywidualne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możliwości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psychofizyczne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oraz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wkład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pracy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. </w:t>
      </w:r>
    </w:p>
    <w:p w14:paraId="636A992F" w14:textId="6F57C097" w:rsidR="00814B63" w:rsidRPr="00AB15B1" w:rsidRDefault="00814B63" w:rsidP="00AB15B1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13.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Bieżące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ocenianie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służy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monitorowaniu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procesu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uczenia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się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,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rozpoznawaniu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indywidualnych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postępów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ucznia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oraz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planowaniu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dalszej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pracy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  <w:proofErr w:type="spellStart"/>
      <w:r w:rsidRPr="00AB15B1">
        <w:rPr>
          <w:rFonts w:ascii="Times New Roman" w:eastAsia="Times New Roman" w:hAnsi="Times New Roman" w:cs="Times New Roman"/>
          <w:sz w:val="22"/>
          <w:lang w:eastAsia="pl-PL"/>
        </w:rPr>
        <w:t>edukacyjnej</w:t>
      </w:r>
      <w:proofErr w:type="spellEnd"/>
      <w:r w:rsidRPr="00AB15B1">
        <w:rPr>
          <w:rFonts w:ascii="Times New Roman" w:eastAsia="Times New Roman" w:hAnsi="Times New Roman" w:cs="Times New Roman"/>
          <w:sz w:val="22"/>
          <w:lang w:eastAsia="pl-PL"/>
        </w:rPr>
        <w:t>.</w:t>
      </w:r>
    </w:p>
    <w:p w14:paraId="3A8CFD2E" w14:textId="0AB8CF1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6</w:t>
      </w:r>
      <w:r w:rsidR="00814B63" w:rsidRPr="00AB15B1">
        <w:rPr>
          <w:rFonts w:ascii="Times New Roman" w:hAnsi="Times New Roman" w:cs="Times New Roman"/>
        </w:rPr>
        <w:t>4</w:t>
      </w:r>
      <w:r w:rsidRPr="00AB15B1">
        <w:rPr>
          <w:rFonts w:ascii="Times New Roman" w:hAnsi="Times New Roman" w:cs="Times New Roman"/>
        </w:rPr>
        <w:t>.</w:t>
      </w:r>
    </w:p>
    <w:p w14:paraId="290BB512" w14:textId="64C9C02E" w:rsidR="00456999" w:rsidRPr="00AB15B1" w:rsidRDefault="00456999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r w:rsidR="00FE3691" w:rsidRPr="00AB15B1">
        <w:rPr>
          <w:rFonts w:ascii="Times New Roman" w:hAnsi="Times New Roman" w:cs="Times New Roman"/>
          <w:sz w:val="22"/>
        </w:rPr>
        <w:t xml:space="preserve">W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klasach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IV–VIII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oceny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bieżące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ustala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się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skali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1–6, o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której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mowa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w § 64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ust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. 1. Do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oceny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może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być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dołączony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komentarz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>.</w:t>
      </w:r>
    </w:p>
    <w:p w14:paraId="32BB555C" w14:textId="63F42A68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Ocena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odnosi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wiadomości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umiejętności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sprawdzanych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danej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formie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wcześniej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kryteriów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W </w:t>
      </w:r>
      <w:proofErr w:type="spellStart"/>
      <w:r w:rsidRPr="00AB15B1">
        <w:rPr>
          <w:rFonts w:ascii="Times New Roman" w:hAnsi="Times New Roman" w:cs="Times New Roman"/>
          <w:sz w:val="22"/>
        </w:rPr>
        <w:t>ramach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oceniania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bieżącego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przekazuje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wskazującą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co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robi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dobrze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co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jaki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powinien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poprawić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jak </w:t>
      </w:r>
      <w:proofErr w:type="spellStart"/>
      <w:r w:rsidRPr="00AB15B1">
        <w:rPr>
          <w:rFonts w:ascii="Times New Roman" w:hAnsi="Times New Roman" w:cs="Times New Roman"/>
          <w:sz w:val="22"/>
        </w:rPr>
        <w:t>powinien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dalej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uczyć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7C6805D" w14:textId="6BFF5CA3" w:rsidR="0082167B" w:rsidRPr="00AB15B1" w:rsidRDefault="00494DD9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Przy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ocenach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bieżących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wyrażonych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stopniem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dopuszcza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się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stosowanie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znaków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„+”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i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„–”, z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wyjątkiem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znaku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„+”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przy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ocenie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celującej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i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znaku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„–”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przy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ocenie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E3691" w:rsidRPr="00AB15B1">
        <w:rPr>
          <w:rFonts w:ascii="Times New Roman" w:hAnsi="Times New Roman" w:cs="Times New Roman"/>
          <w:sz w:val="22"/>
        </w:rPr>
        <w:t>niedostatecznej</w:t>
      </w:r>
      <w:proofErr w:type="spellEnd"/>
      <w:r w:rsidR="00FE3691" w:rsidRPr="00AB15B1">
        <w:rPr>
          <w:rFonts w:ascii="Times New Roman" w:hAnsi="Times New Roman" w:cs="Times New Roman"/>
          <w:sz w:val="22"/>
        </w:rPr>
        <w:t>.</w:t>
      </w:r>
    </w:p>
    <w:p w14:paraId="753756BC" w14:textId="2419622C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6</w:t>
      </w:r>
      <w:r w:rsidR="00814B63" w:rsidRPr="00AB15B1">
        <w:rPr>
          <w:rFonts w:ascii="Times New Roman" w:hAnsi="Times New Roman" w:cs="Times New Roman"/>
        </w:rPr>
        <w:t>5</w:t>
      </w:r>
      <w:r w:rsidRPr="00AB15B1">
        <w:rPr>
          <w:rFonts w:ascii="Times New Roman" w:hAnsi="Times New Roman" w:cs="Times New Roman"/>
        </w:rPr>
        <w:t>.</w:t>
      </w:r>
    </w:p>
    <w:p w14:paraId="67075A2A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Sprawdzanie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osiągnięć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odbywa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uwzględnieniem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następujących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201ADE71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zapowiedziana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pisemna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forma </w:t>
      </w:r>
      <w:proofErr w:type="spellStart"/>
      <w:r w:rsidRPr="00AB15B1">
        <w:rPr>
          <w:rFonts w:ascii="Times New Roman" w:hAnsi="Times New Roman" w:cs="Times New Roman"/>
          <w:sz w:val="22"/>
        </w:rPr>
        <w:t>sprawdzająca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szerszy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zakres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materiału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sprawdzian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jest </w:t>
      </w:r>
      <w:proofErr w:type="spellStart"/>
      <w:r w:rsidRPr="00AB15B1">
        <w:rPr>
          <w:rFonts w:ascii="Times New Roman" w:hAnsi="Times New Roman" w:cs="Times New Roman"/>
          <w:sz w:val="22"/>
        </w:rPr>
        <w:t>zapowiadana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co </w:t>
      </w:r>
      <w:proofErr w:type="spellStart"/>
      <w:r w:rsidRPr="00AB15B1">
        <w:rPr>
          <w:rFonts w:ascii="Times New Roman" w:hAnsi="Times New Roman" w:cs="Times New Roman"/>
          <w:sz w:val="22"/>
        </w:rPr>
        <w:t>najmniej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tygodniowym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wyprzedzeniem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Pr="00AB15B1">
        <w:rPr>
          <w:rFonts w:ascii="Times New Roman" w:hAnsi="Times New Roman" w:cs="Times New Roman"/>
          <w:sz w:val="22"/>
        </w:rPr>
        <w:t>jej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termin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wpisuje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dziennika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elektronicznego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41D45F15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w </w:t>
      </w:r>
      <w:proofErr w:type="spellStart"/>
      <w:r w:rsidRPr="00AB15B1">
        <w:rPr>
          <w:rFonts w:ascii="Times New Roman" w:hAnsi="Times New Roman" w:cs="Times New Roman"/>
          <w:sz w:val="22"/>
        </w:rPr>
        <w:t>ciągu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odbyć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jedna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forma, o </w:t>
      </w:r>
      <w:proofErr w:type="spellStart"/>
      <w:r w:rsidRPr="00AB15B1">
        <w:rPr>
          <w:rFonts w:ascii="Times New Roman" w:hAnsi="Times New Roman" w:cs="Times New Roman"/>
          <w:sz w:val="22"/>
        </w:rPr>
        <w:t>której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pkt 1, a w </w:t>
      </w:r>
      <w:proofErr w:type="spellStart"/>
      <w:r w:rsidRPr="00AB15B1">
        <w:rPr>
          <w:rFonts w:ascii="Times New Roman" w:hAnsi="Times New Roman" w:cs="Times New Roman"/>
          <w:sz w:val="22"/>
        </w:rPr>
        <w:t>tygodniu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więcej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niż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dwie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takie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formy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; limit </w:t>
      </w:r>
      <w:proofErr w:type="spellStart"/>
      <w:r w:rsidRPr="00AB15B1">
        <w:rPr>
          <w:rFonts w:ascii="Times New Roman" w:hAnsi="Times New Roman" w:cs="Times New Roman"/>
          <w:sz w:val="22"/>
        </w:rPr>
        <w:t>stosuje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niezależnie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nazwy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nadanej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0B506DCB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przekazuje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wynik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sprawdzonej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pisemnej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przydatną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dalszej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terminie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14 </w:t>
      </w:r>
      <w:proofErr w:type="spellStart"/>
      <w:r w:rsidRPr="00AB15B1">
        <w:rPr>
          <w:rFonts w:ascii="Times New Roman" w:hAnsi="Times New Roman" w:cs="Times New Roman"/>
          <w:sz w:val="22"/>
        </w:rPr>
        <w:t>dni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roboczych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;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przyczyn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niezależnych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termin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być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dotrzymany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przyczynie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podaje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nowy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termin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790AAF6" w14:textId="136B2581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Krótkie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pisemne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formy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sprawdzające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bieżący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niewielki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zakres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materiału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mogą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być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niezapowiedziane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Nie </w:t>
      </w:r>
      <w:proofErr w:type="spellStart"/>
      <w:r w:rsidRPr="00AB15B1">
        <w:rPr>
          <w:rFonts w:ascii="Times New Roman" w:hAnsi="Times New Roman" w:cs="Times New Roman"/>
          <w:sz w:val="22"/>
        </w:rPr>
        <w:t>mogą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być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wykorzystywane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obchodzenia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limitów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o </w:t>
      </w:r>
      <w:proofErr w:type="spellStart"/>
      <w:r w:rsidRPr="00AB15B1">
        <w:rPr>
          <w:rFonts w:ascii="Times New Roman" w:hAnsi="Times New Roman" w:cs="Times New Roman"/>
          <w:sz w:val="22"/>
        </w:rPr>
        <w:t>których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ust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1 pkt 2. </w:t>
      </w:r>
      <w:proofErr w:type="spellStart"/>
      <w:r w:rsidRPr="00AB15B1">
        <w:rPr>
          <w:rFonts w:ascii="Times New Roman" w:hAnsi="Times New Roman" w:cs="Times New Roman"/>
          <w:sz w:val="22"/>
        </w:rPr>
        <w:t>Zapowiedziana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forma, o </w:t>
      </w:r>
      <w:proofErr w:type="spellStart"/>
      <w:r w:rsidRPr="00AB15B1">
        <w:rPr>
          <w:rFonts w:ascii="Times New Roman" w:hAnsi="Times New Roman" w:cs="Times New Roman"/>
          <w:sz w:val="22"/>
        </w:rPr>
        <w:t>której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ust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1 pkt 1, </w:t>
      </w:r>
      <w:r w:rsidR="00DF782C" w:rsidRPr="00AB15B1">
        <w:rPr>
          <w:rFonts w:ascii="Times New Roman" w:hAnsi="Times New Roman" w:cs="Times New Roman"/>
          <w:sz w:val="22"/>
        </w:rPr>
        <w:t xml:space="preserve">jest </w:t>
      </w:r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poprzedzona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uporządkowaniem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utrwaleniem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materiału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objętego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sprawdzaniem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3FB6B44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omawia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uczniami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wyniki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pisemnych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udziela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pozwalającej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rozpoznać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co </w:t>
      </w:r>
      <w:proofErr w:type="spellStart"/>
      <w:r w:rsidRPr="00AB15B1">
        <w:rPr>
          <w:rFonts w:ascii="Times New Roman" w:hAnsi="Times New Roman" w:cs="Times New Roman"/>
          <w:sz w:val="22"/>
        </w:rPr>
        <w:t>zostało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wykonane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prawidłowo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co </w:t>
      </w:r>
      <w:proofErr w:type="spellStart"/>
      <w:r w:rsidRPr="00AB15B1">
        <w:rPr>
          <w:rFonts w:ascii="Times New Roman" w:hAnsi="Times New Roman" w:cs="Times New Roman"/>
          <w:sz w:val="22"/>
        </w:rPr>
        <w:t>wymaga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poprawy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jak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dalej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pracować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301172E" w14:textId="77777777" w:rsidR="00940CDD" w:rsidRPr="00AB15B1" w:rsidRDefault="00940CDD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  <w:highlight w:val="green"/>
          <w:lang w:val="pl-PL"/>
        </w:rPr>
      </w:pPr>
      <w:r w:rsidRPr="00AB15B1">
        <w:rPr>
          <w:rFonts w:ascii="Times New Roman" w:hAnsi="Times New Roman" w:cs="Times New Roman"/>
          <w:bCs/>
          <w:sz w:val="22"/>
          <w:lang w:val="pl-PL"/>
        </w:rPr>
        <w:t>4.</w:t>
      </w:r>
      <w:r w:rsidRPr="00AB15B1">
        <w:rPr>
          <w:rFonts w:ascii="Times New Roman" w:hAnsi="Times New Roman" w:cs="Times New Roman"/>
          <w:sz w:val="22"/>
          <w:lang w:val="pl-PL"/>
        </w:rPr>
        <w:t xml:space="preserve"> Po nieobecności ucznia nauczyciel, w razie potrzeby, ustala sposób i termin uzupełnienia oraz sprawdzenia osiągnięć. Nieobecność sama w sobie nie wpływa na ocenę osiągnięć edukacyjnych.</w:t>
      </w:r>
    </w:p>
    <w:p w14:paraId="3BE32564" w14:textId="77777777" w:rsidR="00940CDD" w:rsidRPr="00AB15B1" w:rsidRDefault="00940CDD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AB15B1">
        <w:rPr>
          <w:rFonts w:ascii="Times New Roman" w:hAnsi="Times New Roman" w:cs="Times New Roman"/>
          <w:bCs/>
          <w:sz w:val="22"/>
          <w:lang w:val="pl-PL"/>
        </w:rPr>
        <w:t>5.</w:t>
      </w:r>
      <w:r w:rsidRPr="00AB15B1">
        <w:rPr>
          <w:rFonts w:ascii="Times New Roman" w:hAnsi="Times New Roman" w:cs="Times New Roman"/>
          <w:sz w:val="22"/>
          <w:lang w:val="pl-PL"/>
        </w:rPr>
        <w:t xml:space="preserve"> Uczeń może ponownie wykazać opanowanie wymagań, których wcześniej nie spełnił, w formie i terminie ustalonych przez nauczyciela. Przy ustalaniu oceny uwzględnia się aktualny poziom osiągnięć ucznia, bez mechanicznego uśredniania wyników.</w:t>
      </w:r>
    </w:p>
    <w:p w14:paraId="0E04BBED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6.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konkursie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zawodach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wydarzeniu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organizowanym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zaakceptowanym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koliduje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terminem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sprawdzania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osiągnięć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uczniem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indywidualny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termin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formy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bez </w:t>
      </w:r>
      <w:proofErr w:type="spellStart"/>
      <w:r w:rsidRPr="00AB15B1">
        <w:rPr>
          <w:rFonts w:ascii="Times New Roman" w:hAnsi="Times New Roman" w:cs="Times New Roman"/>
          <w:sz w:val="22"/>
        </w:rPr>
        <w:t>negatywnych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konsekwencji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wynikających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samej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nieobecności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6E77A7A" w14:textId="034B1D5E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6</w:t>
      </w:r>
      <w:r w:rsidR="00814B63" w:rsidRPr="00AB15B1">
        <w:rPr>
          <w:rFonts w:ascii="Times New Roman" w:hAnsi="Times New Roman" w:cs="Times New Roman"/>
        </w:rPr>
        <w:t>6</w:t>
      </w:r>
      <w:r w:rsidRPr="00AB15B1">
        <w:rPr>
          <w:rFonts w:ascii="Times New Roman" w:hAnsi="Times New Roman" w:cs="Times New Roman"/>
        </w:rPr>
        <w:t>.</w:t>
      </w:r>
    </w:p>
    <w:p w14:paraId="195251B2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W </w:t>
      </w:r>
      <w:proofErr w:type="spellStart"/>
      <w:r w:rsidRPr="00AB15B1">
        <w:rPr>
          <w:rFonts w:ascii="Times New Roman" w:hAnsi="Times New Roman" w:cs="Times New Roman"/>
          <w:sz w:val="22"/>
        </w:rPr>
        <w:t>klasach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I–III </w:t>
      </w:r>
      <w:proofErr w:type="spellStart"/>
      <w:r w:rsidRPr="00AB15B1">
        <w:rPr>
          <w:rFonts w:ascii="Times New Roman" w:hAnsi="Times New Roman" w:cs="Times New Roman"/>
          <w:sz w:val="22"/>
        </w:rPr>
        <w:t>śródroczne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klasyfikacyjne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opisowe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AB15B1">
        <w:rPr>
          <w:rFonts w:ascii="Times New Roman" w:hAnsi="Times New Roman" w:cs="Times New Roman"/>
          <w:sz w:val="22"/>
        </w:rPr>
        <w:t>wyjątkiem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których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przepisy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przewidują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stopniach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Śródroczna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roczna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klasyfikacyjna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AB15B1">
        <w:rPr>
          <w:rFonts w:ascii="Times New Roman" w:hAnsi="Times New Roman" w:cs="Times New Roman"/>
          <w:sz w:val="22"/>
        </w:rPr>
        <w:t>opisowa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0614D60F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lastRenderedPageBreak/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Opisowa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przedstawia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postępy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opanowaniu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wiadomości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umiejętności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wskazuje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związane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pokonywaniem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trudności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rozwijaniem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uzdolnień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864C05C" w14:textId="2EC6C4FA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6</w:t>
      </w:r>
      <w:r w:rsidR="000A5002" w:rsidRPr="00AB15B1">
        <w:rPr>
          <w:rFonts w:ascii="Times New Roman" w:hAnsi="Times New Roman" w:cs="Times New Roman"/>
        </w:rPr>
        <w:t>7</w:t>
      </w:r>
      <w:r w:rsidRPr="00AB15B1">
        <w:rPr>
          <w:rFonts w:ascii="Times New Roman" w:hAnsi="Times New Roman" w:cs="Times New Roman"/>
        </w:rPr>
        <w:t>.</w:t>
      </w:r>
    </w:p>
    <w:p w14:paraId="7C346B20" w14:textId="6962B4A4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Począwszy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od </w:t>
      </w:r>
      <w:proofErr w:type="spellStart"/>
      <w:r w:rsidRPr="00AB15B1">
        <w:rPr>
          <w:rFonts w:ascii="Times New Roman" w:hAnsi="Times New Roman" w:cs="Times New Roman"/>
          <w:sz w:val="22"/>
        </w:rPr>
        <w:t>klasy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IV </w:t>
      </w:r>
      <w:proofErr w:type="spellStart"/>
      <w:r w:rsidRPr="00AB15B1">
        <w:rPr>
          <w:rFonts w:ascii="Times New Roman" w:hAnsi="Times New Roman" w:cs="Times New Roman"/>
          <w:sz w:val="22"/>
        </w:rPr>
        <w:t>śródroczne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Pr="00AB15B1">
        <w:rPr>
          <w:rFonts w:ascii="Times New Roman" w:hAnsi="Times New Roman" w:cs="Times New Roman"/>
          <w:sz w:val="22"/>
        </w:rPr>
        <w:t>ocenę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wychowawca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po </w:t>
      </w:r>
      <w:proofErr w:type="spellStart"/>
      <w:r w:rsidRPr="00AB15B1">
        <w:rPr>
          <w:rFonts w:ascii="Times New Roman" w:hAnsi="Times New Roman" w:cs="Times New Roman"/>
          <w:sz w:val="22"/>
        </w:rPr>
        <w:t>zasięgnięciu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opinii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  <w:r w:rsidRPr="00AB15B1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Śródroczne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klasyfikacyjne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według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skali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: 6 – </w:t>
      </w:r>
      <w:proofErr w:type="spellStart"/>
      <w:r w:rsidRPr="00AB15B1">
        <w:rPr>
          <w:rFonts w:ascii="Times New Roman" w:hAnsi="Times New Roman" w:cs="Times New Roman"/>
          <w:sz w:val="22"/>
        </w:rPr>
        <w:t>celujący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5 – </w:t>
      </w:r>
      <w:proofErr w:type="spellStart"/>
      <w:r w:rsidRPr="00AB15B1">
        <w:rPr>
          <w:rFonts w:ascii="Times New Roman" w:hAnsi="Times New Roman" w:cs="Times New Roman"/>
          <w:sz w:val="22"/>
        </w:rPr>
        <w:t>bardzo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dobry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4 – </w:t>
      </w:r>
      <w:proofErr w:type="spellStart"/>
      <w:r w:rsidRPr="00AB15B1">
        <w:rPr>
          <w:rFonts w:ascii="Times New Roman" w:hAnsi="Times New Roman" w:cs="Times New Roman"/>
          <w:sz w:val="22"/>
        </w:rPr>
        <w:t>dobry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3 – </w:t>
      </w:r>
      <w:proofErr w:type="spellStart"/>
      <w:r w:rsidRPr="00AB15B1">
        <w:rPr>
          <w:rFonts w:ascii="Times New Roman" w:hAnsi="Times New Roman" w:cs="Times New Roman"/>
          <w:sz w:val="22"/>
        </w:rPr>
        <w:t>dostateczny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2 – </w:t>
      </w:r>
      <w:proofErr w:type="spellStart"/>
      <w:r w:rsidRPr="00AB15B1">
        <w:rPr>
          <w:rFonts w:ascii="Times New Roman" w:hAnsi="Times New Roman" w:cs="Times New Roman"/>
          <w:sz w:val="22"/>
        </w:rPr>
        <w:t>dopuszczający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1 – </w:t>
      </w:r>
      <w:proofErr w:type="spellStart"/>
      <w:r w:rsidRPr="00AB15B1">
        <w:rPr>
          <w:rFonts w:ascii="Times New Roman" w:hAnsi="Times New Roman" w:cs="Times New Roman"/>
          <w:sz w:val="22"/>
        </w:rPr>
        <w:t>niedostateczny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wyjątkiem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przypadków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których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przepisy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prawa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przewidują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oceny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opisowe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>.</w:t>
      </w:r>
    </w:p>
    <w:p w14:paraId="01FEA570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klasyfikacyjnej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automatycznie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jako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średniej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arytmetycznej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ważonej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wyniku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punktowego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wyniku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algorytmu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dziennika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elektronicznego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11D6213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osiągnięć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utrudnia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dalszą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naukę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możliwość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uzupełnienia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braków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F484912" w14:textId="25BE3F59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6</w:t>
      </w:r>
      <w:r w:rsidR="000A5002" w:rsidRPr="00AB15B1">
        <w:rPr>
          <w:rFonts w:ascii="Times New Roman" w:hAnsi="Times New Roman" w:cs="Times New Roman"/>
        </w:rPr>
        <w:t>8</w:t>
      </w:r>
      <w:r w:rsidRPr="00AB15B1">
        <w:rPr>
          <w:rFonts w:ascii="Times New Roman" w:hAnsi="Times New Roman" w:cs="Times New Roman"/>
        </w:rPr>
        <w:t>.</w:t>
      </w:r>
    </w:p>
    <w:p w14:paraId="1328240A" w14:textId="7669DBAC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Roczne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klasyfikacyjne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Pr="00AB15B1">
        <w:rPr>
          <w:rFonts w:ascii="Times New Roman" w:hAnsi="Times New Roman" w:cs="Times New Roman"/>
          <w:sz w:val="22"/>
        </w:rPr>
        <w:t>roczną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klasyfikacyjną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wychowawca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po </w:t>
      </w:r>
      <w:proofErr w:type="spellStart"/>
      <w:r w:rsidRPr="00AB15B1">
        <w:rPr>
          <w:rFonts w:ascii="Times New Roman" w:hAnsi="Times New Roman" w:cs="Times New Roman"/>
          <w:sz w:val="22"/>
        </w:rPr>
        <w:t>zasięgnięciu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opinii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Zasady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stosuje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Klasyfikację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końcową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przeprowadza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przepisach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05FB47B6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wpływają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 </w:t>
      </w:r>
      <w:proofErr w:type="spellStart"/>
      <w:r w:rsidRPr="00AB15B1">
        <w:rPr>
          <w:rFonts w:ascii="Times New Roman" w:hAnsi="Times New Roman" w:cs="Times New Roman"/>
          <w:sz w:val="22"/>
        </w:rPr>
        <w:t>odwrotnie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13FACDD0" w14:textId="52E42726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Warunki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nieklasyfikowania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ucznia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określają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przepisy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prawa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>.</w:t>
      </w:r>
    </w:p>
    <w:p w14:paraId="17B65CFC" w14:textId="1F79D68C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4.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Egzamin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klasyfikacyjny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przeprowadza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się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przypadkach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i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na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zasadach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przepisach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A1A00C5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5. </w:t>
      </w:r>
      <w:proofErr w:type="spellStart"/>
      <w:r w:rsidRPr="00AB15B1">
        <w:rPr>
          <w:rFonts w:ascii="Times New Roman" w:hAnsi="Times New Roman" w:cs="Times New Roman"/>
          <w:sz w:val="22"/>
        </w:rPr>
        <w:t>Ocenianie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posiadającego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orzeczenie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potrzebie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kształcenia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uwzględnia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dostosowane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W </w:t>
      </w:r>
      <w:proofErr w:type="spellStart"/>
      <w:r w:rsidRPr="00AB15B1">
        <w:rPr>
          <w:rFonts w:ascii="Times New Roman" w:hAnsi="Times New Roman" w:cs="Times New Roman"/>
          <w:sz w:val="22"/>
        </w:rPr>
        <w:t>przypadkach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zasięga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opinii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współorganizującego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kształcenie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29C5B82" w14:textId="7E97B744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6. </w:t>
      </w:r>
      <w:r w:rsidR="00C64A3F" w:rsidRPr="00AB15B1">
        <w:rPr>
          <w:rFonts w:ascii="Times New Roman" w:hAnsi="Times New Roman" w:cs="Times New Roman"/>
          <w:sz w:val="22"/>
        </w:rPr>
        <w:t xml:space="preserve">U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ucznia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posiadającego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orzeczenie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potrzebie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kształcenia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specjalnego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wydane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względu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na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niepełnosprawność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intelektualną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stopniu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umiarkowanym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lub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znacznym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oceny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bieżące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oraz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klasyfikacyjne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zajęć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są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opisowe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i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uwzględniają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ustalenia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indywidualnego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programu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64A3F" w:rsidRPr="00AB15B1">
        <w:rPr>
          <w:rFonts w:ascii="Times New Roman" w:hAnsi="Times New Roman" w:cs="Times New Roman"/>
          <w:sz w:val="22"/>
        </w:rPr>
        <w:t>edukacyjno-terapeutycznego</w:t>
      </w:r>
      <w:proofErr w:type="spellEnd"/>
      <w:r w:rsidR="00C64A3F" w:rsidRPr="00AB15B1">
        <w:rPr>
          <w:rFonts w:ascii="Times New Roman" w:hAnsi="Times New Roman" w:cs="Times New Roman"/>
          <w:sz w:val="22"/>
        </w:rPr>
        <w:t>.</w:t>
      </w:r>
    </w:p>
    <w:p w14:paraId="236F712E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7. </w:t>
      </w:r>
      <w:proofErr w:type="spellStart"/>
      <w:r w:rsidRPr="00AB15B1">
        <w:rPr>
          <w:rFonts w:ascii="Times New Roman" w:hAnsi="Times New Roman" w:cs="Times New Roman"/>
          <w:sz w:val="22"/>
        </w:rPr>
        <w:t>Przy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których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podstawa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programowa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przewiduje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doświadczenia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uwzględnia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zaangażowanie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ich </w:t>
      </w:r>
      <w:proofErr w:type="spellStart"/>
      <w:r w:rsidRPr="00AB15B1">
        <w:rPr>
          <w:rFonts w:ascii="Times New Roman" w:hAnsi="Times New Roman" w:cs="Times New Roman"/>
          <w:sz w:val="22"/>
        </w:rPr>
        <w:t>realizację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4368E42" w14:textId="160D8618" w:rsidR="00B93357" w:rsidRPr="00AB15B1" w:rsidRDefault="00B93357" w:rsidP="00AB15B1">
      <w:pPr>
        <w:pStyle w:val="Paragraf"/>
        <w:spacing w:before="0" w:after="0" w:line="240" w:lineRule="auto"/>
        <w:jc w:val="both"/>
        <w:rPr>
          <w:rFonts w:ascii="Times New Roman" w:hAnsi="Times New Roman" w:cs="Times New Roman"/>
          <w:b w:val="0"/>
          <w:lang w:val="pl-PL"/>
        </w:rPr>
      </w:pPr>
      <w:r w:rsidRPr="00AB15B1">
        <w:rPr>
          <w:rFonts w:ascii="Times New Roman" w:hAnsi="Times New Roman" w:cs="Times New Roman"/>
          <w:b w:val="0"/>
          <w:lang w:val="pl-PL"/>
        </w:rPr>
        <w:t xml:space="preserve">8. W klasach IV–VIII pisemne prace domowe zadawane do wykonania w czasie wolnym od zajęć dydaktycznych są nieobowiązkowe i nie podlegają ocenie bieżącej. Nauczyciel sprawdza </w:t>
      </w:r>
      <w:r w:rsidR="00DF782C" w:rsidRPr="00AB15B1">
        <w:rPr>
          <w:rFonts w:ascii="Times New Roman" w:hAnsi="Times New Roman" w:cs="Times New Roman"/>
          <w:b w:val="0"/>
          <w:lang w:val="pl-PL"/>
        </w:rPr>
        <w:t xml:space="preserve">każdą </w:t>
      </w:r>
      <w:r w:rsidRPr="00AB15B1">
        <w:rPr>
          <w:rFonts w:ascii="Times New Roman" w:hAnsi="Times New Roman" w:cs="Times New Roman"/>
          <w:b w:val="0"/>
          <w:lang w:val="pl-PL"/>
        </w:rPr>
        <w:t>wykonaną pracę i przekazuje uczniowi informację zwrotną.</w:t>
      </w:r>
    </w:p>
    <w:p w14:paraId="6BFC7CCD" w14:textId="0E23E74F" w:rsidR="00B93357" w:rsidRPr="00AB15B1" w:rsidRDefault="00B93357" w:rsidP="00AB15B1">
      <w:pPr>
        <w:pStyle w:val="Paragraf"/>
        <w:spacing w:before="0" w:after="0" w:line="240" w:lineRule="auto"/>
        <w:jc w:val="both"/>
        <w:rPr>
          <w:rFonts w:ascii="Times New Roman" w:hAnsi="Times New Roman" w:cs="Times New Roman"/>
          <w:b w:val="0"/>
          <w:lang w:val="pl-PL"/>
        </w:rPr>
      </w:pPr>
      <w:r w:rsidRPr="00AB15B1">
        <w:rPr>
          <w:rFonts w:ascii="Times New Roman" w:hAnsi="Times New Roman" w:cs="Times New Roman"/>
          <w:b w:val="0"/>
          <w:lang w:val="pl-PL"/>
        </w:rPr>
        <w:t xml:space="preserve">9.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Wykonywanie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przez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ucznia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pisemnych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prac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domowych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może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mieć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wpływ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wyłącznie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na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podwyższenie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rocznej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oceny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klasyfikacyjnej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,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nie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więcej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niż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o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jeden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stopień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,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jeżeli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wykonane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prace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potwierdzają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opanowanie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wymagań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edukacyjnych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na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ocenę</w:t>
      </w:r>
      <w:proofErr w:type="spellEnd"/>
      <w:r w:rsidR="008C7112"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="008C7112" w:rsidRPr="00AB15B1">
        <w:rPr>
          <w:rFonts w:ascii="Times New Roman" w:hAnsi="Times New Roman" w:cs="Times New Roman"/>
          <w:b w:val="0"/>
        </w:rPr>
        <w:t>wyższą</w:t>
      </w:r>
      <w:proofErr w:type="spellEnd"/>
      <w:r w:rsidR="008C7112" w:rsidRPr="00AB15B1">
        <w:rPr>
          <w:rFonts w:ascii="Times New Roman" w:hAnsi="Times New Roman" w:cs="Times New Roman"/>
          <w:b w:val="0"/>
        </w:rPr>
        <w:t>.</w:t>
      </w:r>
    </w:p>
    <w:p w14:paraId="504CA401" w14:textId="77777777" w:rsidR="00B93357" w:rsidRPr="00AB15B1" w:rsidRDefault="00B93357" w:rsidP="00AB15B1">
      <w:pPr>
        <w:pStyle w:val="Paragraf"/>
        <w:spacing w:before="0" w:after="0" w:line="240" w:lineRule="auto"/>
        <w:jc w:val="both"/>
        <w:rPr>
          <w:rFonts w:ascii="Times New Roman" w:hAnsi="Times New Roman" w:cs="Times New Roman"/>
          <w:b w:val="0"/>
          <w:lang w:val="pl-PL"/>
        </w:rPr>
      </w:pPr>
      <w:r w:rsidRPr="00AB15B1">
        <w:rPr>
          <w:rFonts w:ascii="Times New Roman" w:hAnsi="Times New Roman" w:cs="Times New Roman"/>
          <w:b w:val="0"/>
          <w:lang w:val="pl-PL"/>
        </w:rPr>
        <w:t>10. Niewykonanie pracy domowej, wykonanie jej częściowo albo z błędami nie może powodować obniżenia oceny, uznania ucznia za nieprzygotowanego ani zastosowania kary.</w:t>
      </w:r>
    </w:p>
    <w:p w14:paraId="7B5C2DF8" w14:textId="362EC1B5" w:rsidR="00C872FD" w:rsidRPr="00AB15B1" w:rsidRDefault="00C872FD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 xml:space="preserve">§ </w:t>
      </w:r>
      <w:r w:rsidR="000A5002" w:rsidRPr="00AB15B1">
        <w:rPr>
          <w:rFonts w:ascii="Times New Roman" w:hAnsi="Times New Roman" w:cs="Times New Roman"/>
        </w:rPr>
        <w:t>69</w:t>
      </w:r>
      <w:r w:rsidRPr="00AB15B1">
        <w:rPr>
          <w:rFonts w:ascii="Times New Roman" w:hAnsi="Times New Roman" w:cs="Times New Roman"/>
        </w:rPr>
        <w:t>.</w:t>
      </w:r>
    </w:p>
    <w:p w14:paraId="44FC0E16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Nie </w:t>
      </w:r>
      <w:proofErr w:type="spellStart"/>
      <w:r w:rsidRPr="00AB15B1">
        <w:rPr>
          <w:rFonts w:ascii="Times New Roman" w:hAnsi="Times New Roman" w:cs="Times New Roman"/>
          <w:sz w:val="22"/>
        </w:rPr>
        <w:t>później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niż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10 </w:t>
      </w:r>
      <w:proofErr w:type="spellStart"/>
      <w:r w:rsidRPr="00AB15B1">
        <w:rPr>
          <w:rFonts w:ascii="Times New Roman" w:hAnsi="Times New Roman" w:cs="Times New Roman"/>
          <w:sz w:val="22"/>
        </w:rPr>
        <w:t>dni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rocznym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klasyfikacyjnym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zebraniem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Rady </w:t>
      </w:r>
      <w:proofErr w:type="spellStart"/>
      <w:r w:rsidRPr="00AB15B1">
        <w:rPr>
          <w:rFonts w:ascii="Times New Roman" w:hAnsi="Times New Roman" w:cs="Times New Roman"/>
          <w:sz w:val="22"/>
        </w:rPr>
        <w:t>Pedagogicznej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przekazują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przewidywane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prowadzonych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Pr="00AB15B1">
        <w:rPr>
          <w:rFonts w:ascii="Times New Roman" w:hAnsi="Times New Roman" w:cs="Times New Roman"/>
          <w:sz w:val="22"/>
        </w:rPr>
        <w:t>wychowawca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przewidywaną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BE68272" w14:textId="05F83B4E" w:rsidR="00C64A3F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W </w:t>
      </w:r>
      <w:proofErr w:type="spellStart"/>
      <w:r w:rsidRPr="00AB15B1">
        <w:rPr>
          <w:rFonts w:ascii="Times New Roman" w:hAnsi="Times New Roman" w:cs="Times New Roman"/>
          <w:sz w:val="22"/>
        </w:rPr>
        <w:t>tym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samym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terminie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udostępnia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zbiorczą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przewidywanych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r w:rsidR="000A5002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Odnotowuje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datę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udostępnienia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07301AE5" w14:textId="75BD77CB" w:rsidR="00C64A3F" w:rsidRPr="00AB15B1" w:rsidRDefault="00435BE5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</w:rPr>
      </w:pPr>
      <w:r w:rsidRPr="00AB15B1">
        <w:rPr>
          <w:rFonts w:ascii="Times New Roman" w:hAnsi="Times New Roman" w:cs="Times New Roman"/>
          <w:b/>
          <w:bCs/>
          <w:sz w:val="22"/>
        </w:rPr>
        <w:t>§ 7</w:t>
      </w:r>
      <w:r w:rsidR="000A5002" w:rsidRPr="00AB15B1">
        <w:rPr>
          <w:rFonts w:ascii="Times New Roman" w:hAnsi="Times New Roman" w:cs="Times New Roman"/>
          <w:b/>
          <w:bCs/>
          <w:sz w:val="22"/>
        </w:rPr>
        <w:t>0</w:t>
      </w:r>
      <w:r w:rsidRPr="00AB15B1">
        <w:rPr>
          <w:rFonts w:ascii="Times New Roman" w:hAnsi="Times New Roman" w:cs="Times New Roman"/>
          <w:b/>
          <w:bCs/>
          <w:sz w:val="22"/>
        </w:rPr>
        <w:t>.</w:t>
      </w:r>
    </w:p>
    <w:p w14:paraId="60B5A328" w14:textId="77777777" w:rsidR="00C64A3F" w:rsidRPr="00AB15B1" w:rsidRDefault="00DF782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AB15B1">
        <w:rPr>
          <w:rFonts w:ascii="Times New Roman" w:hAnsi="Times New Roman" w:cs="Times New Roman"/>
          <w:sz w:val="22"/>
          <w:lang w:val="pl-PL"/>
        </w:rPr>
        <w:t>1. Uczeń lub jego rodzice mogą, w terminie 3 dni roboczych od uzyskania informacji o przewidywanej rocznej ocenie klasyfikacyjnej z zajęć edukacyjnych, złożyć nauczycielowi pisemny lub elektroniczny wniosek o ustalenie oceny wyższej niż przewidywana, wskazując ocenę, o którą ubiega się uczeń.</w:t>
      </w:r>
    </w:p>
    <w:p w14:paraId="3017337F" w14:textId="77777777" w:rsidR="00C64A3F" w:rsidRPr="00AB15B1" w:rsidRDefault="00DF782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AB15B1">
        <w:rPr>
          <w:rFonts w:ascii="Times New Roman" w:hAnsi="Times New Roman" w:cs="Times New Roman"/>
          <w:sz w:val="22"/>
          <w:lang w:val="pl-PL"/>
        </w:rPr>
        <w:t>2. Nauczyciel analizuje osiągnięcia ucznia w odniesieniu do wymagań edukacyjnych na ocenę, o którą uczeń się ubiega.</w:t>
      </w:r>
    </w:p>
    <w:p w14:paraId="40A3A845" w14:textId="77777777" w:rsidR="00C64A3F" w:rsidRPr="00AB15B1" w:rsidRDefault="00DF782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AB15B1">
        <w:rPr>
          <w:rFonts w:ascii="Times New Roman" w:hAnsi="Times New Roman" w:cs="Times New Roman"/>
          <w:sz w:val="22"/>
          <w:lang w:val="pl-PL"/>
        </w:rPr>
        <w:t>3. Jeżeli jest to potrzebne, nauczyciel przeprowadza dodatkową weryfikację w zakresie wymagań na tę ocenę, w formie zgodnej ze sposobami sprawdzania osiągnięć podanymi na początku roku szkolnego.</w:t>
      </w:r>
    </w:p>
    <w:p w14:paraId="590C8F4E" w14:textId="205038E7" w:rsidR="00DF782C" w:rsidRPr="00AB15B1" w:rsidRDefault="00DF782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  <w:lang w:val="pl-PL"/>
        </w:rPr>
        <w:t>4. Ustalenie oceny wyższej niż przewidywana nie może być uzależnione od średniej ocen, frekwencji, zachowania, wykonania nieobowiązkowych prac domowych ani wcześniejszego skorzystania z możliwości poprawy ocen.</w:t>
      </w:r>
    </w:p>
    <w:p w14:paraId="51E299CC" w14:textId="77777777" w:rsidR="00DF782C" w:rsidRPr="00AB15B1" w:rsidRDefault="00DF782C" w:rsidP="00AB15B1">
      <w:pPr>
        <w:pStyle w:val="Paragraf"/>
        <w:spacing w:before="0" w:after="0" w:line="240" w:lineRule="auto"/>
        <w:jc w:val="both"/>
        <w:rPr>
          <w:rFonts w:ascii="Times New Roman" w:hAnsi="Times New Roman" w:cs="Times New Roman"/>
          <w:b w:val="0"/>
          <w:lang w:val="pl-PL"/>
        </w:rPr>
      </w:pPr>
      <w:r w:rsidRPr="00AB15B1">
        <w:rPr>
          <w:rFonts w:ascii="Times New Roman" w:hAnsi="Times New Roman" w:cs="Times New Roman"/>
          <w:b w:val="0"/>
          <w:lang w:val="pl-PL"/>
        </w:rPr>
        <w:lastRenderedPageBreak/>
        <w:t>5. Jeżeli uczeń spełnia wymagania edukacyjne na ocenę wyższą, nauczyciel ustala tę ocenę. W przeciwnym razie pozostawia ocenę przewidywaną. Ocena ustalona w tym trybie nie może być niższa od przewidywanej.</w:t>
      </w:r>
    </w:p>
    <w:p w14:paraId="7D33079D" w14:textId="77777777" w:rsidR="00DF782C" w:rsidRPr="00AB15B1" w:rsidRDefault="00DF782C" w:rsidP="00AB15B1">
      <w:pPr>
        <w:pStyle w:val="Paragraf"/>
        <w:spacing w:before="0" w:after="0" w:line="240" w:lineRule="auto"/>
        <w:jc w:val="both"/>
        <w:rPr>
          <w:rFonts w:ascii="Times New Roman" w:hAnsi="Times New Roman" w:cs="Times New Roman"/>
          <w:b w:val="0"/>
          <w:lang w:val="pl-PL"/>
        </w:rPr>
      </w:pPr>
      <w:r w:rsidRPr="00AB15B1">
        <w:rPr>
          <w:rFonts w:ascii="Times New Roman" w:hAnsi="Times New Roman" w:cs="Times New Roman"/>
          <w:b w:val="0"/>
          <w:lang w:val="pl-PL"/>
        </w:rPr>
        <w:t>6. O wyniku postępowania nauczyciel informuje ucznia i jego rodziców.</w:t>
      </w:r>
    </w:p>
    <w:p w14:paraId="4208D354" w14:textId="081B8AA9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7</w:t>
      </w:r>
      <w:r w:rsidR="000A5002" w:rsidRPr="00AB15B1">
        <w:rPr>
          <w:rFonts w:ascii="Times New Roman" w:hAnsi="Times New Roman" w:cs="Times New Roman"/>
        </w:rPr>
        <w:t>1</w:t>
      </w:r>
      <w:r w:rsidRPr="00AB15B1">
        <w:rPr>
          <w:rFonts w:ascii="Times New Roman" w:hAnsi="Times New Roman" w:cs="Times New Roman"/>
        </w:rPr>
        <w:t>.</w:t>
      </w:r>
    </w:p>
    <w:p w14:paraId="59F64666" w14:textId="50AD9581" w:rsidR="00CA1478" w:rsidRPr="00AB15B1" w:rsidRDefault="00CA1478" w:rsidP="00AB15B1">
      <w:pPr>
        <w:pStyle w:val="Paragraf"/>
        <w:spacing w:before="0" w:after="0" w:line="240" w:lineRule="auto"/>
        <w:jc w:val="both"/>
        <w:rPr>
          <w:rFonts w:ascii="Times New Roman" w:hAnsi="Times New Roman" w:cs="Times New Roman"/>
          <w:b w:val="0"/>
        </w:rPr>
      </w:pPr>
      <w:proofErr w:type="spellStart"/>
      <w:r w:rsidRPr="00AB15B1">
        <w:rPr>
          <w:rFonts w:ascii="Times New Roman" w:hAnsi="Times New Roman" w:cs="Times New Roman"/>
          <w:b w:val="0"/>
        </w:rPr>
        <w:t>Informacje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o </w:t>
      </w:r>
      <w:proofErr w:type="spellStart"/>
      <w:r w:rsidRPr="00AB15B1">
        <w:rPr>
          <w:rFonts w:ascii="Times New Roman" w:hAnsi="Times New Roman" w:cs="Times New Roman"/>
          <w:b w:val="0"/>
        </w:rPr>
        <w:t>postępach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trudnościach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w </w:t>
      </w:r>
      <w:proofErr w:type="spellStart"/>
      <w:r w:rsidRPr="00AB15B1">
        <w:rPr>
          <w:rFonts w:ascii="Times New Roman" w:hAnsi="Times New Roman" w:cs="Times New Roman"/>
          <w:b w:val="0"/>
        </w:rPr>
        <w:t>nauce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zachowaniu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ucznia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oraz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o </w:t>
      </w:r>
      <w:proofErr w:type="spellStart"/>
      <w:r w:rsidRPr="00AB15B1">
        <w:rPr>
          <w:rFonts w:ascii="Times New Roman" w:hAnsi="Times New Roman" w:cs="Times New Roman"/>
          <w:b w:val="0"/>
        </w:rPr>
        <w:t>jego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szczególnych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uzdolnieniach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przekazuje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się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rodzicom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podczas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zebrań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AB15B1">
        <w:rPr>
          <w:rFonts w:ascii="Times New Roman" w:hAnsi="Times New Roman" w:cs="Times New Roman"/>
          <w:b w:val="0"/>
        </w:rPr>
        <w:t>konsultacji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AB15B1">
        <w:rPr>
          <w:rFonts w:ascii="Times New Roman" w:hAnsi="Times New Roman" w:cs="Times New Roman"/>
          <w:b w:val="0"/>
        </w:rPr>
        <w:t>indywidualnych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kontaktów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lub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za </w:t>
      </w:r>
      <w:proofErr w:type="spellStart"/>
      <w:r w:rsidRPr="00AB15B1">
        <w:rPr>
          <w:rFonts w:ascii="Times New Roman" w:hAnsi="Times New Roman" w:cs="Times New Roman"/>
          <w:b w:val="0"/>
        </w:rPr>
        <w:t>pośrednictwem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dziennika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elektronicznego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. </w:t>
      </w:r>
      <w:proofErr w:type="spellStart"/>
      <w:r w:rsidRPr="00AB15B1">
        <w:rPr>
          <w:rFonts w:ascii="Times New Roman" w:hAnsi="Times New Roman" w:cs="Times New Roman"/>
          <w:b w:val="0"/>
        </w:rPr>
        <w:t>Informację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wymagającą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pilnego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działania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przekazuje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się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bez </w:t>
      </w:r>
      <w:proofErr w:type="spellStart"/>
      <w:r w:rsidRPr="00AB15B1">
        <w:rPr>
          <w:rFonts w:ascii="Times New Roman" w:hAnsi="Times New Roman" w:cs="Times New Roman"/>
          <w:b w:val="0"/>
        </w:rPr>
        <w:t>zbędnej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zwłoki</w:t>
      </w:r>
      <w:proofErr w:type="spellEnd"/>
      <w:r w:rsidRPr="00AB15B1">
        <w:rPr>
          <w:rFonts w:ascii="Times New Roman" w:hAnsi="Times New Roman" w:cs="Times New Roman"/>
          <w:b w:val="0"/>
        </w:rPr>
        <w:t>.</w:t>
      </w:r>
    </w:p>
    <w:p w14:paraId="05F7355A" w14:textId="45A471C6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7</w:t>
      </w:r>
      <w:r w:rsidR="000A5002" w:rsidRPr="00AB15B1">
        <w:rPr>
          <w:rFonts w:ascii="Times New Roman" w:hAnsi="Times New Roman" w:cs="Times New Roman"/>
        </w:rPr>
        <w:t>2</w:t>
      </w:r>
      <w:r w:rsidRPr="00AB15B1">
        <w:rPr>
          <w:rFonts w:ascii="Times New Roman" w:hAnsi="Times New Roman" w:cs="Times New Roman"/>
        </w:rPr>
        <w:t>.</w:t>
      </w:r>
    </w:p>
    <w:p w14:paraId="77C67404" w14:textId="47B0EE2D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Oceny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są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jawne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dla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ucznia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i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rodziców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uzasadnia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ocenę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przez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odniesienie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wymagań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lub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wcześniej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podanych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kryteriów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Uzasadnienie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przekazuje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uczniowi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na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wniosek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także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jego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rodzicom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ustnie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albo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pisemnie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wskazując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które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wymagania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lub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kryteria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uczeń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spełnił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oraz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co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wymaga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dalszej</w:t>
      </w:r>
      <w:proofErr w:type="spellEnd"/>
      <w:r w:rsidR="00DF782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F782C" w:rsidRPr="00AB15B1">
        <w:rPr>
          <w:rFonts w:ascii="Times New Roman" w:hAnsi="Times New Roman" w:cs="Times New Roman"/>
          <w:sz w:val="22"/>
        </w:rPr>
        <w:t>pracy</w:t>
      </w:r>
      <w:proofErr w:type="spellEnd"/>
      <w:r w:rsidR="00702377" w:rsidRPr="00AB15B1">
        <w:rPr>
          <w:rFonts w:ascii="Times New Roman" w:hAnsi="Times New Roman" w:cs="Times New Roman"/>
          <w:sz w:val="22"/>
        </w:rPr>
        <w:t>.</w:t>
      </w:r>
    </w:p>
    <w:p w14:paraId="135DB1BF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W </w:t>
      </w:r>
      <w:proofErr w:type="spellStart"/>
      <w:r w:rsidRPr="00AB15B1">
        <w:rPr>
          <w:rFonts w:ascii="Times New Roman" w:hAnsi="Times New Roman" w:cs="Times New Roman"/>
          <w:sz w:val="22"/>
        </w:rPr>
        <w:t>klasach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I–III </w:t>
      </w:r>
      <w:proofErr w:type="spellStart"/>
      <w:r w:rsidRPr="00AB15B1">
        <w:rPr>
          <w:rFonts w:ascii="Times New Roman" w:hAnsi="Times New Roman" w:cs="Times New Roman"/>
          <w:sz w:val="22"/>
        </w:rPr>
        <w:t>informacja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o </w:t>
      </w:r>
      <w:proofErr w:type="spellStart"/>
      <w:r w:rsidRPr="00AB15B1">
        <w:rPr>
          <w:rFonts w:ascii="Times New Roman" w:hAnsi="Times New Roman" w:cs="Times New Roman"/>
          <w:sz w:val="22"/>
        </w:rPr>
        <w:t>której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§ 64 </w:t>
      </w:r>
      <w:proofErr w:type="spellStart"/>
      <w:r w:rsidRPr="00AB15B1">
        <w:rPr>
          <w:rFonts w:ascii="Times New Roman" w:hAnsi="Times New Roman" w:cs="Times New Roman"/>
          <w:sz w:val="22"/>
        </w:rPr>
        <w:t>ust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2, </w:t>
      </w:r>
      <w:proofErr w:type="spellStart"/>
      <w:r w:rsidRPr="00AB15B1">
        <w:rPr>
          <w:rFonts w:ascii="Times New Roman" w:hAnsi="Times New Roman" w:cs="Times New Roman"/>
          <w:sz w:val="22"/>
        </w:rPr>
        <w:t>stanowi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element </w:t>
      </w:r>
      <w:proofErr w:type="spellStart"/>
      <w:r w:rsidRPr="00AB15B1">
        <w:rPr>
          <w:rFonts w:ascii="Times New Roman" w:hAnsi="Times New Roman" w:cs="Times New Roman"/>
          <w:sz w:val="22"/>
        </w:rPr>
        <w:t>bieżącego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oceniania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Na </w:t>
      </w:r>
      <w:proofErr w:type="spellStart"/>
      <w:r w:rsidRPr="00AB15B1">
        <w:rPr>
          <w:rFonts w:ascii="Times New Roman" w:hAnsi="Times New Roman" w:cs="Times New Roman"/>
          <w:sz w:val="22"/>
        </w:rPr>
        <w:t>wniosek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udziela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dodatkowych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wyjaśnień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0C789C45" w14:textId="667BE39F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7</w:t>
      </w:r>
      <w:r w:rsidR="000A5002" w:rsidRPr="00AB15B1">
        <w:rPr>
          <w:rFonts w:ascii="Times New Roman" w:hAnsi="Times New Roman" w:cs="Times New Roman"/>
        </w:rPr>
        <w:t>3</w:t>
      </w:r>
      <w:r w:rsidRPr="00AB15B1">
        <w:rPr>
          <w:rFonts w:ascii="Times New Roman" w:hAnsi="Times New Roman" w:cs="Times New Roman"/>
        </w:rPr>
        <w:t>.</w:t>
      </w:r>
    </w:p>
    <w:p w14:paraId="0A0FB92B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Sprawdzone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ocenione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pisemne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udostępniane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rodzicom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183F5FA5" w14:textId="377EF166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Udostępnienie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następuje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umożliwiający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zapoznanie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treścią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oceną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zwrotną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wgląd</w:t>
      </w:r>
      <w:proofErr w:type="spellEnd"/>
      <w:r w:rsidR="000A5002" w:rsidRPr="00AB15B1">
        <w:rPr>
          <w:rFonts w:ascii="Times New Roman" w:hAnsi="Times New Roman" w:cs="Times New Roman"/>
          <w:sz w:val="22"/>
        </w:rPr>
        <w:t>.</w:t>
      </w:r>
    </w:p>
    <w:p w14:paraId="5244F92F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Przed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udostępnieniem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zabezpiecza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występują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B6B2D69" w14:textId="38A1B1AB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7</w:t>
      </w:r>
      <w:r w:rsidR="000A5002" w:rsidRPr="00AB15B1">
        <w:rPr>
          <w:rFonts w:ascii="Times New Roman" w:hAnsi="Times New Roman" w:cs="Times New Roman"/>
        </w:rPr>
        <w:t>4</w:t>
      </w:r>
      <w:r w:rsidRPr="00AB15B1">
        <w:rPr>
          <w:rFonts w:ascii="Times New Roman" w:hAnsi="Times New Roman" w:cs="Times New Roman"/>
        </w:rPr>
        <w:t>.</w:t>
      </w:r>
    </w:p>
    <w:p w14:paraId="59BA1139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Na </w:t>
      </w:r>
      <w:proofErr w:type="spellStart"/>
      <w:r w:rsidRPr="00AB15B1">
        <w:rPr>
          <w:rFonts w:ascii="Times New Roman" w:hAnsi="Times New Roman" w:cs="Times New Roman"/>
          <w:sz w:val="22"/>
        </w:rPr>
        <w:t>wniosek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udostępnia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wglądu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dokumentację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dotyczącą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egzaminu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klasyfikacyjnego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egzaminu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poprawkowego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postępowania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sprawie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zastrzeżeń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rocznej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klasyfikacyjnej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dokumentację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dotyczącą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oceniania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233B01E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Wniosek </w:t>
      </w:r>
      <w:proofErr w:type="spellStart"/>
      <w:r w:rsidRPr="00AB15B1">
        <w:rPr>
          <w:rFonts w:ascii="Times New Roman" w:hAnsi="Times New Roman" w:cs="Times New Roman"/>
          <w:sz w:val="22"/>
        </w:rPr>
        <w:t>składa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Dyrektora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formie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pozwalającej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treść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tym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za </w:t>
      </w:r>
      <w:proofErr w:type="spellStart"/>
      <w:r w:rsidRPr="00AB15B1">
        <w:rPr>
          <w:rFonts w:ascii="Times New Roman" w:hAnsi="Times New Roman" w:cs="Times New Roman"/>
          <w:sz w:val="22"/>
        </w:rPr>
        <w:t>pośrednictwem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dziennika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elektronicznego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;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on </w:t>
      </w:r>
      <w:proofErr w:type="spellStart"/>
      <w:r w:rsidRPr="00AB15B1">
        <w:rPr>
          <w:rFonts w:ascii="Times New Roman" w:hAnsi="Times New Roman" w:cs="Times New Roman"/>
          <w:sz w:val="22"/>
        </w:rPr>
        <w:t>uzasadnienia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3F844C5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  <w:highlight w:val="green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umożliwia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wgląd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bez </w:t>
      </w:r>
      <w:proofErr w:type="spellStart"/>
      <w:r w:rsidRPr="00AB15B1">
        <w:rPr>
          <w:rFonts w:ascii="Times New Roman" w:hAnsi="Times New Roman" w:cs="Times New Roman"/>
          <w:sz w:val="22"/>
        </w:rPr>
        <w:t>zbędnej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zwłoki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pozwalający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rzeczywiste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zapoznanie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dokumentacją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sporządzanie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notatek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fotografii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AB15B1">
        <w:rPr>
          <w:rFonts w:ascii="Times New Roman" w:hAnsi="Times New Roman" w:cs="Times New Roman"/>
          <w:sz w:val="22"/>
        </w:rPr>
        <w:t>ochroną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integralności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oryginałów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3D4B48C" w14:textId="143E377B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7</w:t>
      </w:r>
      <w:r w:rsidR="000A5002" w:rsidRPr="00AB15B1">
        <w:rPr>
          <w:rFonts w:ascii="Times New Roman" w:hAnsi="Times New Roman" w:cs="Times New Roman"/>
        </w:rPr>
        <w:t>5</w:t>
      </w:r>
      <w:r w:rsidRPr="00AB15B1">
        <w:rPr>
          <w:rFonts w:ascii="Times New Roman" w:hAnsi="Times New Roman" w:cs="Times New Roman"/>
        </w:rPr>
        <w:t>.</w:t>
      </w:r>
    </w:p>
    <w:p w14:paraId="321F2572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Śródroczna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roczna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klasyfikacyjna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uwzględnia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następujące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podstawowe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obszary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6FEC54F0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wywiązywanie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obowiązków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588362D0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okazywanie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szacunku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osobom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tym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pracownikom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4372A77E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przejmowanie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odpowiedzialności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za </w:t>
      </w:r>
      <w:proofErr w:type="spellStart"/>
      <w:r w:rsidRPr="00AB15B1">
        <w:rPr>
          <w:rFonts w:ascii="Times New Roman" w:hAnsi="Times New Roman" w:cs="Times New Roman"/>
          <w:sz w:val="22"/>
        </w:rPr>
        <w:t>własny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rozwój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zaangażowanie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realizację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celów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rozwojowych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20907620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4) </w:t>
      </w:r>
      <w:proofErr w:type="spellStart"/>
      <w:r w:rsidRPr="00AB15B1">
        <w:rPr>
          <w:rFonts w:ascii="Times New Roman" w:hAnsi="Times New Roman" w:cs="Times New Roman"/>
          <w:sz w:val="22"/>
        </w:rPr>
        <w:t>przestrzeganie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norm </w:t>
      </w:r>
      <w:proofErr w:type="spellStart"/>
      <w:r w:rsidRPr="00AB15B1">
        <w:rPr>
          <w:rFonts w:ascii="Times New Roman" w:hAnsi="Times New Roman" w:cs="Times New Roman"/>
          <w:sz w:val="22"/>
        </w:rPr>
        <w:t>społecznych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szkole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nią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61106BEF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5) </w:t>
      </w:r>
      <w:proofErr w:type="spellStart"/>
      <w:r w:rsidRPr="00AB15B1">
        <w:rPr>
          <w:rFonts w:ascii="Times New Roman" w:hAnsi="Times New Roman" w:cs="Times New Roman"/>
          <w:sz w:val="22"/>
        </w:rPr>
        <w:t>dbałość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kulturę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języka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4E09A683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6) </w:t>
      </w:r>
      <w:proofErr w:type="spellStart"/>
      <w:r w:rsidRPr="00AB15B1">
        <w:rPr>
          <w:rFonts w:ascii="Times New Roman" w:hAnsi="Times New Roman" w:cs="Times New Roman"/>
          <w:sz w:val="22"/>
        </w:rPr>
        <w:t>dbałość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zdrowie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własne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6345BEA3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7) </w:t>
      </w:r>
      <w:proofErr w:type="spellStart"/>
      <w:r w:rsidRPr="00AB15B1">
        <w:rPr>
          <w:rFonts w:ascii="Times New Roman" w:hAnsi="Times New Roman" w:cs="Times New Roman"/>
          <w:sz w:val="22"/>
        </w:rPr>
        <w:t>współpraca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dbałość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dobre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relacje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innymi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05AF6542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8) </w:t>
      </w:r>
      <w:proofErr w:type="spellStart"/>
      <w:r w:rsidRPr="00AB15B1">
        <w:rPr>
          <w:rFonts w:ascii="Times New Roman" w:hAnsi="Times New Roman" w:cs="Times New Roman"/>
          <w:sz w:val="22"/>
        </w:rPr>
        <w:t>zaangażowanie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życie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wspólnoty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lokalnej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34CC59FD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9) </w:t>
      </w:r>
      <w:proofErr w:type="spellStart"/>
      <w:r w:rsidRPr="00AB15B1">
        <w:rPr>
          <w:rFonts w:ascii="Times New Roman" w:hAnsi="Times New Roman" w:cs="Times New Roman"/>
          <w:sz w:val="22"/>
        </w:rPr>
        <w:t>wykazywanie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szacunkiem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własnego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narodu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ojczyzny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tradycji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kultury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narodów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1EA4FD8D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Śródroczną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roczną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klasyfikacyjną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oddziału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po </w:t>
      </w:r>
      <w:proofErr w:type="spellStart"/>
      <w:r w:rsidRPr="00AB15B1">
        <w:rPr>
          <w:rFonts w:ascii="Times New Roman" w:hAnsi="Times New Roman" w:cs="Times New Roman"/>
          <w:sz w:val="22"/>
        </w:rPr>
        <w:t>zasięgnięciu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opinii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nauczycieli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oddziału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ocenianego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Opinie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stanowią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źródło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głosowaniem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wynikiem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arytmetycznego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przeliczenia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A9FDE5E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Przy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u </w:t>
      </w:r>
      <w:proofErr w:type="spellStart"/>
      <w:r w:rsidRPr="00AB15B1">
        <w:rPr>
          <w:rFonts w:ascii="Times New Roman" w:hAnsi="Times New Roman" w:cs="Times New Roman"/>
          <w:sz w:val="22"/>
        </w:rPr>
        <w:t>którego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stwierdzono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zaburzenia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dysfunkcje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rozwojowe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uwzględnia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wpływ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zaburzeń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dysfunkcji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zakresie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wynikającym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właściwego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orzeczenia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opinii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poradni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stanowiących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podstawę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takiego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rozpoznania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2229551" w14:textId="2A034541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4. </w:t>
      </w:r>
      <w:r w:rsidR="00CA1478" w:rsidRPr="00AB15B1">
        <w:rPr>
          <w:rFonts w:ascii="Times New Roman" w:hAnsi="Times New Roman" w:cs="Times New Roman"/>
          <w:sz w:val="22"/>
        </w:rPr>
        <w:t xml:space="preserve">W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klasach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IV–VIII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śródroczną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roczną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i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końcową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ocenę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klasyfikacyjną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ustala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się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według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skali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: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wzorowe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bardzo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dobre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dobre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poprawne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nieodpowiednie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naganne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wyjątkiem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uczniów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dla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których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przepisy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prawa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przewidują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oceny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opisowe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. W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klasach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I–III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zachowanie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ucznia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podlega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bieżącej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obserwacji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śródroczna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i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roczna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ocena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klasyfikacyjna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opisowa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Stosowane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pomocniczo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oznaczenia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nie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zastępują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oceny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A1478" w:rsidRPr="00AB15B1">
        <w:rPr>
          <w:rFonts w:ascii="Times New Roman" w:hAnsi="Times New Roman" w:cs="Times New Roman"/>
          <w:sz w:val="22"/>
        </w:rPr>
        <w:t>opisowej</w:t>
      </w:r>
      <w:proofErr w:type="spellEnd"/>
      <w:r w:rsidR="00CA1478" w:rsidRPr="00AB15B1">
        <w:rPr>
          <w:rFonts w:ascii="Times New Roman" w:hAnsi="Times New Roman" w:cs="Times New Roman"/>
          <w:sz w:val="22"/>
        </w:rPr>
        <w:t>.</w:t>
      </w:r>
    </w:p>
    <w:p w14:paraId="23C6FDBF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5. </w:t>
      </w:r>
      <w:proofErr w:type="spellStart"/>
      <w:r w:rsidRPr="00AB15B1">
        <w:rPr>
          <w:rFonts w:ascii="Times New Roman" w:hAnsi="Times New Roman" w:cs="Times New Roman"/>
          <w:sz w:val="22"/>
        </w:rPr>
        <w:t>Przewidywana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roczna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AB15B1">
        <w:rPr>
          <w:rFonts w:ascii="Times New Roman" w:hAnsi="Times New Roman" w:cs="Times New Roman"/>
          <w:sz w:val="22"/>
        </w:rPr>
        <w:t>poprzedzona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umożliwieniem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przedstawienia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własnego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stanowiska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tym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okoliczności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istotnych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4016081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6. </w:t>
      </w:r>
      <w:proofErr w:type="spellStart"/>
      <w:r w:rsidRPr="00AB15B1">
        <w:rPr>
          <w:rFonts w:ascii="Times New Roman" w:hAnsi="Times New Roman" w:cs="Times New Roman"/>
          <w:sz w:val="22"/>
        </w:rPr>
        <w:t>Przy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całościowo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wszystkie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obszary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o </w:t>
      </w:r>
      <w:proofErr w:type="spellStart"/>
      <w:r w:rsidRPr="00AB15B1">
        <w:rPr>
          <w:rFonts w:ascii="Times New Roman" w:hAnsi="Times New Roman" w:cs="Times New Roman"/>
          <w:sz w:val="22"/>
        </w:rPr>
        <w:t>których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ust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1, z </w:t>
      </w:r>
      <w:proofErr w:type="spellStart"/>
      <w:r w:rsidRPr="00AB15B1">
        <w:rPr>
          <w:rFonts w:ascii="Times New Roman" w:hAnsi="Times New Roman" w:cs="Times New Roman"/>
          <w:sz w:val="22"/>
        </w:rPr>
        <w:t>uwzględnieniem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częstotliwości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wagi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ich </w:t>
      </w:r>
      <w:proofErr w:type="spellStart"/>
      <w:r w:rsidRPr="00AB15B1">
        <w:rPr>
          <w:rFonts w:ascii="Times New Roman" w:hAnsi="Times New Roman" w:cs="Times New Roman"/>
          <w:sz w:val="22"/>
        </w:rPr>
        <w:t>okoliczności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skutków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możliwości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sposobu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reagowania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zwrotną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podejmowanych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poprawy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Przyjmuje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następujące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ogólne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kryteria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stopni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63DFFFB7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lastRenderedPageBreak/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wzorowe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bardzo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wysokim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stopniu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trwały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oczekiwania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wynikające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obszarów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ust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1, </w:t>
      </w:r>
      <w:proofErr w:type="spellStart"/>
      <w:r w:rsidRPr="00AB15B1">
        <w:rPr>
          <w:rFonts w:ascii="Times New Roman" w:hAnsi="Times New Roman" w:cs="Times New Roman"/>
          <w:sz w:val="22"/>
        </w:rPr>
        <w:t>odpowiedzialnie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reaguje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sytuacje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wykazuje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dojrzałość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2361FAEE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bardzo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dobre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wysokim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stopniu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co do </w:t>
      </w:r>
      <w:proofErr w:type="spellStart"/>
      <w:r w:rsidRPr="00AB15B1">
        <w:rPr>
          <w:rFonts w:ascii="Times New Roman" w:hAnsi="Times New Roman" w:cs="Times New Roman"/>
          <w:sz w:val="22"/>
        </w:rPr>
        <w:t>zasady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systematycznie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oczekiwania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wynikające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obszarów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ust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1, a </w:t>
      </w:r>
      <w:proofErr w:type="spellStart"/>
      <w:r w:rsidRPr="00AB15B1">
        <w:rPr>
          <w:rFonts w:ascii="Times New Roman" w:hAnsi="Times New Roman" w:cs="Times New Roman"/>
          <w:sz w:val="22"/>
        </w:rPr>
        <w:t>występujące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uchybienia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nieliczne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korygowane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00E44213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dobre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co do </w:t>
      </w:r>
      <w:proofErr w:type="spellStart"/>
      <w:r w:rsidRPr="00AB15B1">
        <w:rPr>
          <w:rFonts w:ascii="Times New Roman" w:hAnsi="Times New Roman" w:cs="Times New Roman"/>
          <w:sz w:val="22"/>
        </w:rPr>
        <w:t>zasady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prawidłowo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funkcjonuje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obszarach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ust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1, a po </w:t>
      </w:r>
      <w:proofErr w:type="spellStart"/>
      <w:r w:rsidRPr="00AB15B1">
        <w:rPr>
          <w:rFonts w:ascii="Times New Roman" w:hAnsi="Times New Roman" w:cs="Times New Roman"/>
          <w:sz w:val="22"/>
        </w:rPr>
        <w:t>zwróceniu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uwagi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zazwyczaj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koryguje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stwierdzone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uchybienia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podejmuje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właściwe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4FC77C90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4) </w:t>
      </w:r>
      <w:proofErr w:type="spellStart"/>
      <w:r w:rsidRPr="00AB15B1">
        <w:rPr>
          <w:rFonts w:ascii="Times New Roman" w:hAnsi="Times New Roman" w:cs="Times New Roman"/>
          <w:sz w:val="22"/>
        </w:rPr>
        <w:t>poprawne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w </w:t>
      </w:r>
      <w:proofErr w:type="spellStart"/>
      <w:r w:rsidRPr="00AB15B1">
        <w:rPr>
          <w:rFonts w:ascii="Times New Roman" w:hAnsi="Times New Roman" w:cs="Times New Roman"/>
          <w:sz w:val="22"/>
        </w:rPr>
        <w:t>funkcjonowaniu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występują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powtarzające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uchybienia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niektórych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obszarach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ust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1, </w:t>
      </w:r>
      <w:proofErr w:type="spellStart"/>
      <w:r w:rsidRPr="00AB15B1">
        <w:rPr>
          <w:rFonts w:ascii="Times New Roman" w:hAnsi="Times New Roman" w:cs="Times New Roman"/>
          <w:sz w:val="22"/>
        </w:rPr>
        <w:t>jednak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podejmuje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poprawy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Pr="00AB15B1">
        <w:rPr>
          <w:rFonts w:ascii="Times New Roman" w:hAnsi="Times New Roman" w:cs="Times New Roman"/>
          <w:sz w:val="22"/>
        </w:rPr>
        <w:t>stwierdzone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uzasadniają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niższej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330279DB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5) </w:t>
      </w:r>
      <w:proofErr w:type="spellStart"/>
      <w:r w:rsidRPr="00AB15B1">
        <w:rPr>
          <w:rFonts w:ascii="Times New Roman" w:hAnsi="Times New Roman" w:cs="Times New Roman"/>
          <w:sz w:val="22"/>
        </w:rPr>
        <w:t>nieodpowiednie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zachowanie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obejmuje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częste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poważne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naruszenia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jednym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kilku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obszarach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ust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1, </w:t>
      </w:r>
      <w:proofErr w:type="spellStart"/>
      <w:r w:rsidRPr="00AB15B1">
        <w:rPr>
          <w:rFonts w:ascii="Times New Roman" w:hAnsi="Times New Roman" w:cs="Times New Roman"/>
          <w:sz w:val="22"/>
        </w:rPr>
        <w:t>powodujące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istotne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negatywne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skutki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Pr="00AB15B1">
        <w:rPr>
          <w:rFonts w:ascii="Times New Roman" w:hAnsi="Times New Roman" w:cs="Times New Roman"/>
          <w:sz w:val="22"/>
        </w:rPr>
        <w:t>podejmowane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wspierające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naprawcze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przynoszą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wystarczającej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poprawy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010987D3" w14:textId="77777777" w:rsidR="00F81935" w:rsidRPr="00AB15B1" w:rsidRDefault="00435BE5" w:rsidP="00AB15B1">
      <w:pPr>
        <w:pStyle w:val="Punkt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6) </w:t>
      </w:r>
      <w:proofErr w:type="spellStart"/>
      <w:r w:rsidRPr="00AB15B1">
        <w:rPr>
          <w:rFonts w:ascii="Times New Roman" w:hAnsi="Times New Roman" w:cs="Times New Roman"/>
          <w:sz w:val="22"/>
        </w:rPr>
        <w:t>naganne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AB15B1">
        <w:rPr>
          <w:rFonts w:ascii="Times New Roman" w:hAnsi="Times New Roman" w:cs="Times New Roman"/>
          <w:sz w:val="22"/>
        </w:rPr>
        <w:t>zachowanie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charakteryzuje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uporczywymi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szczególnie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poważnymi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naruszeniami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obszarach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ust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1,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poważnym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zagrożeniem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; </w:t>
      </w:r>
      <w:proofErr w:type="spellStart"/>
      <w:r w:rsidRPr="00AB15B1">
        <w:rPr>
          <w:rFonts w:ascii="Times New Roman" w:hAnsi="Times New Roman" w:cs="Times New Roman"/>
          <w:sz w:val="22"/>
        </w:rPr>
        <w:t>przy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uwzględnia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całokształt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okoliczności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skutki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reakcję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naprawcze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5AC6525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7.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automatycznie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podstawie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liczby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uwag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pochwał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nagród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kar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punktów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pojedynczego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zdarzenia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Pojedyncze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zdarzenie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mieć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istotne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znaczenie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Pr="00AB15B1">
        <w:rPr>
          <w:rFonts w:ascii="Times New Roman" w:hAnsi="Times New Roman" w:cs="Times New Roman"/>
          <w:sz w:val="22"/>
        </w:rPr>
        <w:t>względu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swój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ciężar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skutki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poważny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jednego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kilku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obszarów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ust</w:t>
      </w:r>
      <w:proofErr w:type="spellEnd"/>
      <w:r w:rsidRPr="00AB15B1">
        <w:rPr>
          <w:rFonts w:ascii="Times New Roman" w:hAnsi="Times New Roman" w:cs="Times New Roman"/>
          <w:sz w:val="22"/>
        </w:rPr>
        <w:t>. 1.</w:t>
      </w:r>
    </w:p>
    <w:p w14:paraId="21B11ED3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8. Brak </w:t>
      </w:r>
      <w:proofErr w:type="spellStart"/>
      <w:r w:rsidRPr="00AB15B1">
        <w:rPr>
          <w:rFonts w:ascii="Times New Roman" w:hAnsi="Times New Roman" w:cs="Times New Roman"/>
          <w:sz w:val="22"/>
        </w:rPr>
        <w:t>udziału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wolontariacie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konkursach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wydarzeniach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zbiórkach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projektach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dobrowolnych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powodować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obniżenia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Zaangażowanie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o </w:t>
      </w:r>
      <w:proofErr w:type="spellStart"/>
      <w:r w:rsidRPr="00AB15B1">
        <w:rPr>
          <w:rFonts w:ascii="Times New Roman" w:hAnsi="Times New Roman" w:cs="Times New Roman"/>
          <w:sz w:val="22"/>
        </w:rPr>
        <w:t>którym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ust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1 pkt 8, </w:t>
      </w:r>
      <w:proofErr w:type="spellStart"/>
      <w:r w:rsidRPr="00AB15B1">
        <w:rPr>
          <w:rFonts w:ascii="Times New Roman" w:hAnsi="Times New Roman" w:cs="Times New Roman"/>
          <w:sz w:val="22"/>
        </w:rPr>
        <w:t>ocenia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również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uczestniczenia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zwykłym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życiu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możliwości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sytuacji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2F8568D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9. </w:t>
      </w:r>
      <w:proofErr w:type="spellStart"/>
      <w:r w:rsidRPr="00AB15B1">
        <w:rPr>
          <w:rFonts w:ascii="Times New Roman" w:hAnsi="Times New Roman" w:cs="Times New Roman"/>
          <w:sz w:val="22"/>
        </w:rPr>
        <w:t>Korzystanie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statucie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wyrażanie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odmiennego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składanie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skarg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wniosków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zwracanie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uwagi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naruszenie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odmowa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działaniu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dobrowolnym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korzystanie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samo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sobie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stanowić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podstawy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obniżenia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C1D2728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10. </w:t>
      </w:r>
      <w:proofErr w:type="spellStart"/>
      <w:r w:rsidRPr="00AB15B1">
        <w:rPr>
          <w:rFonts w:ascii="Times New Roman" w:hAnsi="Times New Roman" w:cs="Times New Roman"/>
          <w:sz w:val="22"/>
        </w:rPr>
        <w:t>Przy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poglądów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przekonań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religii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światopoglądu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tożsamości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osiągnięć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Informację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zachowaniu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uwzględnia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wyłącznie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wtedy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gdy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AB15B1">
        <w:rPr>
          <w:rFonts w:ascii="Times New Roman" w:hAnsi="Times New Roman" w:cs="Times New Roman"/>
          <w:sz w:val="22"/>
        </w:rPr>
        <w:t>wiarygodna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istotna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obszarów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ust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1, z </w:t>
      </w:r>
      <w:proofErr w:type="spellStart"/>
      <w:r w:rsidRPr="00AB15B1">
        <w:rPr>
          <w:rFonts w:ascii="Times New Roman" w:hAnsi="Times New Roman" w:cs="Times New Roman"/>
          <w:sz w:val="22"/>
        </w:rPr>
        <w:t>poszanowaniem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prywatności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573EB64" w14:textId="7301C71F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7</w:t>
      </w:r>
      <w:r w:rsidR="000A5002" w:rsidRPr="00AB15B1">
        <w:rPr>
          <w:rFonts w:ascii="Times New Roman" w:hAnsi="Times New Roman" w:cs="Times New Roman"/>
        </w:rPr>
        <w:t>6</w:t>
      </w:r>
      <w:r w:rsidRPr="00AB15B1">
        <w:rPr>
          <w:rFonts w:ascii="Times New Roman" w:hAnsi="Times New Roman" w:cs="Times New Roman"/>
        </w:rPr>
        <w:t>.</w:t>
      </w:r>
    </w:p>
    <w:p w14:paraId="64FFD07D" w14:textId="77777777" w:rsidR="00A236E9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Uczeń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lub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jego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rodzice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mogą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ciągu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3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dni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roboczych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od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otrzymania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przewidywanej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rocznej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ocenie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złożyć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wychowawcy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pisemny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lub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elektroniczny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wniosek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ustalenie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oceny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wyższej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niż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przewidywana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wskazując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ocenę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, o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którą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ubiega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się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236E9" w:rsidRPr="00AB15B1">
        <w:rPr>
          <w:rFonts w:ascii="Times New Roman" w:hAnsi="Times New Roman" w:cs="Times New Roman"/>
          <w:sz w:val="22"/>
        </w:rPr>
        <w:t>uczeń</w:t>
      </w:r>
      <w:proofErr w:type="spellEnd"/>
      <w:r w:rsidR="00A236E9" w:rsidRPr="00AB15B1">
        <w:rPr>
          <w:rFonts w:ascii="Times New Roman" w:hAnsi="Times New Roman" w:cs="Times New Roman"/>
          <w:sz w:val="22"/>
        </w:rPr>
        <w:t xml:space="preserve">. </w:t>
      </w:r>
    </w:p>
    <w:p w14:paraId="7B1A4E91" w14:textId="5DDCA487" w:rsidR="00F81935" w:rsidRPr="00AB15B1" w:rsidRDefault="00A236E9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Wychowawca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ponownie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analizuje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kryteria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umożliwia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przedstawienie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stanowiska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razie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zasięga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dodatkowych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spełnia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kryteria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o </w:t>
      </w:r>
      <w:proofErr w:type="spellStart"/>
      <w:r w:rsidRPr="00AB15B1">
        <w:rPr>
          <w:rFonts w:ascii="Times New Roman" w:hAnsi="Times New Roman" w:cs="Times New Roman"/>
          <w:sz w:val="22"/>
        </w:rPr>
        <w:t>którą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ubiega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wychowawca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; w </w:t>
      </w:r>
      <w:proofErr w:type="spellStart"/>
      <w:r w:rsidRPr="00AB15B1">
        <w:rPr>
          <w:rFonts w:ascii="Times New Roman" w:hAnsi="Times New Roman" w:cs="Times New Roman"/>
          <w:sz w:val="22"/>
        </w:rPr>
        <w:t>przeciwnym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razie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pozostawia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przewidywaną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O </w:t>
      </w:r>
      <w:proofErr w:type="spellStart"/>
      <w:r w:rsidRPr="00AB15B1">
        <w:rPr>
          <w:rFonts w:ascii="Times New Roman" w:hAnsi="Times New Roman" w:cs="Times New Roman"/>
          <w:sz w:val="22"/>
        </w:rPr>
        <w:t>wyniku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Ocena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ustalona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tym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trybie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być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niższa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przewidywanej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B44F89A" w14:textId="3B22E19E" w:rsidR="008859D9" w:rsidRPr="00AB15B1" w:rsidRDefault="00A236E9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>3</w:t>
      </w:r>
      <w:r w:rsidR="00B610B3"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Ustalenie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oceny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wyższej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nie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może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być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uzależnione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od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wykonania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dodatkowej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pracy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świadczenia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na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rzecz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Szkoły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udziału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wolontariacie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innej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aktywności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charakterze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kary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lub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 xml:space="preserve"> „</w:t>
      </w:r>
      <w:proofErr w:type="spellStart"/>
      <w:r w:rsidR="00B610B3" w:rsidRPr="00AB15B1">
        <w:rPr>
          <w:rFonts w:ascii="Times New Roman" w:hAnsi="Times New Roman" w:cs="Times New Roman"/>
          <w:sz w:val="22"/>
        </w:rPr>
        <w:t>odpracowania</w:t>
      </w:r>
      <w:proofErr w:type="spellEnd"/>
      <w:r w:rsidR="00B610B3" w:rsidRPr="00AB15B1">
        <w:rPr>
          <w:rFonts w:ascii="Times New Roman" w:hAnsi="Times New Roman" w:cs="Times New Roman"/>
          <w:sz w:val="22"/>
        </w:rPr>
        <w:t>”.</w:t>
      </w:r>
    </w:p>
    <w:p w14:paraId="60020363" w14:textId="56024F2A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7</w:t>
      </w:r>
      <w:r w:rsidR="000A5002" w:rsidRPr="00AB15B1">
        <w:rPr>
          <w:rFonts w:ascii="Times New Roman" w:hAnsi="Times New Roman" w:cs="Times New Roman"/>
        </w:rPr>
        <w:t>7</w:t>
      </w:r>
      <w:r w:rsidRPr="00AB15B1">
        <w:rPr>
          <w:rFonts w:ascii="Times New Roman" w:hAnsi="Times New Roman" w:cs="Times New Roman"/>
        </w:rPr>
        <w:t>.</w:t>
      </w:r>
    </w:p>
    <w:p w14:paraId="4848C5D4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Egzamin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klasyfikacyjny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egzamin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poprawkowy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sprawdzian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wiadomości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umiejętności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przeprowadzany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związku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zastrzeżeniami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rocznej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trybie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właściwym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postępowania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Statut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wprowadza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dodatkowych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warunków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ograniczających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tych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procedur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ADA4031" w14:textId="772177AE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7</w:t>
      </w:r>
      <w:r w:rsidR="000A5002" w:rsidRPr="00AB15B1">
        <w:rPr>
          <w:rFonts w:ascii="Times New Roman" w:hAnsi="Times New Roman" w:cs="Times New Roman"/>
        </w:rPr>
        <w:t>8</w:t>
      </w:r>
      <w:r w:rsidRPr="00AB15B1">
        <w:rPr>
          <w:rFonts w:ascii="Times New Roman" w:hAnsi="Times New Roman" w:cs="Times New Roman"/>
        </w:rPr>
        <w:t>.</w:t>
      </w:r>
    </w:p>
    <w:p w14:paraId="0D1BC3BF" w14:textId="77777777" w:rsidR="00CA1478" w:rsidRPr="00AB15B1" w:rsidRDefault="00CA1478" w:rsidP="00AB15B1">
      <w:pPr>
        <w:pStyle w:val="Paragraf"/>
        <w:spacing w:before="0" w:after="0" w:line="240" w:lineRule="auto"/>
        <w:jc w:val="both"/>
        <w:rPr>
          <w:rFonts w:ascii="Times New Roman" w:hAnsi="Times New Roman" w:cs="Times New Roman"/>
          <w:b w:val="0"/>
        </w:rPr>
      </w:pPr>
      <w:proofErr w:type="spellStart"/>
      <w:r w:rsidRPr="00AB15B1">
        <w:rPr>
          <w:rFonts w:ascii="Times New Roman" w:hAnsi="Times New Roman" w:cs="Times New Roman"/>
          <w:b w:val="0"/>
        </w:rPr>
        <w:t>Klasyfikację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ucznia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spełniającego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obowiązek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szkolny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poza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Szkołą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przeprowadza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się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na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zasadach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określonych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w </w:t>
      </w:r>
      <w:proofErr w:type="spellStart"/>
      <w:r w:rsidRPr="00AB15B1">
        <w:rPr>
          <w:rFonts w:ascii="Times New Roman" w:hAnsi="Times New Roman" w:cs="Times New Roman"/>
          <w:b w:val="0"/>
        </w:rPr>
        <w:t>przepisach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prawa</w:t>
      </w:r>
      <w:proofErr w:type="spellEnd"/>
      <w:r w:rsidRPr="00AB15B1">
        <w:rPr>
          <w:rFonts w:ascii="Times New Roman" w:hAnsi="Times New Roman" w:cs="Times New Roman"/>
          <w:b w:val="0"/>
        </w:rPr>
        <w:t>.</w:t>
      </w:r>
    </w:p>
    <w:p w14:paraId="73D3FAFC" w14:textId="21BC49B1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 xml:space="preserve">§ </w:t>
      </w:r>
      <w:r w:rsidR="000A5002" w:rsidRPr="00AB15B1">
        <w:rPr>
          <w:rFonts w:ascii="Times New Roman" w:hAnsi="Times New Roman" w:cs="Times New Roman"/>
        </w:rPr>
        <w:t>79</w:t>
      </w:r>
      <w:r w:rsidRPr="00AB15B1">
        <w:rPr>
          <w:rFonts w:ascii="Times New Roman" w:hAnsi="Times New Roman" w:cs="Times New Roman"/>
        </w:rPr>
        <w:t>.</w:t>
      </w:r>
    </w:p>
    <w:p w14:paraId="6C86003F" w14:textId="77777777" w:rsidR="00CA1478" w:rsidRPr="00AB15B1" w:rsidRDefault="00CA1478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Uczniowi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zwolnionemu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realizacji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który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czasie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pozostaje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Szkole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zapewnia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opiekę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C622146" w14:textId="77777777" w:rsidR="00AB15B1" w:rsidRDefault="00AB15B1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</w:pPr>
    </w:p>
    <w:p w14:paraId="161253BA" w14:textId="77777777" w:rsidR="00AB15B1" w:rsidRDefault="00AB15B1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</w:pPr>
    </w:p>
    <w:p w14:paraId="492DFA2D" w14:textId="77777777" w:rsidR="00AB15B1" w:rsidRDefault="00AB15B1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</w:pPr>
    </w:p>
    <w:p w14:paraId="4579301A" w14:textId="77777777" w:rsidR="00AB15B1" w:rsidRDefault="00AB15B1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</w:pPr>
    </w:p>
    <w:p w14:paraId="759DA617" w14:textId="03E363D2" w:rsidR="00DF504C" w:rsidRPr="00AB15B1" w:rsidRDefault="00435BE5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lastRenderedPageBreak/>
        <w:t>Rozdział</w:t>
      </w:r>
      <w:proofErr w:type="spellEnd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 xml:space="preserve"> 1</w:t>
      </w:r>
      <w:r w:rsidR="000A5002"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7</w:t>
      </w:r>
    </w:p>
    <w:p w14:paraId="45EC2D00" w14:textId="77777777" w:rsidR="00DF504C" w:rsidRPr="00AB15B1" w:rsidRDefault="00435BE5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</w:pPr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 xml:space="preserve">Prawa </w:t>
      </w: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obowiązki</w:t>
      </w:r>
      <w:proofErr w:type="spellEnd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uczniów</w:t>
      </w:r>
      <w:proofErr w:type="spellEnd"/>
    </w:p>
    <w:p w14:paraId="0505C2FF" w14:textId="18AADFCB" w:rsidR="00DF504C" w:rsidRPr="00AB15B1" w:rsidRDefault="00435BE5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</w:rPr>
      </w:pPr>
      <w:r w:rsidRPr="00AB15B1">
        <w:rPr>
          <w:rFonts w:ascii="Times New Roman" w:hAnsi="Times New Roman" w:cs="Times New Roman"/>
          <w:b/>
          <w:bCs/>
          <w:sz w:val="22"/>
        </w:rPr>
        <w:t>§ 8</w:t>
      </w:r>
      <w:r w:rsidR="000A5002" w:rsidRPr="00AB15B1">
        <w:rPr>
          <w:rFonts w:ascii="Times New Roman" w:hAnsi="Times New Roman" w:cs="Times New Roman"/>
          <w:b/>
          <w:bCs/>
          <w:sz w:val="22"/>
        </w:rPr>
        <w:t>0</w:t>
      </w:r>
      <w:r w:rsidRPr="00AB15B1">
        <w:rPr>
          <w:rFonts w:ascii="Times New Roman" w:hAnsi="Times New Roman" w:cs="Times New Roman"/>
          <w:b/>
          <w:bCs/>
          <w:sz w:val="22"/>
        </w:rPr>
        <w:t>.</w:t>
      </w:r>
    </w:p>
    <w:p w14:paraId="1AA20D29" w14:textId="77777777" w:rsidR="00DF504C" w:rsidRPr="00AB15B1" w:rsidRDefault="00DF504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ma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do:</w:t>
      </w:r>
    </w:p>
    <w:p w14:paraId="3CAEC0C9" w14:textId="77777777" w:rsidR="00DF504C" w:rsidRPr="00AB15B1" w:rsidRDefault="00DF504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poszanowania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godności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podmiotowości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prywatności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wizerunku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równego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traktowania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69677D04" w14:textId="77777777" w:rsidR="00DF504C" w:rsidRPr="00AB15B1" w:rsidRDefault="00DF504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ochrony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przemocą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poniżającym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traktowaniem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dyskryminacją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1E45A2C0" w14:textId="77777777" w:rsidR="00DF504C" w:rsidRPr="00AB15B1" w:rsidRDefault="00DF504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bezpiecznych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higienicznych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warunków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nauki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wychowania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Szkole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podczas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organizowanych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nią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11185A72" w14:textId="77777777" w:rsidR="00DF504C" w:rsidRPr="00AB15B1" w:rsidRDefault="00DF504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4) </w:t>
      </w:r>
      <w:proofErr w:type="spellStart"/>
      <w:r w:rsidRPr="00AB15B1">
        <w:rPr>
          <w:rFonts w:ascii="Times New Roman" w:hAnsi="Times New Roman" w:cs="Times New Roman"/>
          <w:sz w:val="22"/>
        </w:rPr>
        <w:t>właściwie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zorganizowanego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procesu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kształcenia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AB15B1">
        <w:rPr>
          <w:rFonts w:ascii="Times New Roman" w:hAnsi="Times New Roman" w:cs="Times New Roman"/>
          <w:sz w:val="22"/>
        </w:rPr>
        <w:t>wykorzystaniem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metod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form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możliwości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psychofizycznych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402896F4" w14:textId="77777777" w:rsidR="00DF504C" w:rsidRPr="00AB15B1" w:rsidRDefault="00DF504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5) </w:t>
      </w:r>
      <w:proofErr w:type="spellStart"/>
      <w:r w:rsidRPr="00AB15B1">
        <w:rPr>
          <w:rFonts w:ascii="Times New Roman" w:hAnsi="Times New Roman" w:cs="Times New Roman"/>
          <w:sz w:val="22"/>
        </w:rPr>
        <w:t>korzystania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psychologiczno-pedagogicznej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dostępnych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form </w:t>
      </w:r>
      <w:proofErr w:type="spellStart"/>
      <w:r w:rsidRPr="00AB15B1">
        <w:rPr>
          <w:rFonts w:ascii="Times New Roman" w:hAnsi="Times New Roman" w:cs="Times New Roman"/>
          <w:sz w:val="22"/>
        </w:rPr>
        <w:t>wsparcia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rozpoznanych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6076CC43" w14:textId="77777777" w:rsidR="000A5002" w:rsidRPr="00AB15B1" w:rsidRDefault="00DF504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6) </w:t>
      </w:r>
      <w:proofErr w:type="spellStart"/>
      <w:r w:rsidRPr="00AB15B1">
        <w:rPr>
          <w:rFonts w:ascii="Times New Roman" w:hAnsi="Times New Roman" w:cs="Times New Roman"/>
          <w:sz w:val="22"/>
        </w:rPr>
        <w:t>jawnego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uzasadnionego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oceniania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zgodnie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zasadami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Rozdziale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17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zrozumiałej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wymaganiach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sposobach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sprawdzania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osiągnięć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organizacji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Pr="00AB15B1">
        <w:rPr>
          <w:rFonts w:ascii="Times New Roman" w:hAnsi="Times New Roman" w:cs="Times New Roman"/>
          <w:sz w:val="22"/>
        </w:rPr>
        <w:t>także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swoich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obowiązkach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12F42382" w14:textId="77777777" w:rsidR="000A5002" w:rsidRPr="00AB15B1" w:rsidRDefault="00DF504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7) </w:t>
      </w:r>
      <w:proofErr w:type="spellStart"/>
      <w:r w:rsidRPr="00AB15B1">
        <w:rPr>
          <w:rFonts w:ascii="Times New Roman" w:hAnsi="Times New Roman" w:cs="Times New Roman"/>
          <w:sz w:val="22"/>
        </w:rPr>
        <w:t>rozwijania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zainteresowań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uzdolnień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konkursach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zawodach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projektach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przedsięwzięciach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4F19B886" w14:textId="77777777" w:rsidR="000A5002" w:rsidRPr="00AB15B1" w:rsidRDefault="00DF504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8) </w:t>
      </w:r>
      <w:proofErr w:type="spellStart"/>
      <w:r w:rsidRPr="00AB15B1">
        <w:rPr>
          <w:rFonts w:ascii="Times New Roman" w:hAnsi="Times New Roman" w:cs="Times New Roman"/>
          <w:sz w:val="22"/>
        </w:rPr>
        <w:t>wypoczynku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przerw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nauce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zgodnie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organizacją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63D0FBB5" w14:textId="77777777" w:rsidR="000A5002" w:rsidRPr="00AB15B1" w:rsidRDefault="00DF504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9) </w:t>
      </w:r>
      <w:proofErr w:type="spellStart"/>
      <w:r w:rsidRPr="00AB15B1">
        <w:rPr>
          <w:rFonts w:ascii="Times New Roman" w:hAnsi="Times New Roman" w:cs="Times New Roman"/>
          <w:sz w:val="22"/>
        </w:rPr>
        <w:t>wyrażania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opinii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przedstawiania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wniosków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bycia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wysłuchanym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sprawach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które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go </w:t>
      </w:r>
      <w:proofErr w:type="spellStart"/>
      <w:r w:rsidRPr="00AB15B1">
        <w:rPr>
          <w:rFonts w:ascii="Times New Roman" w:hAnsi="Times New Roman" w:cs="Times New Roman"/>
          <w:sz w:val="22"/>
        </w:rPr>
        <w:t>dotyczą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dojrzałości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25326435" w14:textId="77777777" w:rsidR="000A5002" w:rsidRPr="00AB15B1" w:rsidRDefault="00DF504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10) </w:t>
      </w:r>
      <w:proofErr w:type="spellStart"/>
      <w:r w:rsidRPr="00AB15B1">
        <w:rPr>
          <w:rFonts w:ascii="Times New Roman" w:hAnsi="Times New Roman" w:cs="Times New Roman"/>
          <w:sz w:val="22"/>
        </w:rPr>
        <w:t>działalności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Samorządzie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Uczniowskim, </w:t>
      </w:r>
      <w:proofErr w:type="spellStart"/>
      <w:r w:rsidRPr="00AB15B1">
        <w:rPr>
          <w:rFonts w:ascii="Times New Roman" w:hAnsi="Times New Roman" w:cs="Times New Roman"/>
          <w:sz w:val="22"/>
        </w:rPr>
        <w:t>udziału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wyborach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opiekuna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angażowania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życie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Szkoły;</w:t>
      </w:r>
    </w:p>
    <w:p w14:paraId="1A4A8995" w14:textId="77777777" w:rsidR="000A5002" w:rsidRPr="00AB15B1" w:rsidRDefault="00DF504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11) </w:t>
      </w:r>
      <w:proofErr w:type="spellStart"/>
      <w:r w:rsidRPr="00AB15B1">
        <w:rPr>
          <w:rFonts w:ascii="Times New Roman" w:hAnsi="Times New Roman" w:cs="Times New Roman"/>
          <w:sz w:val="22"/>
        </w:rPr>
        <w:t>składania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skarg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wniosków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bez </w:t>
      </w:r>
      <w:proofErr w:type="spellStart"/>
      <w:r w:rsidRPr="00AB15B1">
        <w:rPr>
          <w:rFonts w:ascii="Times New Roman" w:hAnsi="Times New Roman" w:cs="Times New Roman"/>
          <w:sz w:val="22"/>
        </w:rPr>
        <w:t>negatywnych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konsekwencji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wynikających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samego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skorzystania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tego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01A6EAE7" w14:textId="5F3D80DD" w:rsidR="000A5002" w:rsidRPr="00AB15B1" w:rsidRDefault="00DF504C" w:rsidP="00AB15B1">
      <w:pPr>
        <w:pStyle w:val="Ustep"/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12) </w:t>
      </w:r>
      <w:proofErr w:type="spellStart"/>
      <w:r w:rsidRPr="00AB15B1">
        <w:rPr>
          <w:rFonts w:ascii="Times New Roman" w:hAnsi="Times New Roman" w:cs="Times New Roman"/>
          <w:sz w:val="22"/>
        </w:rPr>
        <w:t>posiadania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przedmiotów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osobistych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ochrony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ich </w:t>
      </w:r>
      <w:proofErr w:type="spellStart"/>
      <w:r w:rsidRPr="00AB15B1">
        <w:rPr>
          <w:rFonts w:ascii="Times New Roman" w:hAnsi="Times New Roman" w:cs="Times New Roman"/>
          <w:sz w:val="22"/>
        </w:rPr>
        <w:t>prywatności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AB15B1">
        <w:rPr>
          <w:rFonts w:ascii="Times New Roman" w:hAnsi="Times New Roman" w:cs="Times New Roman"/>
          <w:sz w:val="22"/>
        </w:rPr>
        <w:t>uwzględnieniem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="000A5002" w:rsidRPr="00AB15B1">
        <w:rPr>
          <w:rFonts w:ascii="Times New Roman" w:hAnsi="Times New Roman" w:cs="Times New Roman"/>
          <w:sz w:val="22"/>
        </w:rPr>
        <w:t>;</w:t>
      </w:r>
    </w:p>
    <w:p w14:paraId="178DBD50" w14:textId="77777777" w:rsidR="000A5002" w:rsidRPr="00AB15B1" w:rsidRDefault="00DF504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13) </w:t>
      </w:r>
      <w:proofErr w:type="spellStart"/>
      <w:r w:rsidRPr="00AB15B1">
        <w:rPr>
          <w:rFonts w:ascii="Times New Roman" w:hAnsi="Times New Roman" w:cs="Times New Roman"/>
          <w:sz w:val="22"/>
        </w:rPr>
        <w:t>korzystania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wolności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sumienia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wyznania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światopoglądu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wypowiedzi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AB15B1">
        <w:rPr>
          <w:rFonts w:ascii="Times New Roman" w:hAnsi="Times New Roman" w:cs="Times New Roman"/>
          <w:sz w:val="22"/>
        </w:rPr>
        <w:t>poszanowaniem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przepisów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DB554AD" w14:textId="77777777" w:rsidR="000A5002" w:rsidRPr="00AB15B1" w:rsidRDefault="00DF504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upowszechnia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wśród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wiedzę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ich </w:t>
      </w:r>
      <w:proofErr w:type="spellStart"/>
      <w:r w:rsidRPr="00AB15B1">
        <w:rPr>
          <w:rFonts w:ascii="Times New Roman" w:hAnsi="Times New Roman" w:cs="Times New Roman"/>
          <w:sz w:val="22"/>
        </w:rPr>
        <w:t>prawach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sposobach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uzyskania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przypadku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naruszenia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91C3DCF" w14:textId="42623C6F" w:rsidR="00DF504C" w:rsidRPr="00AB15B1" w:rsidRDefault="00DF504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Prawa </w:t>
      </w:r>
      <w:proofErr w:type="spellStart"/>
      <w:r w:rsidRPr="00AB15B1">
        <w:rPr>
          <w:rFonts w:ascii="Times New Roman" w:hAnsi="Times New Roman" w:cs="Times New Roman"/>
          <w:sz w:val="22"/>
        </w:rPr>
        <w:t>przysługujące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podstawie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przepisów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niezależnie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od ich </w:t>
      </w:r>
      <w:proofErr w:type="spellStart"/>
      <w:r w:rsidRPr="00AB15B1">
        <w:rPr>
          <w:rFonts w:ascii="Times New Roman" w:hAnsi="Times New Roman" w:cs="Times New Roman"/>
          <w:sz w:val="22"/>
        </w:rPr>
        <w:t>wymienienia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Statucie. </w:t>
      </w:r>
      <w:proofErr w:type="spellStart"/>
      <w:r w:rsidRPr="00AB15B1">
        <w:rPr>
          <w:rFonts w:ascii="Times New Roman" w:hAnsi="Times New Roman" w:cs="Times New Roman"/>
          <w:sz w:val="22"/>
        </w:rPr>
        <w:t>Regulaminy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zarządzenia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procedury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wewnętrzne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mogą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ograniczać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wynikających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przepisów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Statutu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944845A" w14:textId="48B64B97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8</w:t>
      </w:r>
      <w:r w:rsidR="000A5002" w:rsidRPr="00AB15B1">
        <w:rPr>
          <w:rFonts w:ascii="Times New Roman" w:hAnsi="Times New Roman" w:cs="Times New Roman"/>
        </w:rPr>
        <w:t>1</w:t>
      </w:r>
      <w:r w:rsidRPr="00AB15B1">
        <w:rPr>
          <w:rFonts w:ascii="Times New Roman" w:hAnsi="Times New Roman" w:cs="Times New Roman"/>
        </w:rPr>
        <w:t>.</w:t>
      </w:r>
    </w:p>
    <w:p w14:paraId="6F23133E" w14:textId="29E54E1E" w:rsidR="005C07BC" w:rsidRPr="00AB15B1" w:rsidRDefault="005C07BC" w:rsidP="00AB15B1">
      <w:pPr>
        <w:pStyle w:val="Paragraf"/>
        <w:spacing w:before="0" w:after="0" w:line="240" w:lineRule="auto"/>
        <w:jc w:val="both"/>
        <w:rPr>
          <w:rFonts w:ascii="Times New Roman" w:hAnsi="Times New Roman" w:cs="Times New Roman"/>
          <w:b w:val="0"/>
        </w:rPr>
      </w:pPr>
      <w:r w:rsidRPr="00AB15B1">
        <w:rPr>
          <w:rFonts w:ascii="Times New Roman" w:hAnsi="Times New Roman" w:cs="Times New Roman"/>
          <w:b w:val="0"/>
        </w:rPr>
        <w:t xml:space="preserve">1. W </w:t>
      </w:r>
      <w:proofErr w:type="spellStart"/>
      <w:r w:rsidRPr="00AB15B1">
        <w:rPr>
          <w:rFonts w:ascii="Times New Roman" w:hAnsi="Times New Roman" w:cs="Times New Roman"/>
          <w:b w:val="0"/>
        </w:rPr>
        <w:t>przypadku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naruszenia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praw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ucznia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uczeń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AB15B1">
        <w:rPr>
          <w:rFonts w:ascii="Times New Roman" w:hAnsi="Times New Roman" w:cs="Times New Roman"/>
          <w:b w:val="0"/>
        </w:rPr>
        <w:t>jego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rodzice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albo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osoba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działająca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za </w:t>
      </w:r>
      <w:proofErr w:type="spellStart"/>
      <w:r w:rsidRPr="00AB15B1">
        <w:rPr>
          <w:rFonts w:ascii="Times New Roman" w:hAnsi="Times New Roman" w:cs="Times New Roman"/>
          <w:b w:val="0"/>
        </w:rPr>
        <w:t>zgodą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ucznia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mogą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złożyć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skargę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. </w:t>
      </w:r>
      <w:proofErr w:type="spellStart"/>
      <w:r w:rsidRPr="00AB15B1">
        <w:rPr>
          <w:rFonts w:ascii="Times New Roman" w:hAnsi="Times New Roman" w:cs="Times New Roman"/>
          <w:b w:val="0"/>
        </w:rPr>
        <w:t>Niezależnie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od </w:t>
      </w:r>
      <w:proofErr w:type="spellStart"/>
      <w:r w:rsidRPr="00AB15B1">
        <w:rPr>
          <w:rFonts w:ascii="Times New Roman" w:hAnsi="Times New Roman" w:cs="Times New Roman"/>
          <w:b w:val="0"/>
        </w:rPr>
        <w:t>skargi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można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złożyć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wniosek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dotyczący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sposobu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realizacji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praw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ucznia</w:t>
      </w:r>
      <w:proofErr w:type="spellEnd"/>
      <w:r w:rsidRPr="00AB15B1">
        <w:rPr>
          <w:rFonts w:ascii="Times New Roman" w:hAnsi="Times New Roman" w:cs="Times New Roman"/>
          <w:b w:val="0"/>
        </w:rPr>
        <w:t>.</w:t>
      </w:r>
    </w:p>
    <w:p w14:paraId="2FA62D02" w14:textId="45CE8D0E" w:rsidR="005C07BC" w:rsidRPr="00AB15B1" w:rsidRDefault="005C07BC" w:rsidP="00AB15B1">
      <w:pPr>
        <w:pStyle w:val="Paragraf"/>
        <w:spacing w:before="0" w:after="0" w:line="240" w:lineRule="auto"/>
        <w:jc w:val="both"/>
        <w:rPr>
          <w:rFonts w:ascii="Times New Roman" w:hAnsi="Times New Roman" w:cs="Times New Roman"/>
          <w:b w:val="0"/>
        </w:rPr>
      </w:pPr>
      <w:r w:rsidRPr="00AB15B1">
        <w:rPr>
          <w:rFonts w:ascii="Times New Roman" w:hAnsi="Times New Roman" w:cs="Times New Roman"/>
          <w:b w:val="0"/>
        </w:rPr>
        <w:t xml:space="preserve">2. </w:t>
      </w:r>
      <w:proofErr w:type="spellStart"/>
      <w:r w:rsidRPr="00AB15B1">
        <w:rPr>
          <w:rFonts w:ascii="Times New Roman" w:hAnsi="Times New Roman" w:cs="Times New Roman"/>
          <w:b w:val="0"/>
        </w:rPr>
        <w:t>Skargę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dotyczącą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działania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lub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zaniechania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nauczyciela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AB15B1">
        <w:rPr>
          <w:rFonts w:ascii="Times New Roman" w:hAnsi="Times New Roman" w:cs="Times New Roman"/>
          <w:b w:val="0"/>
        </w:rPr>
        <w:t>innego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pracownika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albo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Szkoły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kieruje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się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do </w:t>
      </w:r>
      <w:proofErr w:type="spellStart"/>
      <w:r w:rsidRPr="00AB15B1">
        <w:rPr>
          <w:rFonts w:ascii="Times New Roman" w:hAnsi="Times New Roman" w:cs="Times New Roman"/>
          <w:b w:val="0"/>
        </w:rPr>
        <w:t>Dyrektora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. </w:t>
      </w:r>
      <w:proofErr w:type="spellStart"/>
      <w:r w:rsidRPr="00AB15B1">
        <w:rPr>
          <w:rFonts w:ascii="Times New Roman" w:hAnsi="Times New Roman" w:cs="Times New Roman"/>
          <w:b w:val="0"/>
        </w:rPr>
        <w:t>Uczeń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może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przekazać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skargę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także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wychowawcy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AB15B1">
        <w:rPr>
          <w:rFonts w:ascii="Times New Roman" w:hAnsi="Times New Roman" w:cs="Times New Roman"/>
          <w:b w:val="0"/>
        </w:rPr>
        <w:t>pedagogowi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lub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psychologowi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AB15B1">
        <w:rPr>
          <w:rFonts w:ascii="Times New Roman" w:hAnsi="Times New Roman" w:cs="Times New Roman"/>
          <w:b w:val="0"/>
        </w:rPr>
        <w:t>który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niezwłocznie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przekazuje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ją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Dyrektorowi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w </w:t>
      </w:r>
      <w:proofErr w:type="spellStart"/>
      <w:r w:rsidRPr="00AB15B1">
        <w:rPr>
          <w:rFonts w:ascii="Times New Roman" w:hAnsi="Times New Roman" w:cs="Times New Roman"/>
          <w:b w:val="0"/>
        </w:rPr>
        <w:t>razie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potrzeby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AB15B1">
        <w:rPr>
          <w:rFonts w:ascii="Times New Roman" w:hAnsi="Times New Roman" w:cs="Times New Roman"/>
          <w:b w:val="0"/>
        </w:rPr>
        <w:t>pomaga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uczniowi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w </w:t>
      </w:r>
      <w:proofErr w:type="spellStart"/>
      <w:r w:rsidRPr="00AB15B1">
        <w:rPr>
          <w:rFonts w:ascii="Times New Roman" w:hAnsi="Times New Roman" w:cs="Times New Roman"/>
          <w:b w:val="0"/>
        </w:rPr>
        <w:t>jej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sformułowaniu</w:t>
      </w:r>
      <w:proofErr w:type="spellEnd"/>
      <w:r w:rsidRPr="00AB15B1">
        <w:rPr>
          <w:rFonts w:ascii="Times New Roman" w:hAnsi="Times New Roman" w:cs="Times New Roman"/>
          <w:b w:val="0"/>
        </w:rPr>
        <w:t>.</w:t>
      </w:r>
    </w:p>
    <w:p w14:paraId="15196665" w14:textId="775C229E" w:rsidR="005C07BC" w:rsidRPr="00AB15B1" w:rsidRDefault="005C07BC" w:rsidP="00AB15B1">
      <w:pPr>
        <w:pStyle w:val="Paragraf"/>
        <w:spacing w:before="0" w:after="0" w:line="240" w:lineRule="auto"/>
        <w:jc w:val="both"/>
        <w:rPr>
          <w:rFonts w:ascii="Times New Roman" w:hAnsi="Times New Roman" w:cs="Times New Roman"/>
          <w:b w:val="0"/>
        </w:rPr>
      </w:pPr>
      <w:r w:rsidRPr="00AB15B1">
        <w:rPr>
          <w:rFonts w:ascii="Times New Roman" w:hAnsi="Times New Roman" w:cs="Times New Roman"/>
          <w:b w:val="0"/>
        </w:rPr>
        <w:t xml:space="preserve">3. </w:t>
      </w:r>
      <w:proofErr w:type="spellStart"/>
      <w:r w:rsidRPr="00AB15B1">
        <w:rPr>
          <w:rFonts w:ascii="Times New Roman" w:hAnsi="Times New Roman" w:cs="Times New Roman"/>
          <w:b w:val="0"/>
        </w:rPr>
        <w:t>Jeżeli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skarga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dotyczy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działania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lub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zaniechania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Dyrektora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AB15B1">
        <w:rPr>
          <w:rFonts w:ascii="Times New Roman" w:hAnsi="Times New Roman" w:cs="Times New Roman"/>
          <w:b w:val="0"/>
        </w:rPr>
        <w:t>wnosi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się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ją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do </w:t>
      </w:r>
      <w:proofErr w:type="spellStart"/>
      <w:r w:rsidRPr="00AB15B1">
        <w:rPr>
          <w:rFonts w:ascii="Times New Roman" w:hAnsi="Times New Roman" w:cs="Times New Roman"/>
          <w:b w:val="0"/>
        </w:rPr>
        <w:t>organu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prowadzącego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albo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organu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sprawującego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nadzór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pedagogiczny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AB15B1">
        <w:rPr>
          <w:rFonts w:ascii="Times New Roman" w:hAnsi="Times New Roman" w:cs="Times New Roman"/>
          <w:b w:val="0"/>
        </w:rPr>
        <w:t>zgodnie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z ich </w:t>
      </w:r>
      <w:proofErr w:type="spellStart"/>
      <w:r w:rsidRPr="00AB15B1">
        <w:rPr>
          <w:rFonts w:ascii="Times New Roman" w:hAnsi="Times New Roman" w:cs="Times New Roman"/>
          <w:b w:val="0"/>
        </w:rPr>
        <w:t>właściwością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. </w:t>
      </w:r>
      <w:proofErr w:type="spellStart"/>
      <w:r w:rsidRPr="00AB15B1">
        <w:rPr>
          <w:rFonts w:ascii="Times New Roman" w:hAnsi="Times New Roman" w:cs="Times New Roman"/>
          <w:b w:val="0"/>
        </w:rPr>
        <w:t>Szkoła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udziela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informacji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o </w:t>
      </w:r>
      <w:proofErr w:type="spellStart"/>
      <w:r w:rsidRPr="00AB15B1">
        <w:rPr>
          <w:rFonts w:ascii="Times New Roman" w:hAnsi="Times New Roman" w:cs="Times New Roman"/>
          <w:b w:val="0"/>
        </w:rPr>
        <w:t>właściwym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sposobie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skierowania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skargi</w:t>
      </w:r>
      <w:proofErr w:type="spellEnd"/>
      <w:r w:rsidRPr="00AB15B1">
        <w:rPr>
          <w:rFonts w:ascii="Times New Roman" w:hAnsi="Times New Roman" w:cs="Times New Roman"/>
          <w:b w:val="0"/>
        </w:rPr>
        <w:t>.</w:t>
      </w:r>
    </w:p>
    <w:p w14:paraId="0A79DACE" w14:textId="1584AA0C" w:rsidR="005C07BC" w:rsidRPr="00AB15B1" w:rsidRDefault="005C07BC" w:rsidP="00AB15B1">
      <w:pPr>
        <w:pStyle w:val="Paragraf"/>
        <w:spacing w:before="0" w:after="0" w:line="240" w:lineRule="auto"/>
        <w:jc w:val="both"/>
        <w:rPr>
          <w:rFonts w:ascii="Times New Roman" w:hAnsi="Times New Roman" w:cs="Times New Roman"/>
          <w:b w:val="0"/>
        </w:rPr>
      </w:pPr>
      <w:r w:rsidRPr="00AB15B1">
        <w:rPr>
          <w:rFonts w:ascii="Times New Roman" w:hAnsi="Times New Roman" w:cs="Times New Roman"/>
          <w:b w:val="0"/>
        </w:rPr>
        <w:t xml:space="preserve">4. </w:t>
      </w:r>
      <w:proofErr w:type="spellStart"/>
      <w:r w:rsidRPr="00AB15B1">
        <w:rPr>
          <w:rFonts w:ascii="Times New Roman" w:hAnsi="Times New Roman" w:cs="Times New Roman"/>
          <w:b w:val="0"/>
        </w:rPr>
        <w:t>Skargę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lub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wniosek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można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złożyć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pisemnie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AB15B1">
        <w:rPr>
          <w:rFonts w:ascii="Times New Roman" w:hAnsi="Times New Roman" w:cs="Times New Roman"/>
          <w:b w:val="0"/>
        </w:rPr>
        <w:t>elektronicznie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albo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ustnie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do </w:t>
      </w:r>
      <w:proofErr w:type="spellStart"/>
      <w:r w:rsidRPr="00AB15B1">
        <w:rPr>
          <w:rFonts w:ascii="Times New Roman" w:hAnsi="Times New Roman" w:cs="Times New Roman"/>
          <w:b w:val="0"/>
        </w:rPr>
        <w:t>protokołu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. </w:t>
      </w:r>
      <w:proofErr w:type="spellStart"/>
      <w:r w:rsidRPr="00AB15B1">
        <w:rPr>
          <w:rFonts w:ascii="Times New Roman" w:hAnsi="Times New Roman" w:cs="Times New Roman"/>
          <w:b w:val="0"/>
        </w:rPr>
        <w:t>Uczeń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może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korzystać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przy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ich </w:t>
      </w:r>
      <w:proofErr w:type="spellStart"/>
      <w:r w:rsidRPr="00AB15B1">
        <w:rPr>
          <w:rFonts w:ascii="Times New Roman" w:hAnsi="Times New Roman" w:cs="Times New Roman"/>
          <w:b w:val="0"/>
        </w:rPr>
        <w:t>składaniu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z </w:t>
      </w:r>
      <w:proofErr w:type="spellStart"/>
      <w:r w:rsidRPr="00AB15B1">
        <w:rPr>
          <w:rFonts w:ascii="Times New Roman" w:hAnsi="Times New Roman" w:cs="Times New Roman"/>
          <w:b w:val="0"/>
        </w:rPr>
        <w:t>pomocy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wybranej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osoby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wspierającej</w:t>
      </w:r>
      <w:proofErr w:type="spellEnd"/>
      <w:r w:rsidRPr="00AB15B1">
        <w:rPr>
          <w:rFonts w:ascii="Times New Roman" w:hAnsi="Times New Roman" w:cs="Times New Roman"/>
          <w:b w:val="0"/>
        </w:rPr>
        <w:t>.</w:t>
      </w:r>
    </w:p>
    <w:p w14:paraId="7FCBC775" w14:textId="618BF355" w:rsidR="005C07BC" w:rsidRPr="00AB15B1" w:rsidRDefault="005C07BC" w:rsidP="00AB15B1">
      <w:pPr>
        <w:pStyle w:val="Paragraf"/>
        <w:spacing w:before="0" w:after="0" w:line="240" w:lineRule="auto"/>
        <w:jc w:val="both"/>
        <w:rPr>
          <w:rFonts w:ascii="Times New Roman" w:hAnsi="Times New Roman" w:cs="Times New Roman"/>
          <w:b w:val="0"/>
        </w:rPr>
      </w:pPr>
      <w:r w:rsidRPr="00AB15B1">
        <w:rPr>
          <w:rFonts w:ascii="Times New Roman" w:hAnsi="Times New Roman" w:cs="Times New Roman"/>
          <w:b w:val="0"/>
        </w:rPr>
        <w:t xml:space="preserve">5. </w:t>
      </w:r>
      <w:proofErr w:type="spellStart"/>
      <w:r w:rsidRPr="00AB15B1">
        <w:rPr>
          <w:rFonts w:ascii="Times New Roman" w:hAnsi="Times New Roman" w:cs="Times New Roman"/>
          <w:b w:val="0"/>
        </w:rPr>
        <w:t>Skargę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rozpatruje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się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z </w:t>
      </w:r>
      <w:proofErr w:type="spellStart"/>
      <w:r w:rsidRPr="00AB15B1">
        <w:rPr>
          <w:rFonts w:ascii="Times New Roman" w:hAnsi="Times New Roman" w:cs="Times New Roman"/>
          <w:b w:val="0"/>
        </w:rPr>
        <w:t>poszanowaniem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godności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AB15B1">
        <w:rPr>
          <w:rFonts w:ascii="Times New Roman" w:hAnsi="Times New Roman" w:cs="Times New Roman"/>
          <w:b w:val="0"/>
        </w:rPr>
        <w:t>bezpieczeństwa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prywatności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ucznia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. </w:t>
      </w:r>
      <w:proofErr w:type="spellStart"/>
      <w:r w:rsidRPr="00AB15B1">
        <w:rPr>
          <w:rFonts w:ascii="Times New Roman" w:hAnsi="Times New Roman" w:cs="Times New Roman"/>
          <w:b w:val="0"/>
        </w:rPr>
        <w:t>Uczeń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nie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może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ponosić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negatywnych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konsekwencji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z </w:t>
      </w:r>
      <w:proofErr w:type="spellStart"/>
      <w:r w:rsidRPr="00AB15B1">
        <w:rPr>
          <w:rFonts w:ascii="Times New Roman" w:hAnsi="Times New Roman" w:cs="Times New Roman"/>
          <w:b w:val="0"/>
        </w:rPr>
        <w:t>powodu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złożenia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skargi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AB15B1">
        <w:rPr>
          <w:rFonts w:ascii="Times New Roman" w:hAnsi="Times New Roman" w:cs="Times New Roman"/>
          <w:b w:val="0"/>
        </w:rPr>
        <w:t>przedstawienia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informacji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potrzebnych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do </w:t>
      </w:r>
      <w:proofErr w:type="spellStart"/>
      <w:r w:rsidRPr="00AB15B1">
        <w:rPr>
          <w:rFonts w:ascii="Times New Roman" w:hAnsi="Times New Roman" w:cs="Times New Roman"/>
          <w:b w:val="0"/>
        </w:rPr>
        <w:t>jej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wyjaśnienia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ani </w:t>
      </w:r>
      <w:proofErr w:type="spellStart"/>
      <w:r w:rsidRPr="00AB15B1">
        <w:rPr>
          <w:rFonts w:ascii="Times New Roman" w:hAnsi="Times New Roman" w:cs="Times New Roman"/>
          <w:b w:val="0"/>
        </w:rPr>
        <w:t>skorzystania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z </w:t>
      </w:r>
      <w:proofErr w:type="spellStart"/>
      <w:r w:rsidRPr="00AB15B1">
        <w:rPr>
          <w:rFonts w:ascii="Times New Roman" w:hAnsi="Times New Roman" w:cs="Times New Roman"/>
          <w:b w:val="0"/>
        </w:rPr>
        <w:t>pomocy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osoby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wspierającej</w:t>
      </w:r>
      <w:proofErr w:type="spellEnd"/>
      <w:r w:rsidRPr="00AB15B1">
        <w:rPr>
          <w:rFonts w:ascii="Times New Roman" w:hAnsi="Times New Roman" w:cs="Times New Roman"/>
          <w:b w:val="0"/>
        </w:rPr>
        <w:t>.</w:t>
      </w:r>
    </w:p>
    <w:p w14:paraId="47AFBD4D" w14:textId="1A0D7911" w:rsidR="005C07BC" w:rsidRPr="00AB15B1" w:rsidRDefault="005C07BC" w:rsidP="00AB15B1">
      <w:pPr>
        <w:pStyle w:val="Paragraf"/>
        <w:spacing w:before="0" w:after="0" w:line="240" w:lineRule="auto"/>
        <w:jc w:val="both"/>
        <w:rPr>
          <w:rFonts w:ascii="Times New Roman" w:hAnsi="Times New Roman" w:cs="Times New Roman"/>
          <w:b w:val="0"/>
        </w:rPr>
      </w:pPr>
      <w:r w:rsidRPr="00AB15B1">
        <w:rPr>
          <w:rFonts w:ascii="Times New Roman" w:hAnsi="Times New Roman" w:cs="Times New Roman"/>
          <w:b w:val="0"/>
        </w:rPr>
        <w:t xml:space="preserve">6. </w:t>
      </w:r>
      <w:proofErr w:type="spellStart"/>
      <w:r w:rsidRPr="00AB15B1">
        <w:rPr>
          <w:rFonts w:ascii="Times New Roman" w:hAnsi="Times New Roman" w:cs="Times New Roman"/>
          <w:b w:val="0"/>
        </w:rPr>
        <w:t>Skargę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rozpatrywaną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przez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Dyrektora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rozpoznaje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się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bez </w:t>
      </w:r>
      <w:proofErr w:type="spellStart"/>
      <w:r w:rsidRPr="00AB15B1">
        <w:rPr>
          <w:rFonts w:ascii="Times New Roman" w:hAnsi="Times New Roman" w:cs="Times New Roman"/>
          <w:b w:val="0"/>
        </w:rPr>
        <w:t>zbędnej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zwłoki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AB15B1">
        <w:rPr>
          <w:rFonts w:ascii="Times New Roman" w:hAnsi="Times New Roman" w:cs="Times New Roman"/>
          <w:b w:val="0"/>
        </w:rPr>
        <w:t>nie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później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niż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w </w:t>
      </w:r>
      <w:proofErr w:type="spellStart"/>
      <w:r w:rsidRPr="00AB15B1">
        <w:rPr>
          <w:rFonts w:ascii="Times New Roman" w:hAnsi="Times New Roman" w:cs="Times New Roman"/>
          <w:b w:val="0"/>
        </w:rPr>
        <w:t>terminie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14 </w:t>
      </w:r>
      <w:proofErr w:type="spellStart"/>
      <w:r w:rsidRPr="00AB15B1">
        <w:rPr>
          <w:rFonts w:ascii="Times New Roman" w:hAnsi="Times New Roman" w:cs="Times New Roman"/>
          <w:b w:val="0"/>
        </w:rPr>
        <w:t>dni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od </w:t>
      </w:r>
      <w:proofErr w:type="spellStart"/>
      <w:r w:rsidRPr="00AB15B1">
        <w:rPr>
          <w:rFonts w:ascii="Times New Roman" w:hAnsi="Times New Roman" w:cs="Times New Roman"/>
          <w:b w:val="0"/>
        </w:rPr>
        <w:t>dnia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jej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otrzymania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. </w:t>
      </w:r>
      <w:proofErr w:type="spellStart"/>
      <w:r w:rsidRPr="00AB15B1">
        <w:rPr>
          <w:rFonts w:ascii="Times New Roman" w:hAnsi="Times New Roman" w:cs="Times New Roman"/>
          <w:b w:val="0"/>
        </w:rPr>
        <w:t>Jeżeli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sprawa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wymaga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dłuższego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postępowania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wyjaśniającego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AB15B1">
        <w:rPr>
          <w:rFonts w:ascii="Times New Roman" w:hAnsi="Times New Roman" w:cs="Times New Roman"/>
          <w:b w:val="0"/>
        </w:rPr>
        <w:t>wnoszącego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informuje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się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o </w:t>
      </w:r>
      <w:proofErr w:type="spellStart"/>
      <w:r w:rsidRPr="00AB15B1">
        <w:rPr>
          <w:rFonts w:ascii="Times New Roman" w:hAnsi="Times New Roman" w:cs="Times New Roman"/>
          <w:b w:val="0"/>
        </w:rPr>
        <w:t>przyczynie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przedłużenia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przewidywanym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terminie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zakończenia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. Do </w:t>
      </w:r>
      <w:proofErr w:type="spellStart"/>
      <w:r w:rsidRPr="00AB15B1">
        <w:rPr>
          <w:rFonts w:ascii="Times New Roman" w:hAnsi="Times New Roman" w:cs="Times New Roman"/>
          <w:b w:val="0"/>
        </w:rPr>
        <w:t>spraw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rozpatrywanych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przez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organy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zewnętrzne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stosuje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się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terminy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właściwe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dla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danego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postępowania</w:t>
      </w:r>
      <w:proofErr w:type="spellEnd"/>
      <w:r w:rsidRPr="00AB15B1">
        <w:rPr>
          <w:rFonts w:ascii="Times New Roman" w:hAnsi="Times New Roman" w:cs="Times New Roman"/>
          <w:b w:val="0"/>
        </w:rPr>
        <w:t>.</w:t>
      </w:r>
    </w:p>
    <w:p w14:paraId="3BFE1F18" w14:textId="62CBBF40" w:rsidR="005C07BC" w:rsidRPr="00AB15B1" w:rsidRDefault="005C07BC" w:rsidP="00AB15B1">
      <w:pPr>
        <w:pStyle w:val="Paragraf"/>
        <w:spacing w:before="0" w:after="0" w:line="240" w:lineRule="auto"/>
        <w:jc w:val="both"/>
        <w:rPr>
          <w:rFonts w:ascii="Times New Roman" w:hAnsi="Times New Roman" w:cs="Times New Roman"/>
          <w:b w:val="0"/>
        </w:rPr>
      </w:pPr>
      <w:r w:rsidRPr="00AB15B1">
        <w:rPr>
          <w:rFonts w:ascii="Times New Roman" w:hAnsi="Times New Roman" w:cs="Times New Roman"/>
          <w:b w:val="0"/>
        </w:rPr>
        <w:t xml:space="preserve">7. </w:t>
      </w:r>
      <w:proofErr w:type="spellStart"/>
      <w:r w:rsidRPr="00AB15B1">
        <w:rPr>
          <w:rFonts w:ascii="Times New Roman" w:hAnsi="Times New Roman" w:cs="Times New Roman"/>
          <w:b w:val="0"/>
        </w:rPr>
        <w:t>Jeżeli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zgłoszenie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wskazuje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na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bezpośrednie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zagrożenie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bezpieczeństwa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ucznia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AB15B1">
        <w:rPr>
          <w:rFonts w:ascii="Times New Roman" w:hAnsi="Times New Roman" w:cs="Times New Roman"/>
          <w:b w:val="0"/>
        </w:rPr>
        <w:t>przemoc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lub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możliwość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krzywdzenia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AB15B1">
        <w:rPr>
          <w:rFonts w:ascii="Times New Roman" w:hAnsi="Times New Roman" w:cs="Times New Roman"/>
          <w:b w:val="0"/>
        </w:rPr>
        <w:t>Szkoła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niezwłocznie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podejmuje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odpowiednie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działania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ochronne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AB15B1">
        <w:rPr>
          <w:rFonts w:ascii="Times New Roman" w:hAnsi="Times New Roman" w:cs="Times New Roman"/>
          <w:b w:val="0"/>
        </w:rPr>
        <w:t>niezależnie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od </w:t>
      </w:r>
      <w:proofErr w:type="spellStart"/>
      <w:r w:rsidRPr="00AB15B1">
        <w:rPr>
          <w:rFonts w:ascii="Times New Roman" w:hAnsi="Times New Roman" w:cs="Times New Roman"/>
          <w:b w:val="0"/>
        </w:rPr>
        <w:t>dalszego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lastRenderedPageBreak/>
        <w:t>rozpatrywania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skargi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. O </w:t>
      </w:r>
      <w:proofErr w:type="spellStart"/>
      <w:r w:rsidRPr="00AB15B1">
        <w:rPr>
          <w:rFonts w:ascii="Times New Roman" w:hAnsi="Times New Roman" w:cs="Times New Roman"/>
          <w:b w:val="0"/>
        </w:rPr>
        <w:t>sposobie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rozpatrzenia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skargi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informuje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się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wnoszącego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w </w:t>
      </w:r>
      <w:proofErr w:type="spellStart"/>
      <w:r w:rsidRPr="00AB15B1">
        <w:rPr>
          <w:rFonts w:ascii="Times New Roman" w:hAnsi="Times New Roman" w:cs="Times New Roman"/>
          <w:b w:val="0"/>
        </w:rPr>
        <w:t>zakresie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nienaruszającym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praw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innych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osób</w:t>
      </w:r>
      <w:proofErr w:type="spellEnd"/>
      <w:r w:rsidRPr="00AB15B1">
        <w:rPr>
          <w:rFonts w:ascii="Times New Roman" w:hAnsi="Times New Roman" w:cs="Times New Roman"/>
          <w:b w:val="0"/>
        </w:rPr>
        <w:t>.</w:t>
      </w:r>
    </w:p>
    <w:p w14:paraId="70526D23" w14:textId="5BE0FA23" w:rsidR="005C07BC" w:rsidRPr="00AB15B1" w:rsidRDefault="005C07BC" w:rsidP="00AB15B1">
      <w:pPr>
        <w:pStyle w:val="Paragraf"/>
        <w:spacing w:before="0" w:after="0" w:line="240" w:lineRule="auto"/>
        <w:jc w:val="both"/>
        <w:rPr>
          <w:rFonts w:ascii="Times New Roman" w:hAnsi="Times New Roman" w:cs="Times New Roman"/>
          <w:b w:val="0"/>
        </w:rPr>
      </w:pPr>
      <w:r w:rsidRPr="00AB15B1">
        <w:rPr>
          <w:rFonts w:ascii="Times New Roman" w:hAnsi="Times New Roman" w:cs="Times New Roman"/>
          <w:b w:val="0"/>
        </w:rPr>
        <w:t xml:space="preserve">8. </w:t>
      </w:r>
      <w:proofErr w:type="spellStart"/>
      <w:r w:rsidRPr="00AB15B1">
        <w:rPr>
          <w:rFonts w:ascii="Times New Roman" w:hAnsi="Times New Roman" w:cs="Times New Roman"/>
          <w:b w:val="0"/>
        </w:rPr>
        <w:t>Skorzystanie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z </w:t>
      </w:r>
      <w:proofErr w:type="spellStart"/>
      <w:r w:rsidRPr="00AB15B1">
        <w:rPr>
          <w:rFonts w:ascii="Times New Roman" w:hAnsi="Times New Roman" w:cs="Times New Roman"/>
          <w:b w:val="0"/>
        </w:rPr>
        <w:t>trybu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określonego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w </w:t>
      </w:r>
      <w:proofErr w:type="spellStart"/>
      <w:r w:rsidRPr="00AB15B1">
        <w:rPr>
          <w:rFonts w:ascii="Times New Roman" w:hAnsi="Times New Roman" w:cs="Times New Roman"/>
          <w:b w:val="0"/>
        </w:rPr>
        <w:t>niniejszym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paragrafie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nie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wyłącza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prawa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ucznia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lub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jego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rodziców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do </w:t>
      </w:r>
      <w:proofErr w:type="spellStart"/>
      <w:r w:rsidRPr="00AB15B1">
        <w:rPr>
          <w:rFonts w:ascii="Times New Roman" w:hAnsi="Times New Roman" w:cs="Times New Roman"/>
          <w:b w:val="0"/>
        </w:rPr>
        <w:t>zwrócenia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się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do </w:t>
      </w:r>
      <w:proofErr w:type="spellStart"/>
      <w:r w:rsidRPr="00AB15B1">
        <w:rPr>
          <w:rFonts w:ascii="Times New Roman" w:hAnsi="Times New Roman" w:cs="Times New Roman"/>
          <w:b w:val="0"/>
        </w:rPr>
        <w:t>organu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prowadzącego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AB15B1">
        <w:rPr>
          <w:rFonts w:ascii="Times New Roman" w:hAnsi="Times New Roman" w:cs="Times New Roman"/>
          <w:b w:val="0"/>
        </w:rPr>
        <w:t>organu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sprawującego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nadzór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pedagogiczny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AB15B1">
        <w:rPr>
          <w:rFonts w:ascii="Times New Roman" w:hAnsi="Times New Roman" w:cs="Times New Roman"/>
          <w:b w:val="0"/>
        </w:rPr>
        <w:t>Rzecznika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Praw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Dziecka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lub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innego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właściwego</w:t>
      </w:r>
      <w:proofErr w:type="spellEnd"/>
      <w:r w:rsidRPr="00AB15B1">
        <w:rPr>
          <w:rFonts w:ascii="Times New Roman" w:hAnsi="Times New Roman" w:cs="Times New Roman"/>
          <w:b w:val="0"/>
        </w:rPr>
        <w:t xml:space="preserve"> </w:t>
      </w:r>
      <w:proofErr w:type="spellStart"/>
      <w:r w:rsidRPr="00AB15B1">
        <w:rPr>
          <w:rFonts w:ascii="Times New Roman" w:hAnsi="Times New Roman" w:cs="Times New Roman"/>
          <w:b w:val="0"/>
        </w:rPr>
        <w:t>podmiotu</w:t>
      </w:r>
      <w:proofErr w:type="spellEnd"/>
      <w:r w:rsidRPr="00AB15B1">
        <w:rPr>
          <w:rFonts w:ascii="Times New Roman" w:hAnsi="Times New Roman" w:cs="Times New Roman"/>
          <w:b w:val="0"/>
        </w:rPr>
        <w:t>.</w:t>
      </w:r>
    </w:p>
    <w:p w14:paraId="01DF3A45" w14:textId="7DF0A330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8</w:t>
      </w:r>
      <w:r w:rsidR="000A5002" w:rsidRPr="00AB15B1">
        <w:rPr>
          <w:rFonts w:ascii="Times New Roman" w:hAnsi="Times New Roman" w:cs="Times New Roman"/>
        </w:rPr>
        <w:t>2</w:t>
      </w:r>
      <w:r w:rsidRPr="00AB15B1">
        <w:rPr>
          <w:rFonts w:ascii="Times New Roman" w:hAnsi="Times New Roman" w:cs="Times New Roman"/>
        </w:rPr>
        <w:t>.</w:t>
      </w:r>
    </w:p>
    <w:p w14:paraId="46493408" w14:textId="0D10BF37" w:rsidR="005C07BC" w:rsidRPr="00AB15B1" w:rsidRDefault="005C07B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Statucie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stosuje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zgodnych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prawem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poleceń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pracowników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związanych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organizacją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ochroną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015DE01E" w14:textId="2917B1E7" w:rsidR="005C07BC" w:rsidRPr="00AB15B1" w:rsidRDefault="005C07B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Do </w:t>
      </w:r>
      <w:proofErr w:type="spellStart"/>
      <w:r w:rsidRPr="00AB15B1">
        <w:rPr>
          <w:rFonts w:ascii="Times New Roman" w:hAnsi="Times New Roman" w:cs="Times New Roman"/>
          <w:sz w:val="22"/>
        </w:rPr>
        <w:t>obowiązków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należy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096B7DC6" w14:textId="2FA5A749" w:rsidR="005C07BC" w:rsidRPr="00AB15B1" w:rsidRDefault="005C07B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szanowanie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godności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wolności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granic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7BC4C21C" w14:textId="48F0BDC6" w:rsidR="005C07BC" w:rsidRPr="00AB15B1" w:rsidRDefault="005C07B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zachowywanie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podczas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przerw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uroczystości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wydarzeń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wyjść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wycieczek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niezagrażający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niezakłócający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nienaruszający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4657A5D1" w14:textId="4F1E5F39" w:rsidR="005C07BC" w:rsidRPr="00AB15B1" w:rsidRDefault="005C07B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korzystanie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mienia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zgodnie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przeznaczeniem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dbanie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wspólne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dobro </w:t>
      </w:r>
      <w:proofErr w:type="spellStart"/>
      <w:r w:rsidRPr="00AB15B1">
        <w:rPr>
          <w:rFonts w:ascii="Times New Roman" w:hAnsi="Times New Roman" w:cs="Times New Roman"/>
          <w:sz w:val="22"/>
        </w:rPr>
        <w:t>społeczności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szkolnej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2B812BE7" w14:textId="0E470EAB" w:rsidR="005C07BC" w:rsidRPr="00AB15B1" w:rsidRDefault="005C07B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4) </w:t>
      </w:r>
      <w:proofErr w:type="spellStart"/>
      <w:r w:rsidRPr="00AB15B1">
        <w:rPr>
          <w:rFonts w:ascii="Times New Roman" w:hAnsi="Times New Roman" w:cs="Times New Roman"/>
          <w:sz w:val="22"/>
        </w:rPr>
        <w:t>przestrzeganie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ubierania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§ 86;</w:t>
      </w:r>
    </w:p>
    <w:p w14:paraId="157E02C1" w14:textId="45C12169" w:rsidR="005C07BC" w:rsidRPr="00AB15B1" w:rsidRDefault="005C07B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5) </w:t>
      </w:r>
      <w:proofErr w:type="spellStart"/>
      <w:r w:rsidRPr="00AB15B1">
        <w:rPr>
          <w:rFonts w:ascii="Times New Roman" w:hAnsi="Times New Roman" w:cs="Times New Roman"/>
          <w:sz w:val="22"/>
        </w:rPr>
        <w:t>regularne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uczestniczenie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obowiązkowych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zajęciach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AB15B1">
        <w:rPr>
          <w:rFonts w:ascii="Times New Roman" w:hAnsi="Times New Roman" w:cs="Times New Roman"/>
          <w:sz w:val="22"/>
        </w:rPr>
        <w:t>uwzględnieniem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usprawiedliwionych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nieobecności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zwolnień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sytuacji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przewidzianych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przepisami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Statutem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1E3C64AE" w14:textId="49C395BA" w:rsidR="005C07BC" w:rsidRPr="00AB15B1" w:rsidRDefault="005C07B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6) </w:t>
      </w:r>
      <w:proofErr w:type="spellStart"/>
      <w:r w:rsidRPr="00AB15B1">
        <w:rPr>
          <w:rFonts w:ascii="Times New Roman" w:hAnsi="Times New Roman" w:cs="Times New Roman"/>
          <w:sz w:val="22"/>
        </w:rPr>
        <w:t>przestrzeganie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dotyczących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usprawiedliwiania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nieobecności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zwalniania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§ 84–85;</w:t>
      </w:r>
    </w:p>
    <w:p w14:paraId="0DEF3464" w14:textId="7DE92B95" w:rsidR="005C07BC" w:rsidRPr="00AB15B1" w:rsidRDefault="005C07B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7) </w:t>
      </w:r>
      <w:proofErr w:type="spellStart"/>
      <w:r w:rsidRPr="00AB15B1">
        <w:rPr>
          <w:rFonts w:ascii="Times New Roman" w:hAnsi="Times New Roman" w:cs="Times New Roman"/>
          <w:sz w:val="22"/>
        </w:rPr>
        <w:t>przygotowywanie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uczestniczenie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formach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sprawdzania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osiągnięć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Rozdziale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17;</w:t>
      </w:r>
    </w:p>
    <w:p w14:paraId="2CB99741" w14:textId="49DFE525" w:rsidR="005C07BC" w:rsidRPr="00AB15B1" w:rsidRDefault="005C07B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8) </w:t>
      </w:r>
      <w:proofErr w:type="spellStart"/>
      <w:r w:rsidRPr="00AB15B1">
        <w:rPr>
          <w:rFonts w:ascii="Times New Roman" w:hAnsi="Times New Roman" w:cs="Times New Roman"/>
          <w:sz w:val="22"/>
        </w:rPr>
        <w:t>przestrzeganie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higieny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powstrzymywanie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stwarzających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zagrożenie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siebie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66EC518F" w14:textId="53FC15B0" w:rsidR="005C07BC" w:rsidRPr="00AB15B1" w:rsidRDefault="005C07B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9) </w:t>
      </w:r>
      <w:proofErr w:type="spellStart"/>
      <w:r w:rsidRPr="00AB15B1">
        <w:rPr>
          <w:rFonts w:ascii="Times New Roman" w:hAnsi="Times New Roman" w:cs="Times New Roman"/>
          <w:sz w:val="22"/>
        </w:rPr>
        <w:t>odnoszenie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szacunkiem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nauczycieli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pracowników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pozostałych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przebywających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Szkole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AB15B1">
        <w:rPr>
          <w:rFonts w:ascii="Times New Roman" w:hAnsi="Times New Roman" w:cs="Times New Roman"/>
          <w:sz w:val="22"/>
        </w:rPr>
        <w:t>poszanowaniem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ich </w:t>
      </w:r>
      <w:proofErr w:type="spellStart"/>
      <w:r w:rsidRPr="00AB15B1">
        <w:rPr>
          <w:rFonts w:ascii="Times New Roman" w:hAnsi="Times New Roman" w:cs="Times New Roman"/>
          <w:sz w:val="22"/>
        </w:rPr>
        <w:t>godności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1301B697" w14:textId="09C09D36" w:rsidR="005C07BC" w:rsidRPr="00AB15B1" w:rsidRDefault="005C07B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10) </w:t>
      </w:r>
      <w:proofErr w:type="spellStart"/>
      <w:r w:rsidRPr="00AB15B1">
        <w:rPr>
          <w:rFonts w:ascii="Times New Roman" w:hAnsi="Times New Roman" w:cs="Times New Roman"/>
          <w:sz w:val="22"/>
        </w:rPr>
        <w:t>przestrzeganie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dotyczących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telefonów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komórkowych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urządzeń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elektronicznych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8C13F5" w:rsidRPr="00AB15B1">
        <w:rPr>
          <w:rFonts w:ascii="Times New Roman" w:hAnsi="Times New Roman" w:cs="Times New Roman"/>
          <w:sz w:val="22"/>
        </w:rPr>
        <w:t>statucie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43C677F3" w14:textId="49B61698" w:rsidR="005C07BC" w:rsidRPr="00AB15B1" w:rsidRDefault="005C07B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11) </w:t>
      </w:r>
      <w:proofErr w:type="spellStart"/>
      <w:r w:rsidRPr="00AB15B1">
        <w:rPr>
          <w:rFonts w:ascii="Times New Roman" w:hAnsi="Times New Roman" w:cs="Times New Roman"/>
          <w:sz w:val="22"/>
        </w:rPr>
        <w:t>szanowanie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autorskich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własności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intelektualnej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2FF48EDA" w14:textId="02CA154E" w:rsidR="005C07BC" w:rsidRPr="00AB15B1" w:rsidRDefault="005C07B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12) </w:t>
      </w:r>
      <w:proofErr w:type="spellStart"/>
      <w:r w:rsidRPr="00AB15B1">
        <w:rPr>
          <w:rFonts w:ascii="Times New Roman" w:hAnsi="Times New Roman" w:cs="Times New Roman"/>
          <w:sz w:val="22"/>
        </w:rPr>
        <w:t>dbanie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kulturę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wypowiedzi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podczas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wydarzeń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organizowanych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sytuacjach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oficjalnego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reprezentowania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86E175D" w14:textId="77777777" w:rsidR="005C07BC" w:rsidRPr="00AB15B1" w:rsidRDefault="005C07B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Egzekwowanie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odbywa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zachowaniem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proporcjonalności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indywidualizacji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poszanowania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AB15B1">
        <w:rPr>
          <w:rFonts w:ascii="Times New Roman" w:hAnsi="Times New Roman" w:cs="Times New Roman"/>
          <w:sz w:val="22"/>
        </w:rPr>
        <w:t>uwzględnieniem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możliwości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psychofizycznych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stanu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zdrowia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niepełnosprawności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szczególnych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okoliczności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które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wpływu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</w:p>
    <w:p w14:paraId="54191869" w14:textId="39223B34" w:rsidR="005C07BC" w:rsidRPr="00AB15B1" w:rsidRDefault="005C07B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4. </w:t>
      </w:r>
      <w:proofErr w:type="spellStart"/>
      <w:r w:rsidRPr="00AB15B1">
        <w:rPr>
          <w:rFonts w:ascii="Times New Roman" w:hAnsi="Times New Roman" w:cs="Times New Roman"/>
          <w:sz w:val="22"/>
        </w:rPr>
        <w:t>Niewykonania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przyczyn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niezależnych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wynikających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rozpoznanych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możliwości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traktuje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równi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umyślnym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naruszeniem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obowiązku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8C5D3AE" w14:textId="25EEBB72" w:rsidR="005C07BC" w:rsidRPr="00AB15B1" w:rsidRDefault="005C07BC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5. </w:t>
      </w:r>
      <w:proofErr w:type="spellStart"/>
      <w:r w:rsidRPr="00AB15B1">
        <w:rPr>
          <w:rFonts w:ascii="Times New Roman" w:hAnsi="Times New Roman" w:cs="Times New Roman"/>
          <w:sz w:val="22"/>
        </w:rPr>
        <w:t>Naruszenie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skutkować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wychowawczymi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karą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wyłącznie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Rozdziale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19. </w:t>
      </w:r>
      <w:proofErr w:type="spellStart"/>
      <w:r w:rsidRPr="00AB15B1">
        <w:rPr>
          <w:rFonts w:ascii="Times New Roman" w:hAnsi="Times New Roman" w:cs="Times New Roman"/>
          <w:sz w:val="22"/>
        </w:rPr>
        <w:t>Regulaminy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zarządzenia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procedury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polecenia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mogą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ustanawiać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nieprzewidzianych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Statucie</w:t>
      </w:r>
      <w:proofErr w:type="spellEnd"/>
    </w:p>
    <w:p w14:paraId="641F98F1" w14:textId="3F1375D0" w:rsidR="00837C37" w:rsidRPr="00AB15B1" w:rsidRDefault="00435BE5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</w:rPr>
      </w:pPr>
      <w:r w:rsidRPr="00AB15B1">
        <w:rPr>
          <w:rFonts w:ascii="Times New Roman" w:hAnsi="Times New Roman" w:cs="Times New Roman"/>
          <w:b/>
          <w:bCs/>
          <w:sz w:val="22"/>
        </w:rPr>
        <w:t>§ 8</w:t>
      </w:r>
      <w:r w:rsidR="008C13F5" w:rsidRPr="00AB15B1">
        <w:rPr>
          <w:rFonts w:ascii="Times New Roman" w:hAnsi="Times New Roman" w:cs="Times New Roman"/>
          <w:b/>
          <w:bCs/>
          <w:sz w:val="22"/>
        </w:rPr>
        <w:t>3</w:t>
      </w:r>
      <w:r w:rsidRPr="00AB15B1">
        <w:rPr>
          <w:rFonts w:ascii="Times New Roman" w:hAnsi="Times New Roman" w:cs="Times New Roman"/>
          <w:b/>
          <w:bCs/>
          <w:sz w:val="22"/>
        </w:rPr>
        <w:t>.</w:t>
      </w:r>
    </w:p>
    <w:p w14:paraId="63C4497F" w14:textId="77777777" w:rsidR="00837C37" w:rsidRPr="00AB15B1" w:rsidRDefault="00C20ED8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Nieobecność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usprawiedliwia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terminie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7 </w:t>
      </w:r>
      <w:proofErr w:type="spellStart"/>
      <w:r w:rsidRPr="00AB15B1">
        <w:rPr>
          <w:rFonts w:ascii="Times New Roman" w:hAnsi="Times New Roman" w:cs="Times New Roman"/>
          <w:sz w:val="22"/>
        </w:rPr>
        <w:t>dni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od </w:t>
      </w:r>
      <w:proofErr w:type="spellStart"/>
      <w:r w:rsidRPr="00AB15B1">
        <w:rPr>
          <w:rFonts w:ascii="Times New Roman" w:hAnsi="Times New Roman" w:cs="Times New Roman"/>
          <w:sz w:val="22"/>
        </w:rPr>
        <w:t>dnia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powrotu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95203AB" w14:textId="77777777" w:rsidR="00837C37" w:rsidRPr="00AB15B1" w:rsidRDefault="00C20ED8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Nieobecność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niepełnoletniego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usprawiedliwiają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pełnoletni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usprawiedliwia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swoją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nieobecność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samodzielnie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F07FAE8" w14:textId="69A48717" w:rsidR="00837C37" w:rsidRPr="00AB15B1" w:rsidRDefault="00C20ED8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Usprawiedliwienie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składa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formie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pisemnej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elektronicznej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tym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za </w:t>
      </w:r>
      <w:proofErr w:type="spellStart"/>
      <w:r w:rsidRPr="00AB15B1">
        <w:rPr>
          <w:rFonts w:ascii="Times New Roman" w:hAnsi="Times New Roman" w:cs="Times New Roman"/>
          <w:sz w:val="22"/>
        </w:rPr>
        <w:t>pośrednictwem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dziennika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elektronicznego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Usprawiedliwienie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złożone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wymaganym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terminie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formie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osobę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uprawnioną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przyczyny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nieobecności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F72B966" w14:textId="3ADDE503" w:rsidR="00837C37" w:rsidRPr="00AB15B1" w:rsidRDefault="00D608FA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4. O </w:t>
      </w:r>
      <w:proofErr w:type="spellStart"/>
      <w:r w:rsidRPr="00AB15B1">
        <w:rPr>
          <w:rFonts w:ascii="Times New Roman" w:hAnsi="Times New Roman" w:cs="Times New Roman"/>
          <w:sz w:val="22"/>
        </w:rPr>
        <w:t>przewidywanej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dłuższej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nieobecności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pełnoletni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miarę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możliwości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informują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wyprzedzeniem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0A41FB75" w14:textId="77777777" w:rsidR="00837C37" w:rsidRPr="00AB15B1" w:rsidRDefault="00C20ED8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5. </w:t>
      </w:r>
      <w:proofErr w:type="spellStart"/>
      <w:r w:rsidRPr="00AB15B1">
        <w:rPr>
          <w:rFonts w:ascii="Times New Roman" w:hAnsi="Times New Roman" w:cs="Times New Roman"/>
          <w:sz w:val="22"/>
        </w:rPr>
        <w:t>Nieobecność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zajęciach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wynikająca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udziału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za </w:t>
      </w:r>
      <w:proofErr w:type="spellStart"/>
      <w:r w:rsidRPr="00AB15B1">
        <w:rPr>
          <w:rFonts w:ascii="Times New Roman" w:hAnsi="Times New Roman" w:cs="Times New Roman"/>
          <w:sz w:val="22"/>
        </w:rPr>
        <w:t>zgodą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Szkoły, w </w:t>
      </w:r>
      <w:proofErr w:type="spellStart"/>
      <w:r w:rsidRPr="00AB15B1">
        <w:rPr>
          <w:rFonts w:ascii="Times New Roman" w:hAnsi="Times New Roman" w:cs="Times New Roman"/>
          <w:sz w:val="22"/>
        </w:rPr>
        <w:t>konkursach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zawodach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organizowanych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współorganizowanych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usprawiedliwienia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96E4BCE" w14:textId="77777777" w:rsidR="00837C37" w:rsidRPr="00AB15B1" w:rsidRDefault="00C20ED8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6. </w:t>
      </w:r>
      <w:proofErr w:type="spellStart"/>
      <w:r w:rsidRPr="00AB15B1">
        <w:rPr>
          <w:rFonts w:ascii="Times New Roman" w:hAnsi="Times New Roman" w:cs="Times New Roman"/>
          <w:sz w:val="22"/>
        </w:rPr>
        <w:t>Nauczyciele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odnotowują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dzienniku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elektronicznym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nieobecności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spóźnienia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</w:p>
    <w:p w14:paraId="7A2A7BD9" w14:textId="06ED0E02" w:rsidR="00837C37" w:rsidRPr="00AB15B1" w:rsidRDefault="00435BE5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</w:rPr>
      </w:pPr>
      <w:r w:rsidRPr="00AB15B1">
        <w:rPr>
          <w:rFonts w:ascii="Times New Roman" w:hAnsi="Times New Roman" w:cs="Times New Roman"/>
          <w:b/>
          <w:bCs/>
          <w:sz w:val="22"/>
        </w:rPr>
        <w:t>§ 8</w:t>
      </w:r>
      <w:r w:rsidR="008C13F5" w:rsidRPr="00AB15B1">
        <w:rPr>
          <w:rFonts w:ascii="Times New Roman" w:hAnsi="Times New Roman" w:cs="Times New Roman"/>
          <w:b/>
          <w:bCs/>
          <w:sz w:val="22"/>
        </w:rPr>
        <w:t>4</w:t>
      </w:r>
      <w:r w:rsidRPr="00AB15B1">
        <w:rPr>
          <w:rFonts w:ascii="Times New Roman" w:hAnsi="Times New Roman" w:cs="Times New Roman"/>
          <w:b/>
          <w:bCs/>
          <w:sz w:val="22"/>
        </w:rPr>
        <w:t>.</w:t>
      </w:r>
    </w:p>
    <w:p w14:paraId="7158F32B" w14:textId="246A2B27" w:rsidR="00C21EAF" w:rsidRPr="00AB15B1" w:rsidRDefault="00C21EAF" w:rsidP="00AB15B1">
      <w:p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AB15B1">
        <w:rPr>
          <w:rFonts w:ascii="Times New Roman" w:hAnsi="Times New Roman" w:cs="Times New Roman"/>
          <w:sz w:val="22"/>
          <w:lang w:val="pl-PL"/>
        </w:rPr>
        <w:t xml:space="preserve">1.  Uczeń może zostać zwolniony z części zajęć w danym dniu na podstawie wniosku rodzica. </w:t>
      </w:r>
    </w:p>
    <w:p w14:paraId="7C75A7BD" w14:textId="16DDDE0E" w:rsidR="00C21EAF" w:rsidRPr="00AB15B1" w:rsidRDefault="00C21EAF" w:rsidP="00AB15B1">
      <w:p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AB15B1">
        <w:rPr>
          <w:rFonts w:ascii="Times New Roman" w:hAnsi="Times New Roman" w:cs="Times New Roman"/>
          <w:sz w:val="22"/>
          <w:lang w:val="pl-PL"/>
        </w:rPr>
        <w:t xml:space="preserve">2.  Wniosek składa się przed opuszczeniem Szkoły przez ucznia, w formie pisemnej lub elektronicznej, w tym za pośrednictwem dziennika elektronicznego. Wniosek wskazuje dzień oraz zajęcia lub godzinę, od której uczeń ma zostać zwolniony. </w:t>
      </w:r>
    </w:p>
    <w:p w14:paraId="48B0E5E3" w14:textId="6D13CA07" w:rsidR="00C21EAF" w:rsidRPr="00AB15B1" w:rsidRDefault="00C21EAF" w:rsidP="00AB15B1">
      <w:p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AB15B1">
        <w:rPr>
          <w:rFonts w:ascii="Times New Roman" w:hAnsi="Times New Roman" w:cs="Times New Roman"/>
          <w:sz w:val="22"/>
          <w:lang w:val="pl-PL"/>
        </w:rPr>
        <w:lastRenderedPageBreak/>
        <w:t xml:space="preserve">3.  Wniosek przekazuje się wychowawcy, a w przypadku jego nieobecności – nauczycielowi prowadzącemu zajęcia albo sekretariatowi Szkoły. </w:t>
      </w:r>
    </w:p>
    <w:p w14:paraId="4570026B" w14:textId="72040909" w:rsidR="00C21EAF" w:rsidRPr="00AB15B1" w:rsidRDefault="00C21EAF" w:rsidP="00AB15B1">
      <w:p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AB15B1">
        <w:rPr>
          <w:rFonts w:ascii="Times New Roman" w:hAnsi="Times New Roman" w:cs="Times New Roman"/>
          <w:sz w:val="22"/>
          <w:lang w:val="pl-PL"/>
        </w:rPr>
        <w:t xml:space="preserve">4.  Uczeń klas I–III opuszcza Szkołę po przekazaniu rodzicowi albo osobie przez niego upoważnionej. </w:t>
      </w:r>
    </w:p>
    <w:p w14:paraId="75198B40" w14:textId="53901123" w:rsidR="00C21EAF" w:rsidRPr="00AB15B1" w:rsidRDefault="00C21EAF" w:rsidP="00AB15B1">
      <w:p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AB15B1">
        <w:rPr>
          <w:rFonts w:ascii="Times New Roman" w:hAnsi="Times New Roman" w:cs="Times New Roman"/>
          <w:sz w:val="22"/>
          <w:lang w:val="pl-PL"/>
        </w:rPr>
        <w:t xml:space="preserve">5.  W razie uzasadnionej wątpliwości co do pochodzenia lub treści wniosku Szkoła kontaktuje się z rodzicem. </w:t>
      </w:r>
    </w:p>
    <w:p w14:paraId="700001EB" w14:textId="6527C742" w:rsidR="00C21EAF" w:rsidRPr="00AB15B1" w:rsidRDefault="00C21EAF" w:rsidP="00AB15B1">
      <w:p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AB15B1">
        <w:rPr>
          <w:rFonts w:ascii="Times New Roman" w:hAnsi="Times New Roman" w:cs="Times New Roman"/>
          <w:sz w:val="22"/>
          <w:lang w:val="pl-PL"/>
        </w:rPr>
        <w:t xml:space="preserve">6.  W sytuacji nagłej rodzic może odebrać ucznia osobiście albo przekazać wniosek w innej dostępnej formie pozwalającej wiarygodnie ustalić, że pochodzi od osoby uprawnionej. </w:t>
      </w:r>
    </w:p>
    <w:p w14:paraId="2031E1AB" w14:textId="7865BD27" w:rsidR="008C13F5" w:rsidRPr="00AB15B1" w:rsidRDefault="00C21EAF" w:rsidP="00AB15B1">
      <w:p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AB15B1">
        <w:rPr>
          <w:rFonts w:ascii="Times New Roman" w:hAnsi="Times New Roman" w:cs="Times New Roman"/>
          <w:sz w:val="22"/>
          <w:lang w:val="pl-PL"/>
        </w:rPr>
        <w:t>7.  Nieobecność objętą prawidłowo złożonym wnioskiem uznaje się za usprawiedliwioną.</w:t>
      </w:r>
    </w:p>
    <w:p w14:paraId="06F7693E" w14:textId="6991FA08" w:rsidR="00F81935" w:rsidRPr="00AB15B1" w:rsidRDefault="00435BE5" w:rsidP="00AB15B1">
      <w:pPr>
        <w:spacing w:line="240" w:lineRule="auto"/>
        <w:jc w:val="center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b/>
          <w:bCs/>
          <w:sz w:val="22"/>
        </w:rPr>
        <w:t>§ 8</w:t>
      </w:r>
      <w:r w:rsidR="008C13F5" w:rsidRPr="00AB15B1">
        <w:rPr>
          <w:rFonts w:ascii="Times New Roman" w:hAnsi="Times New Roman" w:cs="Times New Roman"/>
          <w:b/>
          <w:bCs/>
          <w:sz w:val="22"/>
        </w:rPr>
        <w:t>5</w:t>
      </w:r>
      <w:r w:rsidRPr="00AB15B1">
        <w:rPr>
          <w:rFonts w:ascii="Times New Roman" w:hAnsi="Times New Roman" w:cs="Times New Roman"/>
          <w:sz w:val="22"/>
        </w:rPr>
        <w:t>.</w:t>
      </w:r>
    </w:p>
    <w:p w14:paraId="5C8D1F07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ubiera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rodzaju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miejsca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okoliczności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AB15B1">
        <w:rPr>
          <w:rFonts w:ascii="Times New Roman" w:hAnsi="Times New Roman" w:cs="Times New Roman"/>
          <w:sz w:val="22"/>
        </w:rPr>
        <w:t>uwzględnieniem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higieny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CEC2F87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Strój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zawierać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treści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elementów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wulgarnych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dyskryminujących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nawołujących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nienawiści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naruszających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godność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sprzecznych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prawem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stwarzających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konkretne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zagrożenie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BE81BAA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Podczas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fizycznego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korzysta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Pr="00AB15B1">
        <w:rPr>
          <w:rFonts w:ascii="Times New Roman" w:hAnsi="Times New Roman" w:cs="Times New Roman"/>
          <w:sz w:val="22"/>
        </w:rPr>
        <w:t>stroju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sportowego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 </w:t>
      </w:r>
      <w:proofErr w:type="spellStart"/>
      <w:r w:rsidRPr="00AB15B1">
        <w:rPr>
          <w:rFonts w:ascii="Times New Roman" w:hAnsi="Times New Roman" w:cs="Times New Roman"/>
          <w:sz w:val="22"/>
        </w:rPr>
        <w:t>obuwia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rodzaju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aktywności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miejsca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127A4FDB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4. </w:t>
      </w:r>
      <w:proofErr w:type="spellStart"/>
      <w:r w:rsidRPr="00AB15B1">
        <w:rPr>
          <w:rFonts w:ascii="Times New Roman" w:hAnsi="Times New Roman" w:cs="Times New Roman"/>
          <w:sz w:val="22"/>
        </w:rPr>
        <w:t>Podczas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których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rodzaj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stwarza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szczególne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higieny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polecić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czasowe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dostosowanie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stroju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obuwia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zabezpieczenie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elementów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mogących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stwarzać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zagrożenie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wyjaśniając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przyczynę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zakres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9564B36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5. </w:t>
      </w:r>
      <w:proofErr w:type="spellStart"/>
      <w:r w:rsidRPr="00AB15B1">
        <w:rPr>
          <w:rFonts w:ascii="Times New Roman" w:hAnsi="Times New Roman" w:cs="Times New Roman"/>
          <w:sz w:val="22"/>
        </w:rPr>
        <w:t>Podczas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uroczystości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szkolnych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oficjalnego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reprezentowania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nosi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strój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uroczystym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charakterze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jasną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górną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ciemną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dolną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część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garderoby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Dopuszcza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strój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odpowiadający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charakterowi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wydarzenia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wynika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to z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zdrowotnych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niepełnosprawności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sensorycznych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przekonań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religijnych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uzasadnionych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okoliczności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E9061D5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6. </w:t>
      </w:r>
      <w:proofErr w:type="spellStart"/>
      <w:r w:rsidRPr="00AB15B1">
        <w:rPr>
          <w:rFonts w:ascii="Times New Roman" w:hAnsi="Times New Roman" w:cs="Times New Roman"/>
          <w:sz w:val="22"/>
        </w:rPr>
        <w:t>Podczas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wycieczek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wyjść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dostosowuje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strój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obuwie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miejsca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warunków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pogodowych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rodzaju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aktywności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0406151B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7. Po </w:t>
      </w:r>
      <w:proofErr w:type="spellStart"/>
      <w:r w:rsidRPr="00AB15B1">
        <w:rPr>
          <w:rFonts w:ascii="Times New Roman" w:hAnsi="Times New Roman" w:cs="Times New Roman"/>
          <w:sz w:val="22"/>
        </w:rPr>
        <w:t>wejściu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zmienia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obuwie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miejscu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tego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przeznaczonym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chyba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organizacja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polecenie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pracownika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związane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uzasadnia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rozwiązanie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8644F7F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8. </w:t>
      </w:r>
      <w:proofErr w:type="spellStart"/>
      <w:r w:rsidRPr="00AB15B1">
        <w:rPr>
          <w:rFonts w:ascii="Times New Roman" w:hAnsi="Times New Roman" w:cs="Times New Roman"/>
          <w:sz w:val="22"/>
        </w:rPr>
        <w:t>Zasady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ubierania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regulują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fryzury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koloru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włosów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makijażu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paznokci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biżuterii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elementów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wyglądu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niezwiązanych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Pr="00AB15B1">
        <w:rPr>
          <w:rFonts w:ascii="Times New Roman" w:hAnsi="Times New Roman" w:cs="Times New Roman"/>
          <w:sz w:val="22"/>
        </w:rPr>
        <w:t>strojem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Elementy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mogą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zostać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czasowo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ograniczone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zabezpieczone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wyłącznie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zakresie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niezbędnym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higieny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podczas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konkretnego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rodzaju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B4ABF29" w14:textId="26AA9594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8</w:t>
      </w:r>
      <w:r w:rsidR="008C13F5" w:rsidRPr="00AB15B1">
        <w:rPr>
          <w:rFonts w:ascii="Times New Roman" w:hAnsi="Times New Roman" w:cs="Times New Roman"/>
        </w:rPr>
        <w:t>6</w:t>
      </w:r>
      <w:r w:rsidRPr="00AB15B1">
        <w:rPr>
          <w:rFonts w:ascii="Times New Roman" w:hAnsi="Times New Roman" w:cs="Times New Roman"/>
        </w:rPr>
        <w:t>.</w:t>
      </w:r>
    </w:p>
    <w:p w14:paraId="3D9463D5" w14:textId="1B8AD106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posiadać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rzeczy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osobiste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uwzględnieniem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§ 8</w:t>
      </w:r>
      <w:r w:rsidR="008C13F5" w:rsidRPr="00AB15B1">
        <w:rPr>
          <w:rFonts w:ascii="Times New Roman" w:hAnsi="Times New Roman" w:cs="Times New Roman"/>
          <w:sz w:val="22"/>
        </w:rPr>
        <w:t>7</w:t>
      </w:r>
      <w:r w:rsidRPr="00AB15B1">
        <w:rPr>
          <w:rFonts w:ascii="Times New Roman" w:hAnsi="Times New Roman" w:cs="Times New Roman"/>
          <w:sz w:val="22"/>
        </w:rPr>
        <w:t>.</w:t>
      </w:r>
    </w:p>
    <w:p w14:paraId="00C6B75A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Pracownik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przeszukuje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odzieży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plecaka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urządzenia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elektronicznego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odbiera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przymusowo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rzeczy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osobistych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W </w:t>
      </w:r>
      <w:proofErr w:type="spellStart"/>
      <w:r w:rsidRPr="00AB15B1">
        <w:rPr>
          <w:rFonts w:ascii="Times New Roman" w:hAnsi="Times New Roman" w:cs="Times New Roman"/>
          <w:sz w:val="22"/>
        </w:rPr>
        <w:t>razie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uzasadnionego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podejrzenia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posiadania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przedmiotu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niebezpiecznego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poprosić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dobrowolne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wydanie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; </w:t>
      </w:r>
      <w:proofErr w:type="spellStart"/>
      <w:r w:rsidRPr="00AB15B1">
        <w:rPr>
          <w:rFonts w:ascii="Times New Roman" w:hAnsi="Times New Roman" w:cs="Times New Roman"/>
          <w:sz w:val="22"/>
        </w:rPr>
        <w:t>odmowa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samodzielnego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przeszukania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274AA6C" w14:textId="5990B79A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r w:rsidR="00B21219" w:rsidRPr="00AB15B1">
        <w:rPr>
          <w:rFonts w:ascii="Times New Roman" w:hAnsi="Times New Roman" w:cs="Times New Roman"/>
          <w:sz w:val="22"/>
        </w:rPr>
        <w:t xml:space="preserve">W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sytuacji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bezpośredniego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zagrożenia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pracownik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podejmuje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niezbędne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i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proporcjonalne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ochronne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może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zabezpieczyć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przedmiot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stwarzający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zagrożenie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i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informuje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Dyrektora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, a w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przypadku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ucznia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niepełnoletniego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także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jego</w:t>
      </w:r>
      <w:proofErr w:type="spellEnd"/>
      <w:r w:rsidR="00B2121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21219" w:rsidRPr="00AB15B1">
        <w:rPr>
          <w:rFonts w:ascii="Times New Roman" w:hAnsi="Times New Roman" w:cs="Times New Roman"/>
          <w:sz w:val="22"/>
        </w:rPr>
        <w:t>rodziców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0BAC9F4" w14:textId="77777777" w:rsidR="0082167B" w:rsidRPr="00AB15B1" w:rsidRDefault="00494DD9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4. </w:t>
      </w:r>
      <w:proofErr w:type="spellStart"/>
      <w:r w:rsidRPr="00AB15B1">
        <w:rPr>
          <w:rFonts w:ascii="Times New Roman" w:hAnsi="Times New Roman" w:cs="Times New Roman"/>
          <w:sz w:val="22"/>
        </w:rPr>
        <w:t>Pracownik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przegląda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zawartości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urządzenia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elektronicznego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wiadomości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zdjęć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nagrań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historii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połączeń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aplikacji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plików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chyba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konkretne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uprawnienie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takiej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czynności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wynika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przepisu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08E256FB" w14:textId="0316FEAB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8</w:t>
      </w:r>
      <w:r w:rsidR="008C13F5" w:rsidRPr="00AB15B1">
        <w:rPr>
          <w:rFonts w:ascii="Times New Roman" w:hAnsi="Times New Roman" w:cs="Times New Roman"/>
        </w:rPr>
        <w:t>7</w:t>
      </w:r>
      <w:r w:rsidRPr="00AB15B1">
        <w:rPr>
          <w:rFonts w:ascii="Times New Roman" w:hAnsi="Times New Roman" w:cs="Times New Roman"/>
        </w:rPr>
        <w:t>.</w:t>
      </w:r>
    </w:p>
    <w:p w14:paraId="42277D88" w14:textId="77777777" w:rsidR="00AA51FC" w:rsidRPr="00AB15B1" w:rsidRDefault="00AA51FC" w:rsidP="00AB15B1">
      <w:pPr>
        <w:spacing w:after="0" w:line="240" w:lineRule="auto"/>
        <w:rPr>
          <w:rFonts w:ascii="Times New Roman" w:eastAsia="Calibri" w:hAnsi="Times New Roman" w:cs="Times New Roman"/>
          <w:kern w:val="2"/>
          <w:sz w:val="22"/>
          <w:highlight w:val="green"/>
          <w:lang w:val="pl-PL"/>
          <w14:ligatures w14:val="standardContextual"/>
        </w:rPr>
      </w:pPr>
      <w:r w:rsidRPr="00AB15B1">
        <w:rPr>
          <w:rFonts w:ascii="Times New Roman" w:eastAsia="Calibri" w:hAnsi="Times New Roman" w:cs="Times New Roman"/>
          <w:kern w:val="2"/>
          <w:sz w:val="22"/>
          <w:lang w:val="pl-PL"/>
          <w14:ligatures w14:val="standardContextual"/>
        </w:rPr>
        <w:t>1. Podczas pobytu na terenie szkoły w związku z realizacją zajęć dydaktycznych, wychowawczych i opiekuńczych oraz podczas zajęć edukacyjnych organizowanych poza jej terenem uczniowie nie korzystają z telefonów komórkowych ani innych urządzeń elektronicznych umożliwiających porozumiewanie się na odległość lub rejestrowanie obrazu albo dźwięku, z zastrzeżeniem ust. 4–7.</w:t>
      </w:r>
    </w:p>
    <w:p w14:paraId="00078F45" w14:textId="3BB0605B" w:rsidR="00AA51FC" w:rsidRPr="00AB15B1" w:rsidRDefault="00AA51FC" w:rsidP="00AB15B1">
      <w:pPr>
        <w:spacing w:after="0" w:line="240" w:lineRule="auto"/>
        <w:rPr>
          <w:rFonts w:ascii="Times New Roman" w:eastAsia="Calibri" w:hAnsi="Times New Roman" w:cs="Times New Roman"/>
          <w:kern w:val="2"/>
          <w:sz w:val="22"/>
          <w:highlight w:val="green"/>
          <w:lang w:val="pl-PL"/>
          <w14:ligatures w14:val="standardContextual"/>
        </w:rPr>
      </w:pPr>
      <w:r w:rsidRPr="00AB15B1">
        <w:rPr>
          <w:rFonts w:ascii="Times New Roman" w:eastAsia="Calibri" w:hAnsi="Times New Roman" w:cs="Times New Roman"/>
          <w:kern w:val="2"/>
          <w:sz w:val="22"/>
          <w:lang w:val="pl-PL"/>
          <w14:ligatures w14:val="standardContextual"/>
        </w:rPr>
        <w:t>2. Telefon lub inne urządzenie wniesione do szkoły uczeń przechowuje, wyłączone albo wyciszone, w plecaku albo szafce uczniowskiej.</w:t>
      </w:r>
    </w:p>
    <w:p w14:paraId="3D0FFAC5" w14:textId="77777777" w:rsidR="00AA51FC" w:rsidRPr="00AB15B1" w:rsidRDefault="00AA51FC" w:rsidP="00AB15B1">
      <w:pPr>
        <w:spacing w:after="0" w:line="240" w:lineRule="auto"/>
        <w:rPr>
          <w:rFonts w:ascii="Times New Roman" w:eastAsia="Calibri" w:hAnsi="Times New Roman" w:cs="Times New Roman"/>
          <w:kern w:val="2"/>
          <w:sz w:val="22"/>
          <w:highlight w:val="green"/>
          <w:lang w:val="pl-PL"/>
          <w14:ligatures w14:val="standardContextual"/>
        </w:rPr>
      </w:pPr>
      <w:r w:rsidRPr="00AB15B1">
        <w:rPr>
          <w:rFonts w:ascii="Times New Roman" w:eastAsia="Calibri" w:hAnsi="Times New Roman" w:cs="Times New Roman"/>
          <w:kern w:val="2"/>
          <w:sz w:val="22"/>
          <w:lang w:val="pl-PL"/>
          <w14:ligatures w14:val="standardContextual"/>
        </w:rPr>
        <w:t>3. W sprawach pilnych uczeń kontaktuje się z rodzicem za pośrednictwem sekretariatu szkoły, wychowawcy lub innego pracownika szkoły.</w:t>
      </w:r>
    </w:p>
    <w:p w14:paraId="291433F5" w14:textId="77777777" w:rsidR="00AA51FC" w:rsidRPr="00AB15B1" w:rsidRDefault="00AA51FC" w:rsidP="00AB15B1">
      <w:pPr>
        <w:spacing w:after="0" w:line="240" w:lineRule="auto"/>
        <w:rPr>
          <w:rFonts w:ascii="Times New Roman" w:eastAsia="Calibri" w:hAnsi="Times New Roman" w:cs="Times New Roman"/>
          <w:kern w:val="2"/>
          <w:sz w:val="22"/>
          <w:highlight w:val="green"/>
          <w:lang w:val="pl-PL"/>
          <w14:ligatures w14:val="standardContextual"/>
        </w:rPr>
      </w:pPr>
      <w:r w:rsidRPr="00AB15B1">
        <w:rPr>
          <w:rFonts w:ascii="Times New Roman" w:eastAsia="Calibri" w:hAnsi="Times New Roman" w:cs="Times New Roman"/>
          <w:kern w:val="2"/>
          <w:sz w:val="22"/>
          <w:lang w:val="pl-PL"/>
          <w14:ligatures w14:val="standardContextual"/>
        </w:rPr>
        <w:t>4. Nauczyciel może zezwolić na korzystanie z telefonu lub innego urządzenia, jeżeli służy to realizacji programu nauczania danych zajęć edukacyjnych, sprawdzeniu wiedzy uczniów albo zapewnieniu kontaktu ucznia z rodzicami w sytuacji nagłej.</w:t>
      </w:r>
    </w:p>
    <w:p w14:paraId="0719FDB2" w14:textId="77777777" w:rsidR="00AA51FC" w:rsidRPr="00AB15B1" w:rsidRDefault="00AA51FC" w:rsidP="00AB15B1">
      <w:pPr>
        <w:spacing w:after="0" w:line="240" w:lineRule="auto"/>
        <w:rPr>
          <w:rFonts w:ascii="Times New Roman" w:eastAsia="Calibri" w:hAnsi="Times New Roman" w:cs="Times New Roman"/>
          <w:kern w:val="2"/>
          <w:sz w:val="22"/>
          <w:highlight w:val="green"/>
          <w:lang w:val="pl-PL"/>
          <w14:ligatures w14:val="standardContextual"/>
        </w:rPr>
      </w:pPr>
      <w:r w:rsidRPr="00AB15B1">
        <w:rPr>
          <w:rFonts w:ascii="Times New Roman" w:hAnsi="Times New Roman" w:cs="Times New Roman"/>
          <w:sz w:val="22"/>
        </w:rPr>
        <w:t xml:space="preserve">5.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wniosek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niepełnoletniego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zezwolić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korzystanie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telefonu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urządzenia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Pr="00AB15B1">
        <w:rPr>
          <w:rFonts w:ascii="Times New Roman" w:hAnsi="Times New Roman" w:cs="Times New Roman"/>
          <w:sz w:val="22"/>
        </w:rPr>
        <w:t>względu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chorobę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niepełnosprawność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szczególne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lastRenderedPageBreak/>
        <w:t>korzystania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odpowiedniego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sprzętu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specjalistycznego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aplikacji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mobilnej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służącej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monitorowania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stanu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zdrowia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Odmowa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wyrażenia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zgody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zawiera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pisemne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uzasadnienie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0B265847" w14:textId="77777777" w:rsidR="00AA51FC" w:rsidRPr="00AB15B1" w:rsidRDefault="00AA51FC" w:rsidP="00AB15B1">
      <w:pPr>
        <w:spacing w:after="0" w:line="240" w:lineRule="auto"/>
        <w:rPr>
          <w:rFonts w:ascii="Times New Roman" w:eastAsia="Calibri" w:hAnsi="Times New Roman" w:cs="Times New Roman"/>
          <w:kern w:val="2"/>
          <w:sz w:val="22"/>
          <w:highlight w:val="green"/>
          <w:lang w:val="pl-PL"/>
          <w14:ligatures w14:val="standardContextual"/>
        </w:rPr>
      </w:pPr>
      <w:r w:rsidRPr="00AB15B1">
        <w:rPr>
          <w:rFonts w:ascii="Times New Roman" w:eastAsia="Calibri" w:hAnsi="Times New Roman" w:cs="Times New Roman"/>
          <w:kern w:val="2"/>
          <w:sz w:val="22"/>
          <w:lang w:val="pl-PL"/>
          <w14:ligatures w14:val="standardContextual"/>
        </w:rPr>
        <w:t>6. Zakazu, o którym mowa w ust. 1, nie stosuje się w przypadku bezpośredniego zagrożenia zdrowia lub życia osób przebywających na terenie szkoły albo uczestniczących w zajęciach edukacyjnych organizowanych poza jej terenem, lub mienia tych osób albo mienia Szkoły.</w:t>
      </w:r>
    </w:p>
    <w:p w14:paraId="591561A0" w14:textId="77777777" w:rsidR="00AA51FC" w:rsidRPr="00AB15B1" w:rsidRDefault="00AA51FC" w:rsidP="00AB15B1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2"/>
          <w:highlight w:val="green"/>
          <w:lang w:val="pl-PL"/>
          <w14:ligatures w14:val="standardContextual"/>
        </w:rPr>
      </w:pPr>
      <w:r w:rsidRPr="00AB15B1">
        <w:rPr>
          <w:rFonts w:ascii="Times New Roman" w:eastAsia="Calibri" w:hAnsi="Times New Roman" w:cs="Times New Roman"/>
          <w:bCs/>
          <w:kern w:val="2"/>
          <w:sz w:val="22"/>
          <w:lang w:val="pl-PL"/>
          <w14:ligatures w14:val="standardContextual"/>
        </w:rPr>
        <w:t>7. Podczas wycieczek szkolnych, z zastrzeżeniem ust. 4–6, uczeń korzysta z telefonu lub innego urządzenia wyłącznie w czasie, miejscu i zakresie określonym przez kierownika wycieczki, z poszanowaniem bezpieczeństwa i prywatności uczestników. Poza tym urządzenie pozostaje wyłączone i schowane.</w:t>
      </w:r>
    </w:p>
    <w:p w14:paraId="6400A2D6" w14:textId="77777777" w:rsidR="00B21219" w:rsidRPr="00AB15B1" w:rsidRDefault="00B21219" w:rsidP="00AB15B1">
      <w:pPr>
        <w:spacing w:after="0" w:line="240" w:lineRule="auto"/>
        <w:rPr>
          <w:rFonts w:ascii="Times New Roman" w:eastAsia="Calibri" w:hAnsi="Times New Roman" w:cs="Times New Roman"/>
          <w:kern w:val="2"/>
          <w:sz w:val="22"/>
          <w:lang w:val="pl-PL"/>
          <w14:ligatures w14:val="standardContextual"/>
        </w:rPr>
      </w:pPr>
      <w:r w:rsidRPr="00AB15B1">
        <w:rPr>
          <w:rFonts w:ascii="Times New Roman" w:eastAsia="Calibri" w:hAnsi="Times New Roman" w:cs="Times New Roman"/>
          <w:kern w:val="2"/>
          <w:sz w:val="22"/>
          <w:lang w:val="pl-PL"/>
          <w14:ligatures w14:val="standardContextual"/>
        </w:rPr>
        <w:t>8. W Szkole może zostać zorganizowane miejsce lub miejsca przechowywania telefonów komórkowych i innych urządzeń elektronicznych, na zasadach określonych w przepisach prawa.</w:t>
      </w:r>
    </w:p>
    <w:p w14:paraId="0773E6DA" w14:textId="77777777" w:rsidR="00B21219" w:rsidRPr="00AB15B1" w:rsidRDefault="00B21219" w:rsidP="00AB15B1">
      <w:pPr>
        <w:spacing w:after="0" w:line="240" w:lineRule="auto"/>
        <w:rPr>
          <w:rFonts w:ascii="Times New Roman" w:eastAsia="Calibri" w:hAnsi="Times New Roman" w:cs="Times New Roman"/>
          <w:kern w:val="2"/>
          <w:sz w:val="22"/>
          <w:lang w:val="pl-PL"/>
          <w14:ligatures w14:val="standardContextual"/>
        </w:rPr>
      </w:pPr>
      <w:r w:rsidRPr="00AB15B1">
        <w:rPr>
          <w:rFonts w:ascii="Times New Roman" w:eastAsia="Calibri" w:hAnsi="Times New Roman" w:cs="Times New Roman"/>
          <w:kern w:val="2"/>
          <w:sz w:val="22"/>
          <w:lang w:val="pl-PL"/>
          <w14:ligatures w14:val="standardContextual"/>
        </w:rPr>
        <w:t>9. Szczegółowe zasady odkładania i odbierania urządzeń określa Dyrektor. Miejsce lub miejsca przechowywania organizuje się w sposób zapewniający bezpieczeństwo urządzeń i ochronę prywatności ucznia.</w:t>
      </w:r>
    </w:p>
    <w:p w14:paraId="736D719F" w14:textId="619F1A00" w:rsidR="00AA51FC" w:rsidRPr="00AB15B1" w:rsidRDefault="00B21219" w:rsidP="00AB15B1">
      <w:pPr>
        <w:spacing w:after="0" w:line="240" w:lineRule="auto"/>
        <w:rPr>
          <w:rFonts w:ascii="Times New Roman" w:eastAsia="Calibri" w:hAnsi="Times New Roman" w:cs="Times New Roman"/>
          <w:kern w:val="2"/>
          <w:sz w:val="22"/>
          <w:lang w:val="pl-PL"/>
          <w14:ligatures w14:val="standardContextual"/>
        </w:rPr>
      </w:pPr>
      <w:r w:rsidRPr="00AB15B1">
        <w:rPr>
          <w:rFonts w:ascii="Times New Roman" w:eastAsia="Calibri" w:hAnsi="Times New Roman" w:cs="Times New Roman"/>
          <w:kern w:val="2"/>
          <w:sz w:val="22"/>
          <w:lang w:val="pl-PL"/>
          <w14:ligatures w14:val="standardContextual"/>
        </w:rPr>
        <w:t>10. Jeżeli uczeń nie przestrzega zasad, o których mowa w ust. 9, nauczyciel nakazuje mu odłożenie urządzenia do wyznaczonego miejsca przechowywania. Urządzenia nie przegląda się ani nie udostępnia osobom nieuprawnionym</w:t>
      </w:r>
      <w:r w:rsidR="00AA51FC"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AA51FC" w:rsidRPr="00AB15B1">
        <w:rPr>
          <w:rFonts w:ascii="Times New Roman" w:hAnsi="Times New Roman" w:cs="Times New Roman"/>
          <w:sz w:val="22"/>
        </w:rPr>
        <w:t>Zasady</w:t>
      </w:r>
      <w:proofErr w:type="spellEnd"/>
      <w:r w:rsidR="00AA51F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A51FC" w:rsidRPr="00AB15B1">
        <w:rPr>
          <w:rFonts w:ascii="Times New Roman" w:hAnsi="Times New Roman" w:cs="Times New Roman"/>
          <w:sz w:val="22"/>
        </w:rPr>
        <w:t>odbioru</w:t>
      </w:r>
      <w:proofErr w:type="spellEnd"/>
      <w:r w:rsidR="00AA51F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A51FC" w:rsidRPr="00AB15B1">
        <w:rPr>
          <w:rFonts w:ascii="Times New Roman" w:hAnsi="Times New Roman" w:cs="Times New Roman"/>
          <w:sz w:val="22"/>
        </w:rPr>
        <w:t>urządzenia</w:t>
      </w:r>
      <w:proofErr w:type="spellEnd"/>
      <w:r w:rsidR="00AA51F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A51FC" w:rsidRPr="00AB15B1">
        <w:rPr>
          <w:rFonts w:ascii="Times New Roman" w:hAnsi="Times New Roman" w:cs="Times New Roman"/>
          <w:sz w:val="22"/>
        </w:rPr>
        <w:t>określa</w:t>
      </w:r>
      <w:proofErr w:type="spellEnd"/>
      <w:r w:rsidR="00AA51FC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A51FC" w:rsidRPr="00AB15B1">
        <w:rPr>
          <w:rFonts w:ascii="Times New Roman" w:hAnsi="Times New Roman" w:cs="Times New Roman"/>
          <w:sz w:val="22"/>
        </w:rPr>
        <w:t>Dyrektor</w:t>
      </w:r>
      <w:proofErr w:type="spellEnd"/>
      <w:r w:rsidR="00AA51FC" w:rsidRPr="00AB15B1">
        <w:rPr>
          <w:rFonts w:ascii="Times New Roman" w:hAnsi="Times New Roman" w:cs="Times New Roman"/>
          <w:sz w:val="22"/>
        </w:rPr>
        <w:t>.</w:t>
      </w:r>
    </w:p>
    <w:p w14:paraId="48ACE66F" w14:textId="2FB7DD45" w:rsidR="00AA51FC" w:rsidRPr="00AB15B1" w:rsidRDefault="00AA51FC" w:rsidP="00AB15B1">
      <w:pPr>
        <w:spacing w:after="0" w:line="240" w:lineRule="auto"/>
        <w:rPr>
          <w:rFonts w:ascii="Times New Roman" w:eastAsia="Calibri" w:hAnsi="Times New Roman" w:cs="Times New Roman"/>
          <w:kern w:val="2"/>
          <w:sz w:val="22"/>
          <w:highlight w:val="green"/>
          <w:lang w:val="pl-PL"/>
          <w14:ligatures w14:val="standardContextual"/>
        </w:rPr>
      </w:pPr>
      <w:r w:rsidRPr="00AB15B1">
        <w:rPr>
          <w:rFonts w:ascii="Times New Roman" w:eastAsia="Calibri" w:hAnsi="Times New Roman" w:cs="Times New Roman"/>
          <w:kern w:val="2"/>
          <w:sz w:val="22"/>
          <w:lang w:val="pl-PL"/>
          <w14:ligatures w14:val="standardContextual"/>
        </w:rPr>
        <w:t>11. W razie naruszenia zasad szkoła stosuje działania wychowawcze, a w uzasadnionych przypadkach także kary przewidziane w statucie, z zachowaniem proporcjonalności i poszanowania godności ucznia.</w:t>
      </w:r>
      <w:r w:rsidRPr="00AB15B1">
        <w:rPr>
          <w:rFonts w:ascii="Times New Roman" w:hAnsi="Times New Roman" w:cs="Times New Roman"/>
          <w:sz w:val="22"/>
        </w:rPr>
        <w:t xml:space="preserve"> </w:t>
      </w:r>
    </w:p>
    <w:p w14:paraId="2C110BF7" w14:textId="77777777" w:rsidR="00AA51FC" w:rsidRPr="00AB15B1" w:rsidRDefault="00AA51FC" w:rsidP="00AB15B1">
      <w:pPr>
        <w:spacing w:after="0" w:line="240" w:lineRule="auto"/>
        <w:rPr>
          <w:rFonts w:ascii="Times New Roman" w:eastAsia="Calibri" w:hAnsi="Times New Roman" w:cs="Times New Roman"/>
          <w:kern w:val="2"/>
          <w:sz w:val="22"/>
          <w:lang w:val="pl-PL"/>
          <w14:ligatures w14:val="standardContextual"/>
        </w:rPr>
      </w:pPr>
      <w:r w:rsidRPr="00AB15B1">
        <w:rPr>
          <w:rFonts w:ascii="Times New Roman" w:eastAsia="Calibri" w:hAnsi="Times New Roman" w:cs="Times New Roman"/>
          <w:kern w:val="2"/>
          <w:sz w:val="22"/>
          <w:lang w:val="pl-PL"/>
          <w14:ligatures w14:val="standardContextual"/>
        </w:rPr>
        <w:t>12. Rodzice niepełnoletniego ucznia współpracują ze Szkołą w zakresie przestrzegania przez ucznia zasad określonych w niniejszym paragrafie oraz kształtowania postaw w zakresie higieny cyfrowej i odpowiedzialnego korzystania z technologii informacyjno-komunikacyjnych, w szczególności z Internetu.</w:t>
      </w:r>
    </w:p>
    <w:p w14:paraId="12E56E20" w14:textId="0F7FA512" w:rsidR="00F81935" w:rsidRPr="00AB15B1" w:rsidRDefault="00435BE5" w:rsidP="00AB15B1">
      <w:pPr>
        <w:pStyle w:val="Paragraf"/>
        <w:spacing w:before="0" w:after="0" w:line="240" w:lineRule="auto"/>
        <w:rPr>
          <w:rFonts w:ascii="Times New Roman" w:hAnsi="Times New Roman" w:cs="Times New Roman"/>
        </w:rPr>
      </w:pPr>
      <w:r w:rsidRPr="00AB15B1">
        <w:rPr>
          <w:rFonts w:ascii="Times New Roman" w:hAnsi="Times New Roman" w:cs="Times New Roman"/>
        </w:rPr>
        <w:t>§ 8</w:t>
      </w:r>
      <w:r w:rsidR="008C13F5" w:rsidRPr="00AB15B1">
        <w:rPr>
          <w:rFonts w:ascii="Times New Roman" w:hAnsi="Times New Roman" w:cs="Times New Roman"/>
        </w:rPr>
        <w:t>8</w:t>
      </w:r>
      <w:r w:rsidRPr="00AB15B1">
        <w:rPr>
          <w:rFonts w:ascii="Times New Roman" w:hAnsi="Times New Roman" w:cs="Times New Roman"/>
        </w:rPr>
        <w:t>.</w:t>
      </w:r>
    </w:p>
    <w:p w14:paraId="06BE8DFB" w14:textId="77777777" w:rsidR="00F81935" w:rsidRPr="00AB15B1" w:rsidRDefault="00435BE5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Monitoring </w:t>
      </w:r>
      <w:proofErr w:type="spellStart"/>
      <w:r w:rsidRPr="00AB15B1">
        <w:rPr>
          <w:rFonts w:ascii="Times New Roman" w:hAnsi="Times New Roman" w:cs="Times New Roman"/>
          <w:sz w:val="22"/>
        </w:rPr>
        <w:t>wizyjny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być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stosowany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wyłącznie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zakresie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niezbędnym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ochrony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właściwych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wprowadzenia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poszanowaniem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prywatności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Monitoring </w:t>
      </w:r>
      <w:proofErr w:type="spellStart"/>
      <w:r w:rsidRPr="00AB15B1">
        <w:rPr>
          <w:rFonts w:ascii="Times New Roman" w:hAnsi="Times New Roman" w:cs="Times New Roman"/>
          <w:sz w:val="22"/>
        </w:rPr>
        <w:t>obejmuje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wyłącznie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wybrane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obszary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rejestruje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dźwięku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służy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stałego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nadzoru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dyscyplinarnego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jakości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pracowników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Nagrania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przechowuje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14 </w:t>
      </w:r>
      <w:proofErr w:type="spellStart"/>
      <w:r w:rsidRPr="00AB15B1">
        <w:rPr>
          <w:rFonts w:ascii="Times New Roman" w:hAnsi="Times New Roman" w:cs="Times New Roman"/>
          <w:sz w:val="22"/>
        </w:rPr>
        <w:t>dni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chyba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odrębna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podstawa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dłuższego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nagrania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65436B2" w14:textId="3F008187" w:rsidR="00837C37" w:rsidRPr="00AB15B1" w:rsidRDefault="00837C37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 xml:space="preserve"> 1</w:t>
      </w:r>
      <w:r w:rsidR="008C13F5"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8</w:t>
      </w:r>
    </w:p>
    <w:p w14:paraId="47C33A15" w14:textId="77777777" w:rsidR="00837C37" w:rsidRPr="00AB15B1" w:rsidRDefault="00837C37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Nagrody</w:t>
      </w:r>
      <w:proofErr w:type="spellEnd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wychowawcze</w:t>
      </w:r>
      <w:proofErr w:type="spellEnd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kary</w:t>
      </w:r>
      <w:proofErr w:type="spellEnd"/>
    </w:p>
    <w:p w14:paraId="2798154B" w14:textId="0FD36A62" w:rsidR="00837C37" w:rsidRPr="00AB15B1" w:rsidRDefault="00837C37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</w:rPr>
      </w:pPr>
      <w:r w:rsidRPr="00AB15B1">
        <w:rPr>
          <w:rFonts w:ascii="Times New Roman" w:hAnsi="Times New Roman" w:cs="Times New Roman"/>
          <w:b/>
          <w:bCs/>
          <w:sz w:val="22"/>
        </w:rPr>
        <w:t xml:space="preserve">§ </w:t>
      </w:r>
      <w:r w:rsidR="008C13F5" w:rsidRPr="00AB15B1">
        <w:rPr>
          <w:rFonts w:ascii="Times New Roman" w:hAnsi="Times New Roman" w:cs="Times New Roman"/>
          <w:b/>
          <w:bCs/>
          <w:sz w:val="22"/>
        </w:rPr>
        <w:t>89</w:t>
      </w:r>
      <w:r w:rsidRPr="00AB15B1">
        <w:rPr>
          <w:rFonts w:ascii="Times New Roman" w:hAnsi="Times New Roman" w:cs="Times New Roman"/>
          <w:b/>
          <w:bCs/>
          <w:sz w:val="22"/>
        </w:rPr>
        <w:t>.</w:t>
      </w:r>
    </w:p>
    <w:p w14:paraId="107593AC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otrzymać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nagrodę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za:</w:t>
      </w:r>
    </w:p>
    <w:p w14:paraId="09AEF485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szczególne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osiągnięcia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sportowe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artystyczne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osiągnięcia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związane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działalnością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17E74D4A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znaczący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postęp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rozwoju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nauce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własnymi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umiejętnościami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1F8CC17D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szczególnie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wartościową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postawę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społeczną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inicjatywę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rzecz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społeczności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lokalnej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75E79553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4) </w:t>
      </w:r>
      <w:proofErr w:type="spellStart"/>
      <w:r w:rsidRPr="00AB15B1">
        <w:rPr>
          <w:rFonts w:ascii="Times New Roman" w:hAnsi="Times New Roman" w:cs="Times New Roman"/>
          <w:sz w:val="22"/>
        </w:rPr>
        <w:t>dobrowolną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działalność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społeczną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wolontariacką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505884D7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5) </w:t>
      </w:r>
      <w:proofErr w:type="spellStart"/>
      <w:r w:rsidRPr="00AB15B1">
        <w:rPr>
          <w:rFonts w:ascii="Times New Roman" w:hAnsi="Times New Roman" w:cs="Times New Roman"/>
          <w:sz w:val="22"/>
        </w:rPr>
        <w:t>wysoką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frekwencję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6EED1753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6) </w:t>
      </w:r>
      <w:proofErr w:type="spellStart"/>
      <w:r w:rsidRPr="00AB15B1">
        <w:rPr>
          <w:rFonts w:ascii="Times New Roman" w:hAnsi="Times New Roman" w:cs="Times New Roman"/>
          <w:sz w:val="22"/>
        </w:rPr>
        <w:t>godne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reprezentowanie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18A4C896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Nagrodami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są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04AFD8AB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pochwała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6917D81C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pochwała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52CA88A8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dyplom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list </w:t>
      </w:r>
      <w:proofErr w:type="spellStart"/>
      <w:r w:rsidRPr="00AB15B1">
        <w:rPr>
          <w:rFonts w:ascii="Times New Roman" w:hAnsi="Times New Roman" w:cs="Times New Roman"/>
          <w:sz w:val="22"/>
        </w:rPr>
        <w:t>gratulacyjny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list </w:t>
      </w:r>
      <w:proofErr w:type="spellStart"/>
      <w:r w:rsidRPr="00AB15B1">
        <w:rPr>
          <w:rFonts w:ascii="Times New Roman" w:hAnsi="Times New Roman" w:cs="Times New Roman"/>
          <w:sz w:val="22"/>
        </w:rPr>
        <w:t>pochwalny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3EE970BE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4) </w:t>
      </w:r>
      <w:proofErr w:type="spellStart"/>
      <w:r w:rsidRPr="00AB15B1">
        <w:rPr>
          <w:rFonts w:ascii="Times New Roman" w:hAnsi="Times New Roman" w:cs="Times New Roman"/>
          <w:sz w:val="22"/>
        </w:rPr>
        <w:t>nagroda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książkowa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rzeczowa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1C970F74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Z </w:t>
      </w:r>
      <w:proofErr w:type="spellStart"/>
      <w:r w:rsidRPr="00AB15B1">
        <w:rPr>
          <w:rFonts w:ascii="Times New Roman" w:hAnsi="Times New Roman" w:cs="Times New Roman"/>
          <w:sz w:val="22"/>
        </w:rPr>
        <w:t>wnioskiem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przyznanie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nagrody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wystąpić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nauczyciel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opiekun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szkolnej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organizacji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inicjatywy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Samorząd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Uczniowski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Wniosek </w:t>
      </w:r>
      <w:proofErr w:type="spellStart"/>
      <w:r w:rsidRPr="00AB15B1">
        <w:rPr>
          <w:rFonts w:ascii="Times New Roman" w:hAnsi="Times New Roman" w:cs="Times New Roman"/>
          <w:sz w:val="22"/>
        </w:rPr>
        <w:t>wskazuje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konkretne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osiągnięcie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postawę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działalność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stanowiące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podstawę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nagrody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A38943A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4. </w:t>
      </w:r>
      <w:proofErr w:type="spellStart"/>
      <w:r w:rsidRPr="00AB15B1">
        <w:rPr>
          <w:rFonts w:ascii="Times New Roman" w:hAnsi="Times New Roman" w:cs="Times New Roman"/>
          <w:sz w:val="22"/>
        </w:rPr>
        <w:t>Nagrodę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przyznaje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jej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rodzaju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AB15B1">
        <w:rPr>
          <w:rFonts w:ascii="Times New Roman" w:hAnsi="Times New Roman" w:cs="Times New Roman"/>
          <w:sz w:val="22"/>
        </w:rPr>
        <w:t>zachowaniem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równego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traktowania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proporcji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między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rodzajem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nagrody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 </w:t>
      </w:r>
      <w:proofErr w:type="spellStart"/>
      <w:r w:rsidRPr="00AB15B1">
        <w:rPr>
          <w:rFonts w:ascii="Times New Roman" w:hAnsi="Times New Roman" w:cs="Times New Roman"/>
          <w:sz w:val="22"/>
        </w:rPr>
        <w:t>osiągnięciem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postawą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działalnością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</w:p>
    <w:p w14:paraId="179B7307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5.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mogą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terminie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7 </w:t>
      </w:r>
      <w:proofErr w:type="spellStart"/>
      <w:r w:rsidRPr="00AB15B1">
        <w:rPr>
          <w:rFonts w:ascii="Times New Roman" w:hAnsi="Times New Roman" w:cs="Times New Roman"/>
          <w:sz w:val="22"/>
        </w:rPr>
        <w:t>dni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od </w:t>
      </w:r>
      <w:proofErr w:type="spellStart"/>
      <w:r w:rsidRPr="00AB15B1">
        <w:rPr>
          <w:rFonts w:ascii="Times New Roman" w:hAnsi="Times New Roman" w:cs="Times New Roman"/>
          <w:sz w:val="22"/>
        </w:rPr>
        <w:t>poinformowania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przyznanej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nagrodzie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wnieść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dyrektora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zastrzeżenia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dotyczące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podstawy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trybu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zgodności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przyznania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nagrody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zasadą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równego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traktowania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Zastrzeżenia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złożyć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pisemnie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elektronicznie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szczególnej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formy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uzasadnienia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19893FB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6.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nagrodę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przyznał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rozpatruje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zastrzeżenia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terminie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7 </w:t>
      </w:r>
      <w:proofErr w:type="spellStart"/>
      <w:r w:rsidRPr="00AB15B1">
        <w:rPr>
          <w:rFonts w:ascii="Times New Roman" w:hAnsi="Times New Roman" w:cs="Times New Roman"/>
          <w:sz w:val="22"/>
        </w:rPr>
        <w:t>dni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od ich </w:t>
      </w:r>
      <w:proofErr w:type="spellStart"/>
      <w:r w:rsidRPr="00AB15B1">
        <w:rPr>
          <w:rFonts w:ascii="Times New Roman" w:hAnsi="Times New Roman" w:cs="Times New Roman"/>
          <w:sz w:val="22"/>
        </w:rPr>
        <w:t>otrzymania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nagrodę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przyznał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zastrzeżenia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traktuje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jako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wniosek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ponowne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rozpatrzenie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O </w:t>
      </w:r>
      <w:proofErr w:type="spellStart"/>
      <w:r w:rsidRPr="00AB15B1">
        <w:rPr>
          <w:rFonts w:ascii="Times New Roman" w:hAnsi="Times New Roman" w:cs="Times New Roman"/>
          <w:sz w:val="22"/>
        </w:rPr>
        <w:t>wyniku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podając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krótkie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uzasadnienie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1E4487C" w14:textId="77777777" w:rsidR="00AB15B1" w:rsidRDefault="00AB15B1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</w:rPr>
      </w:pPr>
    </w:p>
    <w:p w14:paraId="1571E61E" w14:textId="7216706F" w:rsidR="00837C37" w:rsidRPr="00AB15B1" w:rsidRDefault="00837C37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</w:rPr>
      </w:pPr>
      <w:r w:rsidRPr="00AB15B1">
        <w:rPr>
          <w:rFonts w:ascii="Times New Roman" w:hAnsi="Times New Roman" w:cs="Times New Roman"/>
          <w:b/>
          <w:bCs/>
          <w:sz w:val="22"/>
        </w:rPr>
        <w:lastRenderedPageBreak/>
        <w:t>§ 9</w:t>
      </w:r>
      <w:r w:rsidR="008C13F5" w:rsidRPr="00AB15B1">
        <w:rPr>
          <w:rFonts w:ascii="Times New Roman" w:hAnsi="Times New Roman" w:cs="Times New Roman"/>
          <w:b/>
          <w:bCs/>
          <w:sz w:val="22"/>
        </w:rPr>
        <w:t>0</w:t>
      </w:r>
      <w:r w:rsidRPr="00AB15B1">
        <w:rPr>
          <w:rFonts w:ascii="Times New Roman" w:hAnsi="Times New Roman" w:cs="Times New Roman"/>
          <w:b/>
          <w:bCs/>
          <w:sz w:val="22"/>
        </w:rPr>
        <w:t>.</w:t>
      </w:r>
    </w:p>
    <w:p w14:paraId="4D95CFE2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W </w:t>
      </w:r>
      <w:proofErr w:type="spellStart"/>
      <w:r w:rsidRPr="00AB15B1">
        <w:rPr>
          <w:rFonts w:ascii="Times New Roman" w:hAnsi="Times New Roman" w:cs="Times New Roman"/>
          <w:sz w:val="22"/>
        </w:rPr>
        <w:t>bieżącej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uczniem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podejmuje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wspierające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służące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wyjaśnieniu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przyczyn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ochronie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naprawieniu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skutków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zdarzenia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wsparciu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przestrzeganiu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konkretnych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Statucie.</w:t>
      </w:r>
    </w:p>
    <w:p w14:paraId="0754F9C8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Działaniami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o </w:t>
      </w:r>
      <w:proofErr w:type="spellStart"/>
      <w:r w:rsidRPr="00AB15B1">
        <w:rPr>
          <w:rFonts w:ascii="Times New Roman" w:hAnsi="Times New Roman" w:cs="Times New Roman"/>
          <w:sz w:val="22"/>
        </w:rPr>
        <w:t>których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ust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1, </w:t>
      </w:r>
      <w:proofErr w:type="spellStart"/>
      <w:r w:rsidRPr="00AB15B1">
        <w:rPr>
          <w:rFonts w:ascii="Times New Roman" w:hAnsi="Times New Roman" w:cs="Times New Roman"/>
          <w:sz w:val="22"/>
        </w:rPr>
        <w:t>mogą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być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61FF179D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rozmowa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wyjaśniająca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przekazanie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skutkach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oczekiwanym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sposobie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postępowania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1239D773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ustalenie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uczniem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sposobu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naprawienia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skutków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zdarzenia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planu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dalszego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odpowiednio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możliwości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500B2274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rozmowa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wspierająca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uczniem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w </w:t>
      </w:r>
      <w:proofErr w:type="spellStart"/>
      <w:r w:rsidRPr="00AB15B1">
        <w:rPr>
          <w:rFonts w:ascii="Times New Roman" w:hAnsi="Times New Roman" w:cs="Times New Roman"/>
          <w:sz w:val="22"/>
        </w:rPr>
        <w:t>razie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także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udziałem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wychowawcy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specjalisty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5635A783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4) </w:t>
      </w:r>
      <w:proofErr w:type="spellStart"/>
      <w:r w:rsidRPr="00AB15B1">
        <w:rPr>
          <w:rFonts w:ascii="Times New Roman" w:hAnsi="Times New Roman" w:cs="Times New Roman"/>
          <w:sz w:val="22"/>
        </w:rPr>
        <w:t>objęcie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wsparciem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wychowawczym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pomocą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psychologiczno-pedagogiczną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wynika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to z </w:t>
      </w:r>
      <w:proofErr w:type="spellStart"/>
      <w:r w:rsidRPr="00AB15B1">
        <w:rPr>
          <w:rFonts w:ascii="Times New Roman" w:hAnsi="Times New Roman" w:cs="Times New Roman"/>
          <w:sz w:val="22"/>
        </w:rPr>
        <w:t>rozpoznanych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63683197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5) </w:t>
      </w:r>
      <w:proofErr w:type="spellStart"/>
      <w:r w:rsidRPr="00AB15B1">
        <w:rPr>
          <w:rFonts w:ascii="Times New Roman" w:hAnsi="Times New Roman" w:cs="Times New Roman"/>
          <w:sz w:val="22"/>
        </w:rPr>
        <w:t>dobrowolne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przeproszenie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osoby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pokrzywdzonej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uzgodniona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dobrowolna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forma </w:t>
      </w:r>
      <w:proofErr w:type="spellStart"/>
      <w:r w:rsidRPr="00AB15B1">
        <w:rPr>
          <w:rFonts w:ascii="Times New Roman" w:hAnsi="Times New Roman" w:cs="Times New Roman"/>
          <w:sz w:val="22"/>
        </w:rPr>
        <w:t>naprawienia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relacji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skutków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zdarzenia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2F43685D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6) </w:t>
      </w:r>
      <w:proofErr w:type="spellStart"/>
      <w:r w:rsidRPr="00AB15B1">
        <w:rPr>
          <w:rFonts w:ascii="Times New Roman" w:hAnsi="Times New Roman" w:cs="Times New Roman"/>
          <w:sz w:val="22"/>
        </w:rPr>
        <w:t>mediacja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dobrowolne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polubowne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charakter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to </w:t>
      </w:r>
      <w:proofErr w:type="spellStart"/>
      <w:r w:rsidRPr="00AB15B1">
        <w:rPr>
          <w:rFonts w:ascii="Times New Roman" w:hAnsi="Times New Roman" w:cs="Times New Roman"/>
          <w:sz w:val="22"/>
        </w:rPr>
        <w:t>pozwala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480790F3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Zwrócenie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uwagi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rozmowa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wyjaśniająca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interwencja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służąca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poinformowanie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odnotowanie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faktu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zdarzenia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dzienniku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elektronicznym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stanowią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mogą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tworzyć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sankcji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nieprzewidzianych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Statucie. </w:t>
      </w:r>
      <w:proofErr w:type="spellStart"/>
      <w:r w:rsidRPr="00AB15B1">
        <w:rPr>
          <w:rFonts w:ascii="Times New Roman" w:hAnsi="Times New Roman" w:cs="Times New Roman"/>
          <w:sz w:val="22"/>
        </w:rPr>
        <w:t>Odmowa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dobrowolnym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przeproszeniu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mediacji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dobrowolnym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sama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sobie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stanowić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podstawy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zastosowania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kary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55099F5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4. </w:t>
      </w:r>
      <w:proofErr w:type="spellStart"/>
      <w:r w:rsidRPr="00AB15B1">
        <w:rPr>
          <w:rFonts w:ascii="Times New Roman" w:hAnsi="Times New Roman" w:cs="Times New Roman"/>
          <w:sz w:val="22"/>
        </w:rPr>
        <w:t>Karę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zastosować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za </w:t>
      </w:r>
      <w:proofErr w:type="spellStart"/>
      <w:r w:rsidRPr="00AB15B1">
        <w:rPr>
          <w:rFonts w:ascii="Times New Roman" w:hAnsi="Times New Roman" w:cs="Times New Roman"/>
          <w:sz w:val="22"/>
        </w:rPr>
        <w:t>ustalone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naruszenie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konkretnego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Statucie, z </w:t>
      </w:r>
      <w:proofErr w:type="spellStart"/>
      <w:r w:rsidRPr="00AB15B1">
        <w:rPr>
          <w:rFonts w:ascii="Times New Roman" w:hAnsi="Times New Roman" w:cs="Times New Roman"/>
          <w:sz w:val="22"/>
        </w:rPr>
        <w:t>uwzględnieniem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wagi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okoliczności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zdarzenia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możliwości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skutków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okoliczności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wpływających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zakres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odpowiedzialności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W </w:t>
      </w:r>
      <w:proofErr w:type="spellStart"/>
      <w:r w:rsidRPr="00AB15B1">
        <w:rPr>
          <w:rFonts w:ascii="Times New Roman" w:hAnsi="Times New Roman" w:cs="Times New Roman"/>
          <w:sz w:val="22"/>
        </w:rPr>
        <w:t>przypadku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szczególnie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poważnego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naruszenia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</w:p>
    <w:p w14:paraId="602F4A7B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kara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zostać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zastosowana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bez </w:t>
      </w:r>
      <w:proofErr w:type="spellStart"/>
      <w:r w:rsidRPr="00AB15B1">
        <w:rPr>
          <w:rFonts w:ascii="Times New Roman" w:hAnsi="Times New Roman" w:cs="Times New Roman"/>
          <w:sz w:val="22"/>
        </w:rPr>
        <w:t>wcześniejszego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wykorzystania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wszystkich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wychowawczych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114941E7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5. Karami </w:t>
      </w:r>
      <w:proofErr w:type="spellStart"/>
      <w:r w:rsidRPr="00AB15B1">
        <w:rPr>
          <w:rFonts w:ascii="Times New Roman" w:hAnsi="Times New Roman" w:cs="Times New Roman"/>
          <w:sz w:val="22"/>
        </w:rPr>
        <w:t>stosowanymi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wobec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wyłącznie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42720001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pisemne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upomnienie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2A76EBF9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Pr="00AB15B1">
        <w:rPr>
          <w:rFonts w:ascii="Times New Roman" w:hAnsi="Times New Roman" w:cs="Times New Roman"/>
          <w:sz w:val="22"/>
        </w:rPr>
        <w:t>pisemne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upomnienie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Dyrektora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2F477F7B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pisemna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nagana </w:t>
      </w:r>
      <w:proofErr w:type="spellStart"/>
      <w:r w:rsidRPr="00AB15B1">
        <w:rPr>
          <w:rFonts w:ascii="Times New Roman" w:hAnsi="Times New Roman" w:cs="Times New Roman"/>
          <w:sz w:val="22"/>
        </w:rPr>
        <w:t>Dyrektora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4F26B39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6. </w:t>
      </w:r>
      <w:proofErr w:type="spellStart"/>
      <w:r w:rsidRPr="00AB15B1">
        <w:rPr>
          <w:rFonts w:ascii="Times New Roman" w:hAnsi="Times New Roman" w:cs="Times New Roman"/>
          <w:sz w:val="22"/>
        </w:rPr>
        <w:t>Przed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zastosowaniem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otrzymuje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zarzucanym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naruszeniu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istotnych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okolicznościach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ma </w:t>
      </w:r>
      <w:proofErr w:type="spellStart"/>
      <w:r w:rsidRPr="00AB15B1">
        <w:rPr>
          <w:rFonts w:ascii="Times New Roman" w:hAnsi="Times New Roman" w:cs="Times New Roman"/>
          <w:sz w:val="22"/>
        </w:rPr>
        <w:t>możliwość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złożenia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wyjaśnień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przedstawienia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swojego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stanowiska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Rodzice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</w:p>
    <w:p w14:paraId="430845DE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proofErr w:type="spellStart"/>
      <w:r w:rsidRPr="00AB15B1">
        <w:rPr>
          <w:rFonts w:ascii="Times New Roman" w:hAnsi="Times New Roman" w:cs="Times New Roman"/>
          <w:sz w:val="22"/>
        </w:rPr>
        <w:t>niepełnoletniego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informowani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postępowaniu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mogą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przedstawić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stanowisko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Nie </w:t>
      </w:r>
      <w:proofErr w:type="spellStart"/>
      <w:r w:rsidRPr="00AB15B1">
        <w:rPr>
          <w:rFonts w:ascii="Times New Roman" w:hAnsi="Times New Roman" w:cs="Times New Roman"/>
          <w:sz w:val="22"/>
        </w:rPr>
        <w:t>wyłącza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to </w:t>
      </w:r>
      <w:proofErr w:type="spellStart"/>
      <w:r w:rsidRPr="00AB15B1">
        <w:rPr>
          <w:rFonts w:ascii="Times New Roman" w:hAnsi="Times New Roman" w:cs="Times New Roman"/>
          <w:sz w:val="22"/>
        </w:rPr>
        <w:t>niezwłocznych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koniecznych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zapewnienia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F6D3F86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7. </w:t>
      </w:r>
      <w:proofErr w:type="spellStart"/>
      <w:r w:rsidRPr="00AB15B1">
        <w:rPr>
          <w:rFonts w:ascii="Times New Roman" w:hAnsi="Times New Roman" w:cs="Times New Roman"/>
          <w:sz w:val="22"/>
        </w:rPr>
        <w:t>Informacja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zastosowanej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karze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zawiera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wskazanie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naruszonego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najważniejsze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okoliczności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rodzaj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pouczenie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sposobie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terminie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odwołania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Informację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przekazuje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w </w:t>
      </w:r>
      <w:proofErr w:type="spellStart"/>
      <w:r w:rsidRPr="00AB15B1">
        <w:rPr>
          <w:rFonts w:ascii="Times New Roman" w:hAnsi="Times New Roman" w:cs="Times New Roman"/>
          <w:sz w:val="22"/>
        </w:rPr>
        <w:t>przypadku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niepełnoletniego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także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rodzicom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0D2AC469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8. Od </w:t>
      </w:r>
      <w:proofErr w:type="spellStart"/>
      <w:r w:rsidRPr="00AB15B1">
        <w:rPr>
          <w:rFonts w:ascii="Times New Roman" w:hAnsi="Times New Roman" w:cs="Times New Roman"/>
          <w:sz w:val="22"/>
        </w:rPr>
        <w:t>kary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nałożonej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mogą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odwołać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Dyrektora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terminie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14 </w:t>
      </w:r>
      <w:proofErr w:type="spellStart"/>
      <w:r w:rsidRPr="00AB15B1">
        <w:rPr>
          <w:rFonts w:ascii="Times New Roman" w:hAnsi="Times New Roman" w:cs="Times New Roman"/>
          <w:sz w:val="22"/>
        </w:rPr>
        <w:t>dni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od </w:t>
      </w:r>
      <w:proofErr w:type="spellStart"/>
      <w:r w:rsidRPr="00AB15B1">
        <w:rPr>
          <w:rFonts w:ascii="Times New Roman" w:hAnsi="Times New Roman" w:cs="Times New Roman"/>
          <w:sz w:val="22"/>
        </w:rPr>
        <w:t>dnia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poinformowania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karze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Od </w:t>
      </w:r>
      <w:proofErr w:type="spellStart"/>
      <w:r w:rsidRPr="00AB15B1">
        <w:rPr>
          <w:rFonts w:ascii="Times New Roman" w:hAnsi="Times New Roman" w:cs="Times New Roman"/>
          <w:sz w:val="22"/>
        </w:rPr>
        <w:t>kary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nałożonej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mogą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tym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samym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terminie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odwołać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Rady </w:t>
      </w:r>
      <w:proofErr w:type="spellStart"/>
      <w:r w:rsidRPr="00AB15B1">
        <w:rPr>
          <w:rFonts w:ascii="Times New Roman" w:hAnsi="Times New Roman" w:cs="Times New Roman"/>
          <w:sz w:val="22"/>
        </w:rPr>
        <w:t>Pedagogicznej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przedstawia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Radzie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Pedagogicznej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podstawę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uzasadnienie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zastosowania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bierze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głosowaniu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odwołaniem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dotyczącym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którą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sam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nałożył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CBDA39F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9. </w:t>
      </w:r>
      <w:proofErr w:type="spellStart"/>
      <w:r w:rsidRPr="00AB15B1">
        <w:rPr>
          <w:rFonts w:ascii="Times New Roman" w:hAnsi="Times New Roman" w:cs="Times New Roman"/>
          <w:sz w:val="22"/>
        </w:rPr>
        <w:t>Odwołanie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rozpatruje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terminie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14 </w:t>
      </w:r>
      <w:proofErr w:type="spellStart"/>
      <w:r w:rsidRPr="00AB15B1">
        <w:rPr>
          <w:rFonts w:ascii="Times New Roman" w:hAnsi="Times New Roman" w:cs="Times New Roman"/>
          <w:sz w:val="22"/>
        </w:rPr>
        <w:t>dni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od </w:t>
      </w:r>
      <w:proofErr w:type="spellStart"/>
      <w:r w:rsidRPr="00AB15B1">
        <w:rPr>
          <w:rFonts w:ascii="Times New Roman" w:hAnsi="Times New Roman" w:cs="Times New Roman"/>
          <w:sz w:val="22"/>
        </w:rPr>
        <w:t>dnia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otrzymania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Organ </w:t>
      </w:r>
      <w:proofErr w:type="spellStart"/>
      <w:r w:rsidRPr="00AB15B1">
        <w:rPr>
          <w:rFonts w:ascii="Times New Roman" w:hAnsi="Times New Roman" w:cs="Times New Roman"/>
          <w:sz w:val="22"/>
        </w:rPr>
        <w:t>rozpatrujący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odwołanie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ponownie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okoliczności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wyjaśnienia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fakt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naruszenia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proporcjonalność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karę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utrzymać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zmienić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łagodniejszą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uchylić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W </w:t>
      </w:r>
      <w:proofErr w:type="spellStart"/>
      <w:r w:rsidRPr="00AB15B1">
        <w:rPr>
          <w:rFonts w:ascii="Times New Roman" w:hAnsi="Times New Roman" w:cs="Times New Roman"/>
          <w:sz w:val="22"/>
        </w:rPr>
        <w:t>wyniku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rozpatrzenia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odwołania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zastosować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surowszej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523ADC6F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10. </w:t>
      </w:r>
      <w:proofErr w:type="spellStart"/>
      <w:r w:rsidRPr="00AB15B1">
        <w:rPr>
          <w:rFonts w:ascii="Times New Roman" w:hAnsi="Times New Roman" w:cs="Times New Roman"/>
          <w:sz w:val="22"/>
        </w:rPr>
        <w:t>Mediację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prowadzi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wyłącznie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za </w:t>
      </w:r>
      <w:proofErr w:type="spellStart"/>
      <w:r w:rsidRPr="00AB15B1">
        <w:rPr>
          <w:rFonts w:ascii="Times New Roman" w:hAnsi="Times New Roman" w:cs="Times New Roman"/>
          <w:sz w:val="22"/>
        </w:rPr>
        <w:t>dobrowolną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zgodą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uczestników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AB15B1">
        <w:rPr>
          <w:rFonts w:ascii="Times New Roman" w:hAnsi="Times New Roman" w:cs="Times New Roman"/>
          <w:sz w:val="22"/>
        </w:rPr>
        <w:t>udziałem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osoby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bezstronnej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pod </w:t>
      </w:r>
      <w:proofErr w:type="spellStart"/>
      <w:r w:rsidRPr="00AB15B1">
        <w:rPr>
          <w:rFonts w:ascii="Times New Roman" w:hAnsi="Times New Roman" w:cs="Times New Roman"/>
          <w:sz w:val="22"/>
        </w:rPr>
        <w:t>warunkiem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charakter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sprawy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stron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pozwalają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przeprowadzenie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Odmowa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mediacji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wywoływać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negatywnych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konsekwencji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Wobec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klas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I–III w </w:t>
      </w:r>
      <w:proofErr w:type="spellStart"/>
      <w:r w:rsidRPr="00AB15B1">
        <w:rPr>
          <w:rFonts w:ascii="Times New Roman" w:hAnsi="Times New Roman" w:cs="Times New Roman"/>
          <w:sz w:val="22"/>
        </w:rPr>
        <w:t>pierwszej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kolejności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stosuje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wspierające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odpowiednie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wieku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etapu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rozwoju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72767B7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11. Nie </w:t>
      </w:r>
      <w:proofErr w:type="spellStart"/>
      <w:r w:rsidRPr="00AB15B1">
        <w:rPr>
          <w:rFonts w:ascii="Times New Roman" w:hAnsi="Times New Roman" w:cs="Times New Roman"/>
          <w:sz w:val="22"/>
        </w:rPr>
        <w:t>stosuje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zbiorowych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finansowych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upokarzających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kar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polegających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obniżeniu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zajęć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obowiązkowej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obowiązkowym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wolontariacie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przymusowych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przeprosinach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pozbawieniu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pomocy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posiłku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odpoczynku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obowiązkowych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zajęciach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niewymienionych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ust</w:t>
      </w:r>
      <w:proofErr w:type="spellEnd"/>
      <w:r w:rsidRPr="00AB15B1">
        <w:rPr>
          <w:rFonts w:ascii="Times New Roman" w:hAnsi="Times New Roman" w:cs="Times New Roman"/>
          <w:sz w:val="22"/>
        </w:rPr>
        <w:t>. 5.</w:t>
      </w:r>
    </w:p>
    <w:p w14:paraId="2F5BDC82" w14:textId="1E6E596F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12. Sam </w:t>
      </w:r>
      <w:proofErr w:type="spellStart"/>
      <w:r w:rsidRPr="00AB15B1">
        <w:rPr>
          <w:rFonts w:ascii="Times New Roman" w:hAnsi="Times New Roman" w:cs="Times New Roman"/>
          <w:sz w:val="22"/>
        </w:rPr>
        <w:t>fakt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zastosowania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przesądza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ocenie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Zachowanie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będące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podstawą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zastosowania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być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uwzględnione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ustalaniu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wyłącznie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zasadach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określonych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§ 76.</w:t>
      </w:r>
    </w:p>
    <w:p w14:paraId="72273347" w14:textId="0097EAEA" w:rsidR="00837C37" w:rsidRPr="00AB15B1" w:rsidRDefault="00837C37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</w:rPr>
      </w:pPr>
      <w:r w:rsidRPr="00AB15B1">
        <w:rPr>
          <w:rFonts w:ascii="Times New Roman" w:hAnsi="Times New Roman" w:cs="Times New Roman"/>
          <w:b/>
          <w:bCs/>
          <w:sz w:val="22"/>
        </w:rPr>
        <w:lastRenderedPageBreak/>
        <w:t>§ 9</w:t>
      </w:r>
      <w:r w:rsidR="008C13F5" w:rsidRPr="00AB15B1">
        <w:rPr>
          <w:rFonts w:ascii="Times New Roman" w:hAnsi="Times New Roman" w:cs="Times New Roman"/>
          <w:b/>
          <w:bCs/>
          <w:sz w:val="22"/>
        </w:rPr>
        <w:t>1</w:t>
      </w:r>
      <w:r w:rsidRPr="00AB15B1">
        <w:rPr>
          <w:rFonts w:ascii="Times New Roman" w:hAnsi="Times New Roman" w:cs="Times New Roman"/>
          <w:b/>
          <w:bCs/>
          <w:sz w:val="22"/>
        </w:rPr>
        <w:t>.</w:t>
      </w:r>
    </w:p>
    <w:p w14:paraId="64E712A4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wystąpić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Małopolskiego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Kuratora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Oświaty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wnioskiem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AB15B1">
        <w:rPr>
          <w:rFonts w:ascii="Times New Roman" w:hAnsi="Times New Roman" w:cs="Times New Roman"/>
          <w:sz w:val="22"/>
        </w:rPr>
        <w:t>przeniesienie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objętego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obowiązkiem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szkolnym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innej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>:</w:t>
      </w:r>
    </w:p>
    <w:p w14:paraId="0FC3147E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1) </w:t>
      </w:r>
      <w:proofErr w:type="spellStart"/>
      <w:r w:rsidRPr="00AB15B1">
        <w:rPr>
          <w:rFonts w:ascii="Times New Roman" w:hAnsi="Times New Roman" w:cs="Times New Roman"/>
          <w:sz w:val="22"/>
        </w:rPr>
        <w:t>zachowanie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stwarza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poważne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zagrożenie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życia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zdrowia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49F5E35D" w14:textId="22C0FD7F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2) </w:t>
      </w:r>
      <w:proofErr w:type="spellStart"/>
      <w:r w:rsidR="00456999" w:rsidRPr="00AB15B1">
        <w:rPr>
          <w:rFonts w:ascii="Times New Roman" w:hAnsi="Times New Roman" w:cs="Times New Roman"/>
          <w:sz w:val="22"/>
        </w:rPr>
        <w:t>uczeń</w:t>
      </w:r>
      <w:proofErr w:type="spellEnd"/>
      <w:r w:rsidR="00456999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702377" w:rsidRPr="00AB15B1">
        <w:rPr>
          <w:rFonts w:ascii="Times New Roman" w:hAnsi="Times New Roman" w:cs="Times New Roman"/>
          <w:sz w:val="22"/>
        </w:rPr>
        <w:t>rażąco</w:t>
      </w:r>
      <w:proofErr w:type="spellEnd"/>
      <w:r w:rsidR="0070237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702377" w:rsidRPr="00AB15B1">
        <w:rPr>
          <w:rFonts w:ascii="Times New Roman" w:hAnsi="Times New Roman" w:cs="Times New Roman"/>
          <w:sz w:val="22"/>
        </w:rPr>
        <w:t>i</w:t>
      </w:r>
      <w:proofErr w:type="spellEnd"/>
      <w:r w:rsidR="0070237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702377" w:rsidRPr="00AB15B1">
        <w:rPr>
          <w:rFonts w:ascii="Times New Roman" w:hAnsi="Times New Roman" w:cs="Times New Roman"/>
          <w:sz w:val="22"/>
        </w:rPr>
        <w:t>uporczywie</w:t>
      </w:r>
      <w:proofErr w:type="spellEnd"/>
      <w:r w:rsidR="0070237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702377" w:rsidRPr="00AB15B1">
        <w:rPr>
          <w:rFonts w:ascii="Times New Roman" w:hAnsi="Times New Roman" w:cs="Times New Roman"/>
          <w:sz w:val="22"/>
        </w:rPr>
        <w:t>narusza</w:t>
      </w:r>
      <w:proofErr w:type="spellEnd"/>
      <w:r w:rsidR="0070237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702377" w:rsidRPr="00AB15B1">
        <w:rPr>
          <w:rFonts w:ascii="Times New Roman" w:hAnsi="Times New Roman" w:cs="Times New Roman"/>
          <w:sz w:val="22"/>
        </w:rPr>
        <w:t>bezpieczeństwo</w:t>
      </w:r>
      <w:proofErr w:type="spellEnd"/>
      <w:r w:rsidR="00702377"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702377" w:rsidRPr="00AB15B1">
        <w:rPr>
          <w:rFonts w:ascii="Times New Roman" w:hAnsi="Times New Roman" w:cs="Times New Roman"/>
          <w:sz w:val="22"/>
        </w:rPr>
        <w:t>godność</w:t>
      </w:r>
      <w:proofErr w:type="spellEnd"/>
      <w:r w:rsidR="0070237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702377" w:rsidRPr="00AB15B1">
        <w:rPr>
          <w:rFonts w:ascii="Times New Roman" w:hAnsi="Times New Roman" w:cs="Times New Roman"/>
          <w:sz w:val="22"/>
        </w:rPr>
        <w:t>lub</w:t>
      </w:r>
      <w:proofErr w:type="spellEnd"/>
      <w:r w:rsidR="0070237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702377" w:rsidRPr="00AB15B1">
        <w:rPr>
          <w:rFonts w:ascii="Times New Roman" w:hAnsi="Times New Roman" w:cs="Times New Roman"/>
          <w:sz w:val="22"/>
        </w:rPr>
        <w:t>podstawowe</w:t>
      </w:r>
      <w:proofErr w:type="spellEnd"/>
      <w:r w:rsidR="0070237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702377" w:rsidRPr="00AB15B1">
        <w:rPr>
          <w:rFonts w:ascii="Times New Roman" w:hAnsi="Times New Roman" w:cs="Times New Roman"/>
          <w:sz w:val="22"/>
        </w:rPr>
        <w:t>prawa</w:t>
      </w:r>
      <w:proofErr w:type="spellEnd"/>
      <w:r w:rsidR="0070237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702377" w:rsidRPr="00AB15B1">
        <w:rPr>
          <w:rFonts w:ascii="Times New Roman" w:hAnsi="Times New Roman" w:cs="Times New Roman"/>
          <w:sz w:val="22"/>
        </w:rPr>
        <w:t>innych</w:t>
      </w:r>
      <w:proofErr w:type="spellEnd"/>
      <w:r w:rsidR="0070237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702377"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Pr="00AB15B1">
        <w:rPr>
          <w:rFonts w:ascii="Times New Roman" w:hAnsi="Times New Roman" w:cs="Times New Roman"/>
          <w:sz w:val="22"/>
        </w:rPr>
        <w:t>podjęte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wychowawcze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pomocowe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zastosowane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doprowadziły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poprawy</w:t>
      </w:r>
      <w:proofErr w:type="spellEnd"/>
      <w:r w:rsidRPr="00AB15B1">
        <w:rPr>
          <w:rFonts w:ascii="Times New Roman" w:hAnsi="Times New Roman" w:cs="Times New Roman"/>
          <w:sz w:val="22"/>
        </w:rPr>
        <w:t>;</w:t>
      </w:r>
    </w:p>
    <w:p w14:paraId="79204C76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3) </w:t>
      </w:r>
      <w:proofErr w:type="spellStart"/>
      <w:r w:rsidRPr="00AB15B1">
        <w:rPr>
          <w:rFonts w:ascii="Times New Roman" w:hAnsi="Times New Roman" w:cs="Times New Roman"/>
          <w:sz w:val="22"/>
        </w:rPr>
        <w:t>uczeń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dopuścił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szczególnie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poważnego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czynu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naruszającego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podstawowe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a </w:t>
      </w:r>
      <w:proofErr w:type="spellStart"/>
      <w:r w:rsidRPr="00AB15B1">
        <w:rPr>
          <w:rFonts w:ascii="Times New Roman" w:hAnsi="Times New Roman" w:cs="Times New Roman"/>
          <w:sz w:val="22"/>
        </w:rPr>
        <w:t>dalsze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pozostawanie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Szkole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powoduje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realne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zagrożenie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dla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osób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722375C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</w:t>
      </w:r>
      <w:proofErr w:type="spellStart"/>
      <w:r w:rsidRPr="00AB15B1">
        <w:rPr>
          <w:rFonts w:ascii="Times New Roman" w:hAnsi="Times New Roman" w:cs="Times New Roman"/>
          <w:sz w:val="22"/>
        </w:rPr>
        <w:t>Wystąpienie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wnioskiem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ma </w:t>
      </w:r>
      <w:proofErr w:type="spellStart"/>
      <w:r w:rsidRPr="00AB15B1">
        <w:rPr>
          <w:rFonts w:ascii="Times New Roman" w:hAnsi="Times New Roman" w:cs="Times New Roman"/>
          <w:sz w:val="22"/>
        </w:rPr>
        <w:t>charakter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wyjątkowy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następuje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po </w:t>
      </w:r>
      <w:proofErr w:type="spellStart"/>
      <w:r w:rsidRPr="00AB15B1">
        <w:rPr>
          <w:rFonts w:ascii="Times New Roman" w:hAnsi="Times New Roman" w:cs="Times New Roman"/>
          <w:sz w:val="22"/>
        </w:rPr>
        <w:t>indywidualnej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okoliczności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zdarzenia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potrzeb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udzielonego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mu </w:t>
      </w:r>
      <w:proofErr w:type="spellStart"/>
      <w:r w:rsidRPr="00AB15B1">
        <w:rPr>
          <w:rFonts w:ascii="Times New Roman" w:hAnsi="Times New Roman" w:cs="Times New Roman"/>
          <w:sz w:val="22"/>
        </w:rPr>
        <w:t>wsparcia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skuteczności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dotychczas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podjętych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działań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26B2C53A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</w:t>
      </w:r>
      <w:proofErr w:type="spellStart"/>
      <w:r w:rsidRPr="00AB15B1">
        <w:rPr>
          <w:rFonts w:ascii="Times New Roman" w:hAnsi="Times New Roman" w:cs="Times New Roman"/>
          <w:sz w:val="22"/>
        </w:rPr>
        <w:t>Przed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wystąpieniem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wnioskiem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umożliwia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uczniowi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jego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rodzicom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przedstawienie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stanowiska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analizuje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dokumentację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dotyczącą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zdarzeń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podjętych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działań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344FEC3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4. </w:t>
      </w:r>
      <w:proofErr w:type="spellStart"/>
      <w:r w:rsidRPr="00AB15B1">
        <w:rPr>
          <w:rFonts w:ascii="Times New Roman" w:hAnsi="Times New Roman" w:cs="Times New Roman"/>
          <w:sz w:val="22"/>
        </w:rPr>
        <w:t>Wcześniejsze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zastosowanie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wszystkich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przewidzianych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Statucie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AB15B1">
        <w:rPr>
          <w:rFonts w:ascii="Times New Roman" w:hAnsi="Times New Roman" w:cs="Times New Roman"/>
          <w:sz w:val="22"/>
        </w:rPr>
        <w:t>wymagane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szczególnie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poważne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bezpośrednie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zagrożenie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bezpieczeństwa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uzasadnia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niezwłoczne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działanie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78EE5D9F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5. </w:t>
      </w:r>
      <w:proofErr w:type="spellStart"/>
      <w:r w:rsidRPr="00AB15B1">
        <w:rPr>
          <w:rFonts w:ascii="Times New Roman" w:hAnsi="Times New Roman" w:cs="Times New Roman"/>
          <w:sz w:val="22"/>
        </w:rPr>
        <w:t>Podstawą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wystąpienia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wnioskiem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mogą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być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same: </w:t>
      </w:r>
      <w:proofErr w:type="spellStart"/>
      <w:r w:rsidRPr="00AB15B1">
        <w:rPr>
          <w:rFonts w:ascii="Times New Roman" w:hAnsi="Times New Roman" w:cs="Times New Roman"/>
          <w:sz w:val="22"/>
        </w:rPr>
        <w:t>niepełnosprawność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diagnoza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stan </w:t>
      </w:r>
      <w:proofErr w:type="spellStart"/>
      <w:r w:rsidRPr="00AB15B1">
        <w:rPr>
          <w:rFonts w:ascii="Times New Roman" w:hAnsi="Times New Roman" w:cs="Times New Roman"/>
          <w:sz w:val="22"/>
        </w:rPr>
        <w:t>zdrowia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trudności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edukacyjne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usprawiedliwione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nieobecności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korzystanie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przysługujących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mu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O </w:t>
      </w:r>
      <w:proofErr w:type="spellStart"/>
      <w:r w:rsidRPr="00AB15B1">
        <w:rPr>
          <w:rFonts w:ascii="Times New Roman" w:hAnsi="Times New Roman" w:cs="Times New Roman"/>
          <w:sz w:val="22"/>
        </w:rPr>
        <w:t>przeniesieniu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rozstrzyga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kurator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oświaty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6B8A9458" w14:textId="77AC5B5D" w:rsidR="00837C37" w:rsidRPr="00AB15B1" w:rsidRDefault="00837C37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 xml:space="preserve"> </w:t>
      </w:r>
      <w:r w:rsidR="008C13F5"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19</w:t>
      </w:r>
    </w:p>
    <w:p w14:paraId="3E69F046" w14:textId="77777777" w:rsidR="00837C37" w:rsidRPr="00AB15B1" w:rsidRDefault="00837C37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Ceremoniał</w:t>
      </w:r>
      <w:proofErr w:type="spellEnd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sztandar</w:t>
      </w:r>
      <w:proofErr w:type="spellEnd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 xml:space="preserve"> logo </w:t>
      </w: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szkoły</w:t>
      </w:r>
      <w:proofErr w:type="spellEnd"/>
    </w:p>
    <w:p w14:paraId="01339476" w14:textId="44899807" w:rsidR="00837C37" w:rsidRPr="00AB15B1" w:rsidRDefault="00837C37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</w:pPr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§ 9</w:t>
      </w:r>
      <w:r w:rsidR="008C13F5"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2</w:t>
      </w:r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.</w:t>
      </w:r>
    </w:p>
    <w:p w14:paraId="32D31CFA" w14:textId="3FE77664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posiada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sztandar</w:t>
      </w:r>
      <w:proofErr w:type="spellEnd"/>
      <w:r w:rsidR="008C13F5" w:rsidRPr="00AB15B1">
        <w:rPr>
          <w:rFonts w:ascii="Times New Roman" w:hAnsi="Times New Roman" w:cs="Times New Roman"/>
          <w:sz w:val="22"/>
        </w:rPr>
        <w:t>, hymn</w:t>
      </w:r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logo. </w:t>
      </w:r>
      <w:proofErr w:type="spellStart"/>
      <w:r w:rsidRPr="00AB15B1">
        <w:rPr>
          <w:rFonts w:ascii="Times New Roman" w:hAnsi="Times New Roman" w:cs="Times New Roman"/>
          <w:sz w:val="22"/>
        </w:rPr>
        <w:t>Szkoła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posługuje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się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także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wizerunkiem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8C13F5" w:rsidRPr="00AB15B1">
        <w:rPr>
          <w:rFonts w:ascii="Times New Roman" w:hAnsi="Times New Roman" w:cs="Times New Roman"/>
          <w:sz w:val="22"/>
        </w:rPr>
        <w:t>Patr</w:t>
      </w:r>
      <w:r w:rsidR="00AB15B1">
        <w:rPr>
          <w:rFonts w:ascii="Times New Roman" w:hAnsi="Times New Roman" w:cs="Times New Roman"/>
          <w:sz w:val="22"/>
        </w:rPr>
        <w:t>o</w:t>
      </w:r>
      <w:r w:rsidR="008C13F5" w:rsidRPr="00AB15B1">
        <w:rPr>
          <w:rFonts w:ascii="Times New Roman" w:hAnsi="Times New Roman" w:cs="Times New Roman"/>
          <w:sz w:val="22"/>
        </w:rPr>
        <w:t>na</w:t>
      </w:r>
      <w:proofErr w:type="spellEnd"/>
      <w:r w:rsidR="008C13F5" w:rsidRPr="00AB15B1">
        <w:rPr>
          <w:rFonts w:ascii="Times New Roman" w:hAnsi="Times New Roman" w:cs="Times New Roman"/>
          <w:sz w:val="22"/>
        </w:rPr>
        <w:t xml:space="preserve"> – </w:t>
      </w:r>
      <w:proofErr w:type="spellStart"/>
      <w:r w:rsidR="008C13F5" w:rsidRPr="00AB15B1">
        <w:rPr>
          <w:rFonts w:ascii="Times New Roman" w:hAnsi="Times New Roman" w:cs="Times New Roman"/>
          <w:sz w:val="22"/>
        </w:rPr>
        <w:t>ks</w:t>
      </w:r>
      <w:proofErr w:type="spellEnd"/>
      <w:r w:rsidR="008C13F5" w:rsidRPr="00AB15B1">
        <w:rPr>
          <w:rFonts w:ascii="Times New Roman" w:hAnsi="Times New Roman" w:cs="Times New Roman"/>
          <w:sz w:val="22"/>
        </w:rPr>
        <w:t xml:space="preserve">. prof. Bolesława </w:t>
      </w:r>
      <w:proofErr w:type="spellStart"/>
      <w:r w:rsidR="008C13F5" w:rsidRPr="00AB15B1">
        <w:rPr>
          <w:rFonts w:ascii="Times New Roman" w:hAnsi="Times New Roman" w:cs="Times New Roman"/>
          <w:sz w:val="22"/>
        </w:rPr>
        <w:t>Kumora</w:t>
      </w:r>
      <w:proofErr w:type="spellEnd"/>
      <w:r w:rsidR="008C13F5" w:rsidRPr="00AB15B1">
        <w:rPr>
          <w:rFonts w:ascii="Times New Roman" w:hAnsi="Times New Roman" w:cs="Times New Roman"/>
          <w:sz w:val="22"/>
        </w:rPr>
        <w:t>.</w:t>
      </w:r>
      <w:r w:rsidRPr="00AB15B1">
        <w:rPr>
          <w:rFonts w:ascii="Times New Roman" w:hAnsi="Times New Roman" w:cs="Times New Roman"/>
          <w:sz w:val="22"/>
        </w:rPr>
        <w:t xml:space="preserve"> </w:t>
      </w:r>
    </w:p>
    <w:p w14:paraId="680B7FCE" w14:textId="3ABBBD6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2. Na </w:t>
      </w:r>
      <w:proofErr w:type="spellStart"/>
      <w:r w:rsidRPr="00AB15B1">
        <w:rPr>
          <w:rFonts w:ascii="Times New Roman" w:hAnsi="Times New Roman" w:cs="Times New Roman"/>
          <w:sz w:val="22"/>
        </w:rPr>
        <w:t>sztandarze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umieszczone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godło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Rzeczypospolitej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Polskiej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wizerunek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Patron</w:t>
      </w:r>
      <w:r w:rsidR="008C13F5" w:rsidRPr="00AB15B1">
        <w:rPr>
          <w:rFonts w:ascii="Times New Roman" w:hAnsi="Times New Roman" w:cs="Times New Roman"/>
          <w:sz w:val="22"/>
        </w:rPr>
        <w:t>a</w:t>
      </w:r>
      <w:proofErr w:type="spellEnd"/>
      <w:r w:rsidR="008C13F5" w:rsidRPr="00AB15B1">
        <w:rPr>
          <w:rFonts w:ascii="Times New Roman" w:hAnsi="Times New Roman" w:cs="Times New Roman"/>
          <w:sz w:val="22"/>
        </w:rPr>
        <w:t xml:space="preserve"> </w:t>
      </w:r>
      <w:r w:rsidRPr="00AB15B1">
        <w:rPr>
          <w:rFonts w:ascii="Times New Roman" w:hAnsi="Times New Roman" w:cs="Times New Roman"/>
          <w:sz w:val="22"/>
        </w:rPr>
        <w:t xml:space="preserve">Szkoły. </w:t>
      </w:r>
    </w:p>
    <w:p w14:paraId="1C32F724" w14:textId="5E1D5616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3. Logo jest </w:t>
      </w:r>
      <w:proofErr w:type="spellStart"/>
      <w:r w:rsidRPr="00AB15B1">
        <w:rPr>
          <w:rFonts w:ascii="Times New Roman" w:hAnsi="Times New Roman" w:cs="Times New Roman"/>
          <w:sz w:val="22"/>
        </w:rPr>
        <w:t>znakiem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identyfikacyjnym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Logo </w:t>
      </w:r>
      <w:proofErr w:type="spellStart"/>
      <w:r w:rsidRPr="00AB15B1">
        <w:rPr>
          <w:rFonts w:ascii="Times New Roman" w:hAnsi="Times New Roman" w:cs="Times New Roman"/>
          <w:sz w:val="22"/>
        </w:rPr>
        <w:t>mo</w:t>
      </w:r>
      <w:r w:rsidR="008C13F5" w:rsidRPr="00AB15B1">
        <w:rPr>
          <w:rFonts w:ascii="Times New Roman" w:hAnsi="Times New Roman" w:cs="Times New Roman"/>
          <w:sz w:val="22"/>
        </w:rPr>
        <w:t>żę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być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wykorzystywane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szczególności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korespondencji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stronie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internetowej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AB15B1">
        <w:rPr>
          <w:rFonts w:ascii="Times New Roman" w:hAnsi="Times New Roman" w:cs="Times New Roman"/>
          <w:sz w:val="22"/>
        </w:rPr>
        <w:t>publikacjach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materiałach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informacyjnych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promocyjnych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dokumentach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jeżeli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przepisy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dotyczące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danego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dokumentu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stanowią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inaczej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</w:p>
    <w:p w14:paraId="6A3FCE15" w14:textId="1603E10F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4. Logo </w:t>
      </w:r>
      <w:proofErr w:type="spellStart"/>
      <w:r w:rsidRPr="00AB15B1">
        <w:rPr>
          <w:rFonts w:ascii="Times New Roman" w:hAnsi="Times New Roman" w:cs="Times New Roman"/>
          <w:sz w:val="22"/>
        </w:rPr>
        <w:t>oraz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wizerunek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Patron</w:t>
      </w:r>
      <w:r w:rsidR="008C13F5" w:rsidRPr="00AB15B1">
        <w:rPr>
          <w:rFonts w:ascii="Times New Roman" w:hAnsi="Times New Roman" w:cs="Times New Roman"/>
          <w:sz w:val="22"/>
        </w:rPr>
        <w:t>a</w:t>
      </w:r>
      <w:proofErr w:type="spellEnd"/>
      <w:r w:rsidR="008C13F5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zastępują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godła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Rzeczypospolitej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Polskiej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pieczęci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urzędowych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innych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oznaczeń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wymaganych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przepisami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</w:p>
    <w:p w14:paraId="2CD1E9B3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5. </w:t>
      </w:r>
      <w:proofErr w:type="spellStart"/>
      <w:r w:rsidRPr="00AB15B1">
        <w:rPr>
          <w:rFonts w:ascii="Times New Roman" w:hAnsi="Times New Roman" w:cs="Times New Roman"/>
          <w:sz w:val="22"/>
        </w:rPr>
        <w:t>Sztandar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uczestniczy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uroczystościach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szkolnych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uczestniczyć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odpowiednich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uroczystościach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Szkołą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</w:p>
    <w:p w14:paraId="0BFF4B5A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6. </w:t>
      </w:r>
      <w:proofErr w:type="spellStart"/>
      <w:r w:rsidRPr="00AB15B1">
        <w:rPr>
          <w:rFonts w:ascii="Times New Roman" w:hAnsi="Times New Roman" w:cs="Times New Roman"/>
          <w:sz w:val="22"/>
        </w:rPr>
        <w:t>Udział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poczcie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sztandarowym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AB15B1">
        <w:rPr>
          <w:rFonts w:ascii="Times New Roman" w:hAnsi="Times New Roman" w:cs="Times New Roman"/>
          <w:sz w:val="22"/>
        </w:rPr>
        <w:t>dobrowolny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Skład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pocztu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zatwierdza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wniosek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opiekuna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spośród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którzy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wyrazili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gotowość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AB15B1">
        <w:rPr>
          <w:rFonts w:ascii="Times New Roman" w:hAnsi="Times New Roman" w:cs="Times New Roman"/>
          <w:sz w:val="22"/>
        </w:rPr>
        <w:t>pełnienia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tej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funkcji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Odmowa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udziału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albo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rezygnacja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AB15B1">
        <w:rPr>
          <w:rFonts w:ascii="Times New Roman" w:hAnsi="Times New Roman" w:cs="Times New Roman"/>
          <w:sz w:val="22"/>
        </w:rPr>
        <w:t>funkcji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sama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sobie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powodować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kary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obniżenia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oceny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zachowania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</w:p>
    <w:p w14:paraId="5BFA6E92" w14:textId="77777777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7. </w:t>
      </w:r>
      <w:proofErr w:type="spellStart"/>
      <w:r w:rsidRPr="00AB15B1">
        <w:rPr>
          <w:rFonts w:ascii="Times New Roman" w:hAnsi="Times New Roman" w:cs="Times New Roman"/>
          <w:sz w:val="22"/>
        </w:rPr>
        <w:t>Opiekuna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pocztu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sztandarowego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wyznacza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Dyrektor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AB15B1">
        <w:rPr>
          <w:rFonts w:ascii="Times New Roman" w:hAnsi="Times New Roman" w:cs="Times New Roman"/>
          <w:sz w:val="22"/>
        </w:rPr>
        <w:t>Ceremoniał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szkolny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określać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techniczny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przebieg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uroczystości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sposób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używania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sztandaru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lecz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może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ustanawiać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dodatkowych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obowiązków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B15B1">
        <w:rPr>
          <w:rFonts w:ascii="Times New Roman" w:hAnsi="Times New Roman" w:cs="Times New Roman"/>
          <w:sz w:val="22"/>
        </w:rPr>
        <w:t>kar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ani </w:t>
      </w:r>
      <w:proofErr w:type="spellStart"/>
      <w:r w:rsidRPr="00AB15B1">
        <w:rPr>
          <w:rFonts w:ascii="Times New Roman" w:hAnsi="Times New Roman" w:cs="Times New Roman"/>
          <w:sz w:val="22"/>
        </w:rPr>
        <w:t>ograniczeń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ucznia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niewynikających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ze </w:t>
      </w:r>
      <w:proofErr w:type="spellStart"/>
      <w:r w:rsidRPr="00AB15B1">
        <w:rPr>
          <w:rFonts w:ascii="Times New Roman" w:hAnsi="Times New Roman" w:cs="Times New Roman"/>
          <w:sz w:val="22"/>
        </w:rPr>
        <w:t>Statutu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lub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przepisów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prawa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p w14:paraId="3170BDB1" w14:textId="30B434F8" w:rsidR="00837C37" w:rsidRPr="00AB15B1" w:rsidRDefault="00837C37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Rozdział</w:t>
      </w:r>
      <w:proofErr w:type="spellEnd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 xml:space="preserve"> 2</w:t>
      </w:r>
      <w:r w:rsidR="008C13F5"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0</w:t>
      </w:r>
    </w:p>
    <w:p w14:paraId="4D2A034B" w14:textId="77777777" w:rsidR="00837C37" w:rsidRPr="00AB15B1" w:rsidRDefault="00837C37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</w:pP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Przepisy</w:t>
      </w:r>
      <w:proofErr w:type="spellEnd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b/>
          <w:bCs/>
          <w:color w:val="632423" w:themeColor="accent2" w:themeShade="80"/>
          <w:sz w:val="22"/>
        </w:rPr>
        <w:t>końcowe</w:t>
      </w:r>
      <w:proofErr w:type="spellEnd"/>
    </w:p>
    <w:p w14:paraId="5FCD45D6" w14:textId="798C9193" w:rsidR="00837C37" w:rsidRPr="00AB15B1" w:rsidRDefault="00837C37" w:rsidP="00AB15B1">
      <w:pPr>
        <w:pStyle w:val="Ustep"/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</w:rPr>
      </w:pPr>
      <w:r w:rsidRPr="00AB15B1">
        <w:rPr>
          <w:rFonts w:ascii="Times New Roman" w:hAnsi="Times New Roman" w:cs="Times New Roman"/>
          <w:b/>
          <w:bCs/>
          <w:sz w:val="22"/>
        </w:rPr>
        <w:t>§ 9</w:t>
      </w:r>
      <w:r w:rsidR="008C13F5" w:rsidRPr="00AB15B1">
        <w:rPr>
          <w:rFonts w:ascii="Times New Roman" w:hAnsi="Times New Roman" w:cs="Times New Roman"/>
          <w:b/>
          <w:bCs/>
          <w:sz w:val="22"/>
        </w:rPr>
        <w:t>3</w:t>
      </w:r>
      <w:r w:rsidRPr="00AB15B1">
        <w:rPr>
          <w:rFonts w:ascii="Times New Roman" w:hAnsi="Times New Roman" w:cs="Times New Roman"/>
          <w:b/>
          <w:bCs/>
          <w:sz w:val="22"/>
        </w:rPr>
        <w:t>.</w:t>
      </w:r>
    </w:p>
    <w:p w14:paraId="668F197C" w14:textId="354C1269" w:rsidR="00837C37" w:rsidRPr="00AB15B1" w:rsidRDefault="0001174A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>1.</w:t>
      </w:r>
      <w:r w:rsidR="00837C3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837C37" w:rsidRPr="00AB15B1">
        <w:rPr>
          <w:rFonts w:ascii="Times New Roman" w:hAnsi="Times New Roman" w:cs="Times New Roman"/>
          <w:sz w:val="22"/>
        </w:rPr>
        <w:t>Aktualny</w:t>
      </w:r>
      <w:proofErr w:type="spellEnd"/>
      <w:r w:rsidR="00837C3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837C37" w:rsidRPr="00AB15B1">
        <w:rPr>
          <w:rFonts w:ascii="Times New Roman" w:hAnsi="Times New Roman" w:cs="Times New Roman"/>
          <w:sz w:val="22"/>
        </w:rPr>
        <w:t>tekst</w:t>
      </w:r>
      <w:proofErr w:type="spellEnd"/>
      <w:r w:rsidR="00837C3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837C37" w:rsidRPr="00AB15B1">
        <w:rPr>
          <w:rFonts w:ascii="Times New Roman" w:hAnsi="Times New Roman" w:cs="Times New Roman"/>
          <w:sz w:val="22"/>
        </w:rPr>
        <w:t>Statutu</w:t>
      </w:r>
      <w:proofErr w:type="spellEnd"/>
      <w:r w:rsidR="00837C3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837C37" w:rsidRPr="00AB15B1">
        <w:rPr>
          <w:rFonts w:ascii="Times New Roman" w:hAnsi="Times New Roman" w:cs="Times New Roman"/>
          <w:sz w:val="22"/>
        </w:rPr>
        <w:t>udostępnia</w:t>
      </w:r>
      <w:proofErr w:type="spellEnd"/>
      <w:r w:rsidR="00837C3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837C37" w:rsidRPr="00AB15B1">
        <w:rPr>
          <w:rFonts w:ascii="Times New Roman" w:hAnsi="Times New Roman" w:cs="Times New Roman"/>
          <w:sz w:val="22"/>
        </w:rPr>
        <w:t>się</w:t>
      </w:r>
      <w:proofErr w:type="spellEnd"/>
      <w:r w:rsidR="00837C37"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837C37" w:rsidRPr="00AB15B1">
        <w:rPr>
          <w:rFonts w:ascii="Times New Roman" w:hAnsi="Times New Roman" w:cs="Times New Roman"/>
          <w:sz w:val="22"/>
        </w:rPr>
        <w:t>Szkole</w:t>
      </w:r>
      <w:proofErr w:type="spellEnd"/>
      <w:r w:rsidR="00837C3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837C37" w:rsidRPr="00AB15B1">
        <w:rPr>
          <w:rFonts w:ascii="Times New Roman" w:hAnsi="Times New Roman" w:cs="Times New Roman"/>
          <w:sz w:val="22"/>
        </w:rPr>
        <w:t>oraz</w:t>
      </w:r>
      <w:proofErr w:type="spellEnd"/>
      <w:r w:rsidR="00837C3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837C37" w:rsidRPr="00AB15B1">
        <w:rPr>
          <w:rFonts w:ascii="Times New Roman" w:hAnsi="Times New Roman" w:cs="Times New Roman"/>
          <w:sz w:val="22"/>
        </w:rPr>
        <w:t>publikuje</w:t>
      </w:r>
      <w:proofErr w:type="spellEnd"/>
      <w:r w:rsidR="00837C3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837C37" w:rsidRPr="00AB15B1">
        <w:rPr>
          <w:rFonts w:ascii="Times New Roman" w:hAnsi="Times New Roman" w:cs="Times New Roman"/>
          <w:sz w:val="22"/>
        </w:rPr>
        <w:t>na</w:t>
      </w:r>
      <w:proofErr w:type="spellEnd"/>
      <w:r w:rsidR="00837C3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837C37" w:rsidRPr="00AB15B1">
        <w:rPr>
          <w:rFonts w:ascii="Times New Roman" w:hAnsi="Times New Roman" w:cs="Times New Roman"/>
          <w:sz w:val="22"/>
        </w:rPr>
        <w:t>stronie</w:t>
      </w:r>
      <w:proofErr w:type="spellEnd"/>
      <w:r w:rsidR="00837C3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837C37" w:rsidRPr="00AB15B1">
        <w:rPr>
          <w:rFonts w:ascii="Times New Roman" w:hAnsi="Times New Roman" w:cs="Times New Roman"/>
          <w:sz w:val="22"/>
        </w:rPr>
        <w:t>podmiotowej</w:t>
      </w:r>
      <w:proofErr w:type="spellEnd"/>
      <w:r w:rsidR="00837C3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837C37" w:rsidRPr="00AB15B1">
        <w:rPr>
          <w:rFonts w:ascii="Times New Roman" w:hAnsi="Times New Roman" w:cs="Times New Roman"/>
          <w:sz w:val="22"/>
        </w:rPr>
        <w:t>Biuletynu</w:t>
      </w:r>
      <w:proofErr w:type="spellEnd"/>
      <w:r w:rsidR="00837C3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837C37" w:rsidRPr="00AB15B1">
        <w:rPr>
          <w:rFonts w:ascii="Times New Roman" w:hAnsi="Times New Roman" w:cs="Times New Roman"/>
          <w:sz w:val="22"/>
        </w:rPr>
        <w:t>Informacji</w:t>
      </w:r>
      <w:proofErr w:type="spellEnd"/>
      <w:r w:rsidR="00837C3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837C37" w:rsidRPr="00AB15B1">
        <w:rPr>
          <w:rFonts w:ascii="Times New Roman" w:hAnsi="Times New Roman" w:cs="Times New Roman"/>
          <w:sz w:val="22"/>
        </w:rPr>
        <w:t>Publicznej</w:t>
      </w:r>
      <w:proofErr w:type="spellEnd"/>
      <w:r w:rsidR="00837C3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837C37" w:rsidRPr="00AB15B1">
        <w:rPr>
          <w:rFonts w:ascii="Times New Roman" w:hAnsi="Times New Roman" w:cs="Times New Roman"/>
          <w:sz w:val="22"/>
        </w:rPr>
        <w:t>właściwej</w:t>
      </w:r>
      <w:proofErr w:type="spellEnd"/>
      <w:r w:rsidR="00837C3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837C37" w:rsidRPr="00AB15B1">
        <w:rPr>
          <w:rFonts w:ascii="Times New Roman" w:hAnsi="Times New Roman" w:cs="Times New Roman"/>
          <w:sz w:val="22"/>
        </w:rPr>
        <w:t>dla</w:t>
      </w:r>
      <w:proofErr w:type="spellEnd"/>
      <w:r w:rsidR="00837C37" w:rsidRPr="00AB15B1">
        <w:rPr>
          <w:rFonts w:ascii="Times New Roman" w:hAnsi="Times New Roman" w:cs="Times New Roman"/>
          <w:sz w:val="22"/>
        </w:rPr>
        <w:t xml:space="preserve"> Szkoły.</w:t>
      </w:r>
    </w:p>
    <w:p w14:paraId="1AD1A24F" w14:textId="663AA394" w:rsidR="00837C37" w:rsidRPr="00AB15B1" w:rsidRDefault="0001174A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>2</w:t>
      </w:r>
      <w:r w:rsidR="00837C37" w:rsidRPr="00AB15B1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837C37" w:rsidRPr="00AB15B1">
        <w:rPr>
          <w:rFonts w:ascii="Times New Roman" w:hAnsi="Times New Roman" w:cs="Times New Roman"/>
          <w:sz w:val="22"/>
        </w:rPr>
        <w:t>Statut</w:t>
      </w:r>
      <w:proofErr w:type="spellEnd"/>
      <w:r w:rsidR="00837C3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837C37" w:rsidRPr="00AB15B1">
        <w:rPr>
          <w:rFonts w:ascii="Times New Roman" w:hAnsi="Times New Roman" w:cs="Times New Roman"/>
          <w:sz w:val="22"/>
        </w:rPr>
        <w:t>wchodzi</w:t>
      </w:r>
      <w:proofErr w:type="spellEnd"/>
      <w:r w:rsidR="00837C37"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837C37" w:rsidRPr="00AB15B1">
        <w:rPr>
          <w:rFonts w:ascii="Times New Roman" w:hAnsi="Times New Roman" w:cs="Times New Roman"/>
          <w:sz w:val="22"/>
        </w:rPr>
        <w:t>życie</w:t>
      </w:r>
      <w:proofErr w:type="spellEnd"/>
      <w:r w:rsidR="00837C37" w:rsidRPr="00AB15B1">
        <w:rPr>
          <w:rFonts w:ascii="Times New Roman" w:hAnsi="Times New Roman" w:cs="Times New Roman"/>
          <w:sz w:val="22"/>
        </w:rPr>
        <w:t xml:space="preserve"> z </w:t>
      </w:r>
      <w:proofErr w:type="spellStart"/>
      <w:r w:rsidR="00837C37" w:rsidRPr="00AB15B1">
        <w:rPr>
          <w:rFonts w:ascii="Times New Roman" w:hAnsi="Times New Roman" w:cs="Times New Roman"/>
          <w:sz w:val="22"/>
        </w:rPr>
        <w:t>dniem</w:t>
      </w:r>
      <w:proofErr w:type="spellEnd"/>
      <w:r w:rsidR="00837C37" w:rsidRPr="00AB15B1">
        <w:rPr>
          <w:rFonts w:ascii="Times New Roman" w:hAnsi="Times New Roman" w:cs="Times New Roman"/>
          <w:sz w:val="22"/>
        </w:rPr>
        <w:t xml:space="preserve"> 1</w:t>
      </w:r>
      <w:r w:rsidR="00B93A24" w:rsidRPr="00AB15B1">
        <w:rPr>
          <w:rFonts w:ascii="Times New Roman" w:hAnsi="Times New Roman" w:cs="Times New Roman"/>
          <w:sz w:val="22"/>
        </w:rPr>
        <w:t>4</w:t>
      </w:r>
      <w:r w:rsidR="00837C37"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="00837C37" w:rsidRPr="00AB15B1">
        <w:rPr>
          <w:rFonts w:ascii="Times New Roman" w:hAnsi="Times New Roman" w:cs="Times New Roman"/>
          <w:sz w:val="22"/>
        </w:rPr>
        <w:t>września</w:t>
      </w:r>
      <w:proofErr w:type="spellEnd"/>
      <w:r w:rsidR="00837C37" w:rsidRPr="00AB15B1">
        <w:rPr>
          <w:rFonts w:ascii="Times New Roman" w:hAnsi="Times New Roman" w:cs="Times New Roman"/>
          <w:sz w:val="22"/>
        </w:rPr>
        <w:t xml:space="preserve"> 2026 r.</w:t>
      </w:r>
    </w:p>
    <w:p w14:paraId="17BBBBA7" w14:textId="774C78A1" w:rsidR="00837C37" w:rsidRPr="00AB15B1" w:rsidRDefault="00837C37" w:rsidP="00AB15B1">
      <w:pPr>
        <w:pStyle w:val="Ustep"/>
        <w:spacing w:after="0" w:line="240" w:lineRule="auto"/>
        <w:rPr>
          <w:rFonts w:ascii="Times New Roman" w:hAnsi="Times New Roman" w:cs="Times New Roman"/>
          <w:sz w:val="22"/>
        </w:rPr>
      </w:pPr>
      <w:r w:rsidRPr="00AB15B1">
        <w:rPr>
          <w:rFonts w:ascii="Times New Roman" w:hAnsi="Times New Roman" w:cs="Times New Roman"/>
          <w:sz w:val="22"/>
        </w:rPr>
        <w:t xml:space="preserve">4. Z </w:t>
      </w:r>
      <w:proofErr w:type="spellStart"/>
      <w:r w:rsidRPr="00AB15B1">
        <w:rPr>
          <w:rFonts w:ascii="Times New Roman" w:hAnsi="Times New Roman" w:cs="Times New Roman"/>
          <w:sz w:val="22"/>
        </w:rPr>
        <w:t>dniem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wejścia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AB15B1">
        <w:rPr>
          <w:rFonts w:ascii="Times New Roman" w:hAnsi="Times New Roman" w:cs="Times New Roman"/>
          <w:sz w:val="22"/>
        </w:rPr>
        <w:t>życie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niniejszego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Statutu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traci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moc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dotychczasowy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statut</w:t>
      </w:r>
      <w:proofErr w:type="spellEnd"/>
      <w:r w:rsidRPr="00AB15B1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B15B1">
        <w:rPr>
          <w:rFonts w:ascii="Times New Roman" w:hAnsi="Times New Roman" w:cs="Times New Roman"/>
          <w:sz w:val="22"/>
        </w:rPr>
        <w:t>Szkoły</w:t>
      </w:r>
      <w:proofErr w:type="spellEnd"/>
      <w:r w:rsidRPr="00AB15B1">
        <w:rPr>
          <w:rFonts w:ascii="Times New Roman" w:hAnsi="Times New Roman" w:cs="Times New Roman"/>
          <w:sz w:val="22"/>
        </w:rPr>
        <w:t>.</w:t>
      </w:r>
    </w:p>
    <w:sectPr w:rsidR="00837C37" w:rsidRPr="00AB15B1" w:rsidSect="00700F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993" w:right="1049" w:bottom="993" w:left="1049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1C53A" w14:textId="77777777" w:rsidR="003D4C59" w:rsidRDefault="003D4C59">
      <w:pPr>
        <w:spacing w:after="0" w:line="240" w:lineRule="auto"/>
      </w:pPr>
      <w:r>
        <w:separator/>
      </w:r>
    </w:p>
  </w:endnote>
  <w:endnote w:type="continuationSeparator" w:id="0">
    <w:p w14:paraId="374B40E7" w14:textId="77777777" w:rsidR="003D4C59" w:rsidRDefault="003D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altName w:val="Times New Roman"/>
    <w:charset w:val="EE"/>
    <w:family w:val="auto"/>
    <w:pitch w:val="variable"/>
    <w:sig w:usb0="20000207" w:usb1="00000002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95076" w14:textId="77777777" w:rsidR="0001174A" w:rsidRDefault="000117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43DB7" w14:textId="161AAE3C" w:rsidR="002E6799" w:rsidRDefault="002E6799">
    <w:pPr>
      <w:pStyle w:val="Stopka"/>
      <w:jc w:val="center"/>
    </w:pPr>
    <w:proofErr w:type="spellStart"/>
    <w:r>
      <w:rPr>
        <w:color w:val="6E6E6E"/>
        <w:sz w:val="16"/>
      </w:rPr>
      <w:t>Statut</w:t>
    </w:r>
    <w:proofErr w:type="spellEnd"/>
    <w:r>
      <w:rPr>
        <w:color w:val="6E6E6E"/>
        <w:sz w:val="16"/>
      </w:rPr>
      <w:t xml:space="preserve"> </w:t>
    </w:r>
    <w:proofErr w:type="spellStart"/>
    <w:r w:rsidR="00CB1708">
      <w:rPr>
        <w:color w:val="6E6E6E"/>
        <w:sz w:val="16"/>
      </w:rPr>
      <w:t>Z</w:t>
    </w:r>
    <w:r w:rsidR="0001174A">
      <w:rPr>
        <w:color w:val="6E6E6E"/>
        <w:sz w:val="16"/>
      </w:rPr>
      <w:t>espołu</w:t>
    </w:r>
    <w:proofErr w:type="spellEnd"/>
    <w:r w:rsidR="0001174A">
      <w:rPr>
        <w:color w:val="6E6E6E"/>
        <w:sz w:val="16"/>
      </w:rPr>
      <w:t xml:space="preserve"> </w:t>
    </w:r>
    <w:proofErr w:type="spellStart"/>
    <w:r w:rsidR="0001174A">
      <w:rPr>
        <w:color w:val="6E6E6E"/>
        <w:sz w:val="16"/>
      </w:rPr>
      <w:t>Szkolno</w:t>
    </w:r>
    <w:proofErr w:type="spellEnd"/>
    <w:r w:rsidR="0001174A">
      <w:rPr>
        <w:color w:val="6E6E6E"/>
        <w:sz w:val="16"/>
      </w:rPr>
      <w:t xml:space="preserve"> - </w:t>
    </w:r>
    <w:proofErr w:type="spellStart"/>
    <w:r w:rsidR="0001174A">
      <w:rPr>
        <w:color w:val="6E6E6E"/>
        <w:sz w:val="16"/>
      </w:rPr>
      <w:t>Przedszkolnego</w:t>
    </w:r>
    <w:proofErr w:type="spellEnd"/>
    <w:r>
      <w:rPr>
        <w:color w:val="6E6E6E"/>
        <w:sz w:val="16"/>
      </w:rPr>
      <w:t xml:space="preserve"> </w:t>
    </w:r>
    <w:r w:rsidR="00CB1708">
      <w:rPr>
        <w:color w:val="6E6E6E"/>
        <w:sz w:val="16"/>
      </w:rPr>
      <w:t>w Niskowej</w:t>
    </w:r>
    <w:r>
      <w:rPr>
        <w:color w:val="6E6E6E"/>
        <w:sz w:val="16"/>
      </w:rPr>
      <w:t xml:space="preserve">  |  </w:t>
    </w:r>
    <w:r>
      <w:fldChar w:fldCharType="begin"/>
    </w:r>
    <w:r>
      <w:instrText>PAGE</w:instrText>
    </w:r>
    <w:r>
      <w:fldChar w:fldCharType="separate"/>
    </w:r>
    <w:r w:rsidR="00D608FA">
      <w:rPr>
        <w:noProof/>
      </w:rPr>
      <w:t>1</w:t>
    </w:r>
    <w:r>
      <w:rPr>
        <w:color w:val="6E6E6E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8E877" w14:textId="77777777" w:rsidR="0001174A" w:rsidRDefault="000117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A535C" w14:textId="77777777" w:rsidR="003D4C59" w:rsidRDefault="003D4C59">
      <w:pPr>
        <w:spacing w:after="0" w:line="240" w:lineRule="auto"/>
      </w:pPr>
      <w:r>
        <w:separator/>
      </w:r>
    </w:p>
  </w:footnote>
  <w:footnote w:type="continuationSeparator" w:id="0">
    <w:p w14:paraId="63D7FDB2" w14:textId="77777777" w:rsidR="003D4C59" w:rsidRDefault="003D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8750E" w14:textId="77777777" w:rsidR="0001174A" w:rsidRDefault="000117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3E9E8" w14:textId="77777777" w:rsidR="0001174A" w:rsidRDefault="0001174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91D38" w14:textId="77777777" w:rsidR="0001174A" w:rsidRDefault="000117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B1B4770"/>
    <w:multiLevelType w:val="multilevel"/>
    <w:tmpl w:val="67409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Merriweather" w:eastAsia="Times New Roman" w:hAnsi="Merriweather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52BD617E"/>
    <w:multiLevelType w:val="multilevel"/>
    <w:tmpl w:val="AB0A1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Merriweather" w:eastAsia="Times New Roman" w:hAnsi="Merriweather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CA5B57"/>
    <w:multiLevelType w:val="multilevel"/>
    <w:tmpl w:val="78EEC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Merriweather" w:eastAsia="Times New Roman" w:hAnsi="Merriweather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24599837">
    <w:abstractNumId w:val="8"/>
  </w:num>
  <w:num w:numId="2" w16cid:durableId="344792291">
    <w:abstractNumId w:val="6"/>
  </w:num>
  <w:num w:numId="3" w16cid:durableId="961766448">
    <w:abstractNumId w:val="5"/>
  </w:num>
  <w:num w:numId="4" w16cid:durableId="733234830">
    <w:abstractNumId w:val="4"/>
  </w:num>
  <w:num w:numId="5" w16cid:durableId="1507280116">
    <w:abstractNumId w:val="7"/>
  </w:num>
  <w:num w:numId="6" w16cid:durableId="830485112">
    <w:abstractNumId w:val="3"/>
  </w:num>
  <w:num w:numId="7" w16cid:durableId="1073619675">
    <w:abstractNumId w:val="2"/>
  </w:num>
  <w:num w:numId="8" w16cid:durableId="2137023885">
    <w:abstractNumId w:val="1"/>
  </w:num>
  <w:num w:numId="9" w16cid:durableId="320164166">
    <w:abstractNumId w:val="0"/>
  </w:num>
  <w:num w:numId="10" w16cid:durableId="1061564293">
    <w:abstractNumId w:val="10"/>
  </w:num>
  <w:num w:numId="11" w16cid:durableId="1956597469">
    <w:abstractNumId w:val="9"/>
  </w:num>
  <w:num w:numId="12" w16cid:durableId="3891564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174A"/>
    <w:rsid w:val="000139D7"/>
    <w:rsid w:val="00020013"/>
    <w:rsid w:val="00034616"/>
    <w:rsid w:val="00057113"/>
    <w:rsid w:val="0006063C"/>
    <w:rsid w:val="000610EA"/>
    <w:rsid w:val="000A5002"/>
    <w:rsid w:val="000B3D6A"/>
    <w:rsid w:val="000F3637"/>
    <w:rsid w:val="000F75E8"/>
    <w:rsid w:val="0013779C"/>
    <w:rsid w:val="0015074B"/>
    <w:rsid w:val="00151DB5"/>
    <w:rsid w:val="001738B8"/>
    <w:rsid w:val="0018674E"/>
    <w:rsid w:val="00192BF9"/>
    <w:rsid w:val="001F09E1"/>
    <w:rsid w:val="0020759C"/>
    <w:rsid w:val="00255F42"/>
    <w:rsid w:val="002611DD"/>
    <w:rsid w:val="00291967"/>
    <w:rsid w:val="0029639D"/>
    <w:rsid w:val="002C4E6C"/>
    <w:rsid w:val="002E6799"/>
    <w:rsid w:val="00301217"/>
    <w:rsid w:val="00311E7F"/>
    <w:rsid w:val="00326F90"/>
    <w:rsid w:val="00330E8F"/>
    <w:rsid w:val="00355209"/>
    <w:rsid w:val="003722A5"/>
    <w:rsid w:val="003B55A4"/>
    <w:rsid w:val="003D4C59"/>
    <w:rsid w:val="003E12F1"/>
    <w:rsid w:val="003F68CB"/>
    <w:rsid w:val="00414B92"/>
    <w:rsid w:val="0043304C"/>
    <w:rsid w:val="00435BE5"/>
    <w:rsid w:val="00456999"/>
    <w:rsid w:val="00465014"/>
    <w:rsid w:val="00476F1D"/>
    <w:rsid w:val="00494DD9"/>
    <w:rsid w:val="004A2529"/>
    <w:rsid w:val="004E2CC7"/>
    <w:rsid w:val="005072C0"/>
    <w:rsid w:val="005C07BC"/>
    <w:rsid w:val="005E01E8"/>
    <w:rsid w:val="005E73E5"/>
    <w:rsid w:val="00605691"/>
    <w:rsid w:val="00624AC7"/>
    <w:rsid w:val="0066767D"/>
    <w:rsid w:val="006C6139"/>
    <w:rsid w:val="006D76DD"/>
    <w:rsid w:val="00700F04"/>
    <w:rsid w:val="00702377"/>
    <w:rsid w:val="007B0C92"/>
    <w:rsid w:val="007B2356"/>
    <w:rsid w:val="007D05FD"/>
    <w:rsid w:val="008111EE"/>
    <w:rsid w:val="00814B63"/>
    <w:rsid w:val="0082167B"/>
    <w:rsid w:val="00837C37"/>
    <w:rsid w:val="00856A7C"/>
    <w:rsid w:val="008572C4"/>
    <w:rsid w:val="00861FA5"/>
    <w:rsid w:val="008859D9"/>
    <w:rsid w:val="00886B4A"/>
    <w:rsid w:val="008C13F5"/>
    <w:rsid w:val="008C1EBA"/>
    <w:rsid w:val="008C7112"/>
    <w:rsid w:val="00907A7D"/>
    <w:rsid w:val="00940CDD"/>
    <w:rsid w:val="00967DB8"/>
    <w:rsid w:val="00982C85"/>
    <w:rsid w:val="009E1C82"/>
    <w:rsid w:val="00A04C37"/>
    <w:rsid w:val="00A060FF"/>
    <w:rsid w:val="00A236E9"/>
    <w:rsid w:val="00A60004"/>
    <w:rsid w:val="00AA1D8D"/>
    <w:rsid w:val="00AA51FC"/>
    <w:rsid w:val="00AB15B1"/>
    <w:rsid w:val="00AE51C1"/>
    <w:rsid w:val="00AF2B4A"/>
    <w:rsid w:val="00B21219"/>
    <w:rsid w:val="00B26387"/>
    <w:rsid w:val="00B32898"/>
    <w:rsid w:val="00B36AB6"/>
    <w:rsid w:val="00B42DA2"/>
    <w:rsid w:val="00B47730"/>
    <w:rsid w:val="00B610B3"/>
    <w:rsid w:val="00B93357"/>
    <w:rsid w:val="00B93A24"/>
    <w:rsid w:val="00B96087"/>
    <w:rsid w:val="00BC23FD"/>
    <w:rsid w:val="00C20ED8"/>
    <w:rsid w:val="00C21EAF"/>
    <w:rsid w:val="00C64A3F"/>
    <w:rsid w:val="00C82AFA"/>
    <w:rsid w:val="00C872FD"/>
    <w:rsid w:val="00CA1478"/>
    <w:rsid w:val="00CB0664"/>
    <w:rsid w:val="00CB1708"/>
    <w:rsid w:val="00CD241B"/>
    <w:rsid w:val="00CD5577"/>
    <w:rsid w:val="00CD6917"/>
    <w:rsid w:val="00CE39BA"/>
    <w:rsid w:val="00D01621"/>
    <w:rsid w:val="00D608FA"/>
    <w:rsid w:val="00DA6FC5"/>
    <w:rsid w:val="00DB10E1"/>
    <w:rsid w:val="00DC02A8"/>
    <w:rsid w:val="00DF504C"/>
    <w:rsid w:val="00DF782C"/>
    <w:rsid w:val="00E02D08"/>
    <w:rsid w:val="00E21751"/>
    <w:rsid w:val="00E33759"/>
    <w:rsid w:val="00E467DA"/>
    <w:rsid w:val="00E56D1E"/>
    <w:rsid w:val="00E70748"/>
    <w:rsid w:val="00EA06F7"/>
    <w:rsid w:val="00F23ACA"/>
    <w:rsid w:val="00F36C58"/>
    <w:rsid w:val="00F560AD"/>
    <w:rsid w:val="00F62D89"/>
    <w:rsid w:val="00F72091"/>
    <w:rsid w:val="00F81935"/>
    <w:rsid w:val="00FC693F"/>
    <w:rsid w:val="00FE3691"/>
    <w:rsid w:val="00FE6E58"/>
    <w:rsid w:val="00FF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B1AB85"/>
  <w14:defaultImageDpi w14:val="300"/>
  <w15:docId w15:val="{DCFEA281-46BF-46AF-A10C-9D0E533F1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44" w:line="252" w:lineRule="auto"/>
      <w:jc w:val="both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ozdzial">
    <w:name w:val="Rozdzial"/>
    <w:pPr>
      <w:keepNext/>
      <w:spacing w:before="200" w:after="100"/>
      <w:jc w:val="center"/>
    </w:pPr>
    <w:rPr>
      <w:rFonts w:ascii="Arial" w:eastAsia="Arial" w:hAnsi="Arial"/>
      <w:b/>
      <w:color w:val="1F4E79"/>
      <w:sz w:val="25"/>
    </w:rPr>
  </w:style>
  <w:style w:type="paragraph" w:customStyle="1" w:styleId="Paragraf">
    <w:name w:val="Paragraf"/>
    <w:pPr>
      <w:keepNext/>
      <w:spacing w:before="120" w:after="40"/>
      <w:jc w:val="center"/>
    </w:pPr>
    <w:rPr>
      <w:rFonts w:ascii="Arial" w:eastAsia="Arial" w:hAnsi="Arial"/>
      <w:b/>
    </w:rPr>
  </w:style>
  <w:style w:type="paragraph" w:customStyle="1" w:styleId="Punkt">
    <w:name w:val="Punkt"/>
    <w:pPr>
      <w:spacing w:after="30" w:line="252" w:lineRule="auto"/>
      <w:ind w:left="340" w:hanging="255"/>
      <w:jc w:val="both"/>
    </w:pPr>
    <w:rPr>
      <w:rFonts w:ascii="Arial" w:eastAsia="Arial" w:hAnsi="Arial"/>
      <w:sz w:val="21"/>
    </w:rPr>
  </w:style>
  <w:style w:type="paragraph" w:customStyle="1" w:styleId="Ustep">
    <w:name w:val="Ustep"/>
    <w:pPr>
      <w:spacing w:after="36" w:line="252" w:lineRule="auto"/>
      <w:jc w:val="both"/>
    </w:pPr>
    <w:rPr>
      <w:rFonts w:ascii="Arial" w:eastAsia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B66781F-7BF4-4842-B78E-E480AB930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12133</Words>
  <Characters>72802</Characters>
  <Application>Microsoft Office Word</Application>
  <DocSecurity>0</DocSecurity>
  <Lines>606</Lines>
  <Paragraphs>169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Statut Szkoły Podstawowej im. s. Czesławy Lorek w Biczycach Dolnych</vt:lpstr>
      <vt:lpstr/>
    </vt:vector>
  </TitlesOfParts>
  <Manager/>
  <Company/>
  <LinksUpToDate>false</LinksUpToDate>
  <CharactersWithSpaces>84766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 Szkoły Podstawowej im. s. Czesławy Lorek w Biczycach Dolnych</dc:title>
  <dc:subject>Wersja kompaktowa – stan prawny na 1 września 2026 r.</dc:subject>
  <dc:creator>Szkoła Podstawowa im. s. Czesławy Lorek w Biczycach Dolnych</dc:creator>
  <cp:keywords/>
  <dc:description>generated by python-docx</dc:description>
  <cp:lastModifiedBy>wojciech rys</cp:lastModifiedBy>
  <cp:revision>12</cp:revision>
  <dcterms:created xsi:type="dcterms:W3CDTF">2026-09-05T12:09:00Z</dcterms:created>
  <dcterms:modified xsi:type="dcterms:W3CDTF">2026-09-13T07:54:00Z</dcterms:modified>
  <cp:category/>
</cp:coreProperties>
</file>